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Grindr set to revolutionise online dating with AI-powered virtual wingman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Grindr Set to Revolutionise Online Dating with AI-Powered Virtual Wingman</w:t>
      </w:r>
      <w:r/>
    </w:p>
    <w:p>
      <w:r/>
      <w:r>
        <w:t>Grindr, a leading dating app predominantly catering to gay and bisexual men, is poised to make significant strides in the realm of online dating by incorporating artificial intelligence (AI) into its platform. According to a recent report by the Wall Street Journal, Grindr plans to introduce an AI-driven chatbot designed to act as a virtual wingman, facilitating connections between users and offering assistance in planning dates.</w:t>
      </w:r>
      <w:r/>
    </w:p>
    <w:p>
      <w:r/>
      <w:r>
        <w:t>This innovative initiative aims to enhance the traditional online dating experience by leveraging AI technology, similar to the popular ChatGPT. Unlike conventional chatbots that rely on user prompts, Grindr's AI bot is expected to operate autonomously, proactively identifying potential romantic matches. It will have the capacity to engage with prospective partners, suggest conversation topics, and even arrange suitable dates by making necessary reservations.</w:t>
      </w:r>
      <w:r/>
    </w:p>
    <w:p>
      <w:r/>
      <w:r>
        <w:t>A distinctive feature of Grindr’s proposed system is the concept of bot-to-bot communication. This would enable AI agents to interact on behalf of users, pre-assessing compatibility before actual human interaction. Such a feature could potentially streamline the dating process, reducing the number of unfruitful encounters and enhancing overall user satisfaction.</w:t>
      </w:r>
      <w:r/>
    </w:p>
    <w:p>
      <w:r/>
      <w:r>
        <w:t>Nevertheless, integrating AI in this manner requires users to share significant personal data with the platform's AI engine. Given that Grindr’s user base often includes individuals for whom privacy is paramount, such as those who may not be openly part of the LGBTQ+ community or live in areas where being so is not socially accepted, this raises concerns about confidentiality and user trust. Grindr has stated that safeguarding the privacy and identities of its users is a top priority, ensuring that protective measures are rigorously implemented.</w:t>
      </w:r>
      <w:r/>
    </w:p>
    <w:p>
      <w:r/>
      <w:r>
        <w:t>The ambitious project sees Grindr collaborating with Ex-human, an AI firm specialising in interpreting human emotion. Their partnership focuses on tailoring this AI to understand and replicate the unique communication patterns of Grindr’s community. Initial trials of the AI features are in progress, with plans to gradually widen the testing pool. By 2025, the test group is expected to expand to 1,000 users, and by the following year to 10,000. Grindr anticipates that the AI features will be fully operational across its estimated 14 million users by 2027.</w:t>
      </w:r>
      <w:r/>
    </w:p>
    <w:p>
      <w:r/>
      <w:r>
        <w:t>The development comes amidst a broader trend in the dating app industry, where competitors like Tinder and Bumble are also experimenting with AI enhancements. Tinder, for instance, has introduced a feature to help users select optimal profile photos, while Bumble is working on AI mechanisms to aid in profile creation and initiate smoother initial conversations.</w:t>
      </w:r>
      <w:r/>
    </w:p>
    <w:p>
      <w:r/>
      <w:r>
        <w:t>As Grindr embarks on this transformative journey within the dating domain, its successful implementation of AI could redefine how users experience online dating, potentially offering a seamless and enriched matchmaking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https://www.lgbtqnation.com/2024/10/grindr-is-developing-an-ai-wingman-to-help-improve-users-online-dating-skills/</w:t>
        </w:r>
      </w:hyperlink>
      <w:r>
        <w:t xml:space="preserve"> - Grindr's development of an AI 'wingman' to improve users' online dating interactions, including tracking favorite matches, suggesting long-term relationships, and recommending date spots.</w:t>
      </w:r>
      <w:r/>
    </w:p>
    <w:p>
      <w:pPr>
        <w:pStyle w:val="ListNumber"/>
        <w:spacing w:line="240" w:lineRule="auto"/>
        <w:ind w:left="720"/>
      </w:pPr>
      <w:r/>
      <w:hyperlink r:id="rId11">
        <w:r>
          <w:rPr>
            <w:color w:val="0000EE"/>
            <w:u w:val="single"/>
          </w:rPr>
          <w:t>https://www.yahoo.com/tech/grindr-upcoming-ai-wingman-chatbot-171544661.html?_guc_consent_skip=1728462966</w:t>
        </w:r>
      </w:hyperlink>
      <w:r>
        <w:t xml:space="preserve"> - Details on Grindr's AI wingman, including its ability to monitor conversations, suggest matches, and facilitate restaurant reservations, as well as concerns over user privacy.</w:t>
      </w:r>
      <w:r/>
    </w:p>
    <w:p>
      <w:pPr>
        <w:pStyle w:val="ListNumber"/>
        <w:spacing w:line="240" w:lineRule="auto"/>
        <w:ind w:left="720"/>
      </w:pPr>
      <w:r/>
      <w:hyperlink r:id="rId12">
        <w:r>
          <w:rPr>
            <w:color w:val="0000EE"/>
            <w:u w:val="single"/>
          </w:rPr>
          <w:t>https://www.techradar.com/computing/artificial-intelligence/can-grindrs-ai-cupid-help-you-find-love</w:t>
        </w:r>
      </w:hyperlink>
      <w:r>
        <w:t xml:space="preserve"> - Grindr's AI wingman's features, such as bot-to-bot conversations to determine compatibility, and the emphasis on protecting users' identities and interactions.</w:t>
      </w:r>
      <w:r/>
    </w:p>
    <w:p>
      <w:pPr>
        <w:pStyle w:val="ListNumber"/>
        <w:spacing w:line="240" w:lineRule="auto"/>
        <w:ind w:left="720"/>
      </w:pPr>
      <w:r/>
      <w:hyperlink r:id="rId13">
        <w:r>
          <w:rPr>
            <w:color w:val="0000EE"/>
            <w:u w:val="single"/>
          </w:rPr>
          <w:t>https://mashable.com/article/grindr-is-testing-an-artificial-intelligence-wingman-bot-ceo-says</w:t>
        </w:r>
      </w:hyperlink>
      <w:r>
        <w:t xml:space="preserve"> - Grindr's testing of the AI wingman, its planned expansion to more users, and the integration of 'empathetic AI technology' to better suit the LGBTQ experience.</w:t>
      </w:r>
      <w:r/>
    </w:p>
    <w:p>
      <w:pPr>
        <w:pStyle w:val="ListNumber"/>
        <w:spacing w:line="240" w:lineRule="auto"/>
        <w:ind w:left="720"/>
      </w:pPr>
      <w:r/>
      <w:hyperlink r:id="rId14">
        <w:r>
          <w:rPr>
            <w:color w:val="0000EE"/>
            <w:u w:val="single"/>
          </w:rPr>
          <w:t>https://www.thepinknews.com/2024/10/14/grindr-announces-plans-for-ai-wingman-feature/</w:t>
        </w:r>
      </w:hyperlink>
      <w:r>
        <w:t xml:space="preserve"> - Grindr's AI wingman feature, including its testing phases, the role of bot-to-bot communication, and concerns about privacy and user trust.</w:t>
      </w:r>
      <w:r/>
    </w:p>
    <w:p>
      <w:pPr>
        <w:pStyle w:val="ListNumber"/>
        <w:spacing w:line="240" w:lineRule="auto"/>
        <w:ind w:left="720"/>
      </w:pPr>
      <w:r/>
      <w:hyperlink r:id="rId10">
        <w:r>
          <w:rPr>
            <w:color w:val="0000EE"/>
            <w:u w:val="single"/>
          </w:rPr>
          <w:t>https://www.lgbtqnation.com/2024/10/grindr-is-developing-an-ai-wingman-to-help-improve-users-online-dating-skills/</w:t>
        </w:r>
      </w:hyperlink>
      <w:r>
        <w:t xml:space="preserve"> - Grindr's partnership with Ex-human to develop AI that understands and replicates the unique communication patterns of its community.</w:t>
      </w:r>
      <w:r/>
    </w:p>
    <w:p>
      <w:pPr>
        <w:pStyle w:val="ListNumber"/>
        <w:spacing w:line="240" w:lineRule="auto"/>
        <w:ind w:left="720"/>
      </w:pPr>
      <w:r/>
      <w:hyperlink r:id="rId11">
        <w:r>
          <w:rPr>
            <w:color w:val="0000EE"/>
            <w:u w:val="single"/>
          </w:rPr>
          <w:t>https://www.yahoo.com/tech/grindr-upcoming-ai-wingman-chatbot-171544661.html?_guc_consent_skip=1728462966</w:t>
        </w:r>
      </w:hyperlink>
      <w:r>
        <w:t xml:space="preserve"> - The gradual rollout plan for the AI feature, aiming for full implementation across 14 million users by 2027.</w:t>
      </w:r>
      <w:r/>
    </w:p>
    <w:p>
      <w:pPr>
        <w:pStyle w:val="ListNumber"/>
        <w:spacing w:line="240" w:lineRule="auto"/>
        <w:ind w:left="720"/>
      </w:pPr>
      <w:r/>
      <w:hyperlink r:id="rId12">
        <w:r>
          <w:rPr>
            <w:color w:val="0000EE"/>
            <w:u w:val="single"/>
          </w:rPr>
          <w:t>https://www.techradar.com/computing/artificial-intelligence/can-grindrs-ai-cupid-help-you-find-love</w:t>
        </w:r>
      </w:hyperlink>
      <w:r>
        <w:t xml:space="preserve"> - The broader trend in the dating app industry, including competitors like Tinder and Bumble, experimenting with AI enhancements.</w:t>
      </w:r>
      <w:r/>
    </w:p>
    <w:p>
      <w:pPr>
        <w:pStyle w:val="ListNumber"/>
        <w:spacing w:line="240" w:lineRule="auto"/>
        <w:ind w:left="720"/>
      </w:pPr>
      <w:r/>
      <w:hyperlink r:id="rId13">
        <w:r>
          <w:rPr>
            <w:color w:val="0000EE"/>
            <w:u w:val="single"/>
          </w:rPr>
          <w:t>https://mashable.com/article/grindr-is-testing-an-artificial-intelligence-wingman-bot-ceo-says</w:t>
        </w:r>
      </w:hyperlink>
      <w:r>
        <w:t xml:space="preserve"> - Grindr's history of privacy issues and the current measures to ensure user privacy and safety, especially for users in regions where being openly gay is risky.</w:t>
      </w:r>
      <w:r/>
    </w:p>
    <w:p>
      <w:pPr>
        <w:pStyle w:val="ListNumber"/>
        <w:spacing w:line="240" w:lineRule="auto"/>
        <w:ind w:left="720"/>
      </w:pPr>
      <w:r/>
      <w:hyperlink r:id="rId14">
        <w:r>
          <w:rPr>
            <w:color w:val="0000EE"/>
            <w:u w:val="single"/>
          </w:rPr>
          <w:t>https://www.thepinknews.com/2024/10/14/grindr-announces-plans-for-ai-wingman-feature/</w:t>
        </w:r>
      </w:hyperlink>
      <w:r>
        <w:t xml:space="preserve"> - CEO George Arison's comments on the potential of AI to address loneliness and depression within the LGBTQ+ community.</w:t>
      </w:r>
      <w:r/>
    </w:p>
    <w:p>
      <w:pPr>
        <w:pStyle w:val="ListNumber"/>
        <w:spacing w:line="240" w:lineRule="auto"/>
        <w:ind w:left="720"/>
      </w:pPr>
      <w:r/>
      <w:hyperlink r:id="rId10">
        <w:r>
          <w:rPr>
            <w:color w:val="0000EE"/>
            <w:u w:val="single"/>
          </w:rPr>
          <w:t>https://www.lgbtqnation.com/2024/10/grindr-is-developing-an-ai-wingman-to-help-improve-users-online-dating-skills/</w:t>
        </w:r>
      </w:hyperlink>
      <w:r>
        <w:t xml:space="preserve"> - Grindr's commitment to training the AI module in-house to prevent breaches of sensitive user information and ensure transparency by asking users for consent.</w:t>
      </w:r>
      <w:r/>
    </w:p>
    <w:p>
      <w:pPr>
        <w:pStyle w:val="ListNumber"/>
        <w:spacing w:line="240" w:lineRule="auto"/>
        <w:ind w:left="720"/>
      </w:pPr>
      <w:r/>
      <w:hyperlink r:id="rId12">
        <w:r>
          <w:rPr>
            <w:color w:val="0000EE"/>
            <w:u w:val="single"/>
          </w:rPr>
          <w:t>https://www.techradar.com/computing/artificial-intelligence/can-grindrs-ai-cupid-help-you-find-love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gbtqnation.com/2024/10/grindr-is-developing-an-ai-wingman-to-help-improve-users-online-dating-skills/" TargetMode="External"/><Relationship Id="rId11" Type="http://schemas.openxmlformats.org/officeDocument/2006/relationships/hyperlink" Target="https://www.yahoo.com/tech/grindr-upcoming-ai-wingman-chatbot-171544661.html?_guc_consent_skip=1728462966" TargetMode="External"/><Relationship Id="rId12" Type="http://schemas.openxmlformats.org/officeDocument/2006/relationships/hyperlink" Target="https://www.techradar.com/computing/artificial-intelligence/can-grindrs-ai-cupid-help-you-find-love" TargetMode="External"/><Relationship Id="rId13" Type="http://schemas.openxmlformats.org/officeDocument/2006/relationships/hyperlink" Target="https://mashable.com/article/grindr-is-testing-an-artificial-intelligence-wingman-bot-ceo-says" TargetMode="External"/><Relationship Id="rId14" Type="http://schemas.openxmlformats.org/officeDocument/2006/relationships/hyperlink" Target="https://www.thepinknews.com/2024/10/14/grindr-announces-plans-for-ai-wingman-fea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