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Hit Radio AI: A new era in music broadcasting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Hit Radio AI: A New Era in Music Broadcasting</w:t>
      </w:r>
      <w:r/>
    </w:p>
    <w:p>
      <w:r/>
      <w:r>
        <w:t>In an innovative development merging artificial intelligence with traditional radio, Hit Radio AI emerges as a groundbreaking music station, presenting listeners with a diverse range of AI-generated hit music. Described as the 'AI Powered Hit Radio from the Future,' this station represents a significant leap towards the integration of AI in the creative industries, reminiscent of the days when hit music stations combined various genres for a broad audience appeal.</w:t>
      </w:r>
      <w:r/>
    </w:p>
    <w:p>
      <w:r/>
      <w:r>
        <w:t>The brain behind Hit Radio AI is Dave Solomon, who plays a pivotal role as the chief curator. Solomon's extensive experience in the music industry, encompassing radio ownership, management, programming, and engineering, coupled with his background as a BMI-affiliated songwriter, equips him with the skills needed to spearhead such an innovative venture. Following a personal loss in the spring of 2023, Solomon explored generative AI music as a creative outlet, discovering its potential to revolutionise music production. This exploration led to the creation of Hit Radio AI, which combines AI technology with traditional music production methods to deliver a sound that is both original and familiar to listeners.</w:t>
      </w:r>
      <w:r/>
    </w:p>
    <w:p>
      <w:r/>
      <w:r>
        <w:t>Hit Radio AI is powered by the Moonstruck Broadcast Group, supported by a team of two to six music curators who work weekly to produce content. The station blends a pop foundation with elements of rock, country, and unique genres, aiming to captivate a global audience with its eclectic mix. As technology evolves, so too does the station, planning to extend its offerings into dedicated channels catering to specific musical tastes.</w:t>
      </w:r>
      <w:r/>
    </w:p>
    <w:p>
      <w:r/>
      <w:r>
        <w:t>The station employs cutting-edge AI tools for music generation, text-to-speech systems, and sound design. These technological advancements facilitate the creation of entire songs from mere snippets, enable editing of specific sections on demand, and allow for variations that add depth and complexity to the original tracks. The rapid pace of AI development suggests this technology is likely to become even more sophisticated, potentially blurring the lines further between human and AI-generated music.</w:t>
      </w:r>
      <w:r/>
    </w:p>
    <w:p>
      <w:r/>
      <w:r>
        <w:t>One significant aspect Solomon highlights is the increasing challenge in distinguishing AI-created music from that produced by human artists. This development speaks to the strides AI has made in replicating the nuances of human creativity. As such, Hit Radio AI not only provides a platform for showcasing AI's potential in music but also contributes to an ongoing dialogue about the future of music technology.</w:t>
      </w:r>
      <w:r/>
    </w:p>
    <w:p>
      <w:r/>
      <w:r>
        <w:t>With a weekly influx of hundreds of music submissions, the station curates a selection of 20 to 50 pieces for its playlist, though this number is expected to rise as the technology continues to mature. The advent of AI in music broadcasting promises a future where listeners might enjoy a uniquely tailored auditory experience, potentially adjusting to the listener's mood in real-time.</w:t>
      </w:r>
      <w:r/>
    </w:p>
    <w:p>
      <w:r/>
      <w:r>
        <w:t>Hit Radio AI represents a transformative moment in music broadcasting, inviting listeners to experience the fusion of art and technology in an unprecedented way. As the station continues to evolve, it stands as both a testament to the capabilities of AI and a glimpse into the future of radio music.</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https://www.radioworld.com/news-and-business/news-makers/this-hit-music-radio-station-is-fully-ai-generated</w:t>
        </w:r>
      </w:hyperlink>
      <w:r>
        <w:t xml:space="preserve"> - Corroborates the creation of Hit Radio AI, its AI-generated music, and the role of Dave Solomon as the chief curator.</w:t>
      </w:r>
      <w:r/>
    </w:p>
    <w:p>
      <w:pPr>
        <w:pStyle w:val="ListNumber"/>
        <w:spacing w:line="240" w:lineRule="auto"/>
        <w:ind w:left="720"/>
      </w:pPr>
      <w:r/>
      <w:hyperlink r:id="rId10">
        <w:r>
          <w:rPr>
            <w:color w:val="0000EE"/>
            <w:u w:val="single"/>
          </w:rPr>
          <w:t>https://www.radioworld.com/news-and-business/news-makers/this-hit-music-radio-station-is-fully-ai-generated</w:t>
        </w:r>
      </w:hyperlink>
      <w:r>
        <w:t xml:space="preserve"> - Details Dave Solomon's background in the music industry and his exploration of generative AI music after a personal loss.</w:t>
      </w:r>
      <w:r/>
    </w:p>
    <w:p>
      <w:pPr>
        <w:pStyle w:val="ListNumber"/>
        <w:spacing w:line="240" w:lineRule="auto"/>
        <w:ind w:left="720"/>
      </w:pPr>
      <w:r/>
      <w:hyperlink r:id="rId10">
        <w:r>
          <w:rPr>
            <w:color w:val="0000EE"/>
            <w:u w:val="single"/>
          </w:rPr>
          <w:t>https://www.radioworld.com/news-and-business/news-makers/this-hit-music-radio-station-is-fully-ai-generated</w:t>
        </w:r>
      </w:hyperlink>
      <w:r>
        <w:t xml:space="preserve"> - Explains that Hit Radio AI is powered by the Moonstruck Broadcast Group and supported by a team of music curators.</w:t>
      </w:r>
      <w:r/>
    </w:p>
    <w:p>
      <w:pPr>
        <w:pStyle w:val="ListNumber"/>
        <w:spacing w:line="240" w:lineRule="auto"/>
        <w:ind w:left="720"/>
      </w:pPr>
      <w:r/>
      <w:hyperlink r:id="rId10">
        <w:r>
          <w:rPr>
            <w:color w:val="0000EE"/>
            <w:u w:val="single"/>
          </w:rPr>
          <w:t>https://www.radioworld.com/news-and-business/news-makers/this-hit-music-radio-station-is-fully-ai-generated</w:t>
        </w:r>
      </w:hyperlink>
      <w:r>
        <w:t xml:space="preserve"> - Describes the station's blend of pop, rock, country, and unique genres to appeal to a global audience.</w:t>
      </w:r>
      <w:r/>
    </w:p>
    <w:p>
      <w:pPr>
        <w:pStyle w:val="ListNumber"/>
        <w:spacing w:line="240" w:lineRule="auto"/>
        <w:ind w:left="720"/>
      </w:pPr>
      <w:r/>
      <w:hyperlink r:id="rId10">
        <w:r>
          <w:rPr>
            <w:color w:val="0000EE"/>
            <w:u w:val="single"/>
          </w:rPr>
          <w:t>https://www.radioworld.com/news-and-business/news-makers/this-hit-music-radio-station-is-fully-ai-generated</w:t>
        </w:r>
      </w:hyperlink>
      <w:r>
        <w:t xml:space="preserve"> - Discusses the use of cutting-edge AI tools for music generation, text-to-speech systems, and sound design.</w:t>
      </w:r>
      <w:r/>
    </w:p>
    <w:p>
      <w:pPr>
        <w:pStyle w:val="ListNumber"/>
        <w:spacing w:line="240" w:lineRule="auto"/>
        <w:ind w:left="720"/>
      </w:pPr>
      <w:r/>
      <w:hyperlink r:id="rId10">
        <w:r>
          <w:rPr>
            <w:color w:val="0000EE"/>
            <w:u w:val="single"/>
          </w:rPr>
          <w:t>https://www.radioworld.com/news-and-business/news-makers/this-hit-music-radio-station-is-fully-ai-generated</w:t>
        </w:r>
      </w:hyperlink>
      <w:r>
        <w:t xml:space="preserve"> - Highlights the increasing difficulty in distinguishing AI-created music from human-generated music and the future potential of AI in music technology.</w:t>
      </w:r>
      <w:r/>
    </w:p>
    <w:p>
      <w:pPr>
        <w:pStyle w:val="ListNumber"/>
        <w:spacing w:line="240" w:lineRule="auto"/>
        <w:ind w:left="720"/>
      </w:pPr>
      <w:r/>
      <w:hyperlink r:id="rId10">
        <w:r>
          <w:rPr>
            <w:color w:val="0000EE"/>
            <w:u w:val="single"/>
          </w:rPr>
          <w:t>https://www.radioworld.com/news-and-business/news-makers/this-hit-music-radio-station-is-fully-ai-generated</w:t>
        </w:r>
      </w:hyperlink>
      <w:r>
        <w:t xml:space="preserve"> - Mentions the weekly influx of music submissions and the curation process for the station's playlist.</w:t>
      </w:r>
      <w:r/>
    </w:p>
    <w:p>
      <w:pPr>
        <w:pStyle w:val="ListNumber"/>
        <w:spacing w:line="240" w:lineRule="auto"/>
        <w:ind w:left="720"/>
      </w:pPr>
      <w:r/>
      <w:hyperlink r:id="rId11">
        <w:r>
          <w:rPr>
            <w:color w:val="0000EE"/>
            <w:u w:val="single"/>
          </w:rPr>
          <w:t>http://hitradio.ai</w:t>
        </w:r>
      </w:hyperlink>
      <w:r>
        <w:t xml:space="preserve"> - Provides additional information on Hit Radio AI, including its AI-generated content and upcoming features.</w:t>
      </w:r>
      <w:r/>
    </w:p>
    <w:p>
      <w:pPr>
        <w:pStyle w:val="ListNumber"/>
        <w:spacing w:line="240" w:lineRule="auto"/>
        <w:ind w:left="720"/>
      </w:pPr>
      <w:r/>
      <w:hyperlink r:id="rId12">
        <w:r>
          <w:rPr>
            <w:color w:val="0000EE"/>
            <w:u w:val="single"/>
          </w:rPr>
          <w:t>https://www.radio.net/s/hitradioai</w:t>
        </w:r>
      </w:hyperlink>
      <w:r>
        <w:t xml:space="preserve"> - Corroborates that Hit Radio AI is 100% AI-generated and includes details on how to listen to the station online.</w:t>
      </w:r>
      <w:r/>
    </w:p>
    <w:p>
      <w:pPr>
        <w:pStyle w:val="ListNumber"/>
        <w:spacing w:line="240" w:lineRule="auto"/>
        <w:ind w:left="720"/>
      </w:pPr>
      <w:r/>
      <w:hyperlink r:id="rId13">
        <w:r>
          <w:rPr>
            <w:color w:val="0000EE"/>
            <w:u w:val="single"/>
          </w:rPr>
          <w:t>https://www.reddit.com/r/SunoAI/comments/1ezqdhh/exciting_news_ai_radio_station_set_to_launch_next/</w:t>
        </w:r>
      </w:hyperlink>
      <w:r>
        <w:t xml:space="preserve"> - Supports the information about the station's launch, artist submissions, and the diverse range of featured artists.</w:t>
      </w:r>
      <w:r/>
    </w:p>
    <w:p>
      <w:pPr>
        <w:pStyle w:val="ListNumber"/>
        <w:spacing w:line="240" w:lineRule="auto"/>
        <w:ind w:left="720"/>
      </w:pPr>
      <w:r/>
      <w:hyperlink r:id="rId14">
        <w:r>
          <w:rPr>
            <w:color w:val="0000EE"/>
            <w:u w:val="single"/>
          </w:rPr>
          <w:t>https://www.getmeradio.com/stations/hitradioai-10259/</w:t>
        </w:r>
      </w:hyperlink>
      <w:r>
        <w:t xml:space="preserve"> - Confirms that Hit Radio AI is powered by hundreds of creators and is described as 'AI Powered Hit Radio from the Future'.</w:t>
      </w:r>
      <w:r/>
    </w:p>
    <w:p>
      <w:pPr>
        <w:pStyle w:val="ListNumber"/>
        <w:spacing w:line="240" w:lineRule="auto"/>
        <w:ind w:left="720"/>
      </w:pPr>
      <w:r/>
      <w:hyperlink r:id="rId10">
        <w:r>
          <w:rPr>
            <w:color w:val="0000EE"/>
            <w:u w:val="single"/>
          </w:rPr>
          <w:t>https://www.radioworld.com/news-and-business/news-makers/this-hit-music-radio-station-is-fully-ai-generated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adioworld.com/news-and-business/news-makers/this-hit-music-radio-station-is-fully-ai-generated" TargetMode="External"/><Relationship Id="rId11" Type="http://schemas.openxmlformats.org/officeDocument/2006/relationships/hyperlink" Target="http://hitradio.ai" TargetMode="External"/><Relationship Id="rId12" Type="http://schemas.openxmlformats.org/officeDocument/2006/relationships/hyperlink" Target="https://www.radio.net/s/hitradioai" TargetMode="External"/><Relationship Id="rId13" Type="http://schemas.openxmlformats.org/officeDocument/2006/relationships/hyperlink" Target="https://www.reddit.com/r/SunoAI/comments/1ezqdhh/exciting_news_ai_radio_station_set_to_launch_next/" TargetMode="External"/><Relationship Id="rId14" Type="http://schemas.openxmlformats.org/officeDocument/2006/relationships/hyperlink" Target="https://www.getmeradio.com/stations/hitradioai-1025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