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Hollywood grapples with the implications of artificial intelligence in filmmaking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discussions around Hollywood, the implications of artificial intelligence (A.I.) in the film industry have become a hot topic. Conversations with various stakeholders reveal a divide: those with limited knowledge of A.I.'s capabilities in filmmaking express the most apprehension, whereas seasoned professionals in the field express confidence in the enduring power of human creativity. Key concerns have been raised regarding the potential misuse of A.I., such as technology companies bypassing copyright laws and using proprietary material without permission, actors' likenesses being used without consent, and studios leveraging A.I. to sidestep contractual obligations that ensure human-written content.</w:t>
      </w:r>
      <w:r/>
    </w:p>
    <w:p>
      <w:r/>
      <w:r>
        <w:t>Emmy-winning television director Paris Barclay, who is set to air six episodes of various shows this autumn, emphasised the role of unions in establishing protective measures, or "guardrails", against such issues. There is consensus on the necessity of addressing the potential ethical and legal challenges posed by A.I.</w:t>
      </w:r>
      <w:r/>
    </w:p>
    <w:p>
      <w:r/>
      <w:r>
        <w:t>Tom Hanks recently entered this conversation during a project that involved the use of A.I. tools, creating a stir amidst growing anxiety in Hollywood circles. Known for his flair and presence on screen, Hanks expressed a balanced view towards the utilization of A.I. in cinema. During a videocall from Greece, where he was enjoying a sailing trip, Hanks rejected the notion that A.I. might threaten traditional filmmaking. Instead, he argued it serves as an innovative tool, similar to advancements in film stock or special effects, meant to enhance rather than replace human creativity.</w:t>
      </w:r>
      <w:r/>
    </w:p>
    <w:p>
      <w:r/>
      <w:r>
        <w:t xml:space="preserve">Hanks noted the potential A.I. holds for expanding opportunities for actors, particularly for playing roles beyond their age. The technology could allow seasoned actors to embody characters they otherwise wouldn’t be able to due to age constraints, referencing his own desire to portray younger characters such as Iago. Even so, Hanks acknowledged the potential for A.I. to facilitate the continuation of his likeness in films indefinitely, raising important questions about legal rights and the management of his estate. </w:t>
      </w:r>
      <w:r/>
    </w:p>
    <w:p>
      <w:r/>
      <w:r>
        <w:t>Despite the morbid implications, Hanks seemed open to the idea, suggesting a willingness to engage in the necessary legal arrangements to manage his digital likeness after his lifetime. This candid perspective highlights the dichotomy within Hollywood — the promise of A.I. as an empowering tool for artists juxtaposed with the potential ethical quagmires it presents.</w:t>
      </w:r>
      <w:r/>
    </w:p>
    <w:p>
      <w:r/>
      <w:r>
        <w:t>As the film industry confronts these challenges, the dialogue continues among its creators and professionals. A.I., it seems, is poised to revolutionise filmmaking, blending technological innovation with traditional storytelling — provided the "proper guardrails" are firmly in 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https://www.finalcutmagazine.com/post/the-impact-of-ai-on-the-future-of-film-production-a-double-edged-sword</w:t>
        </w:r>
      </w:hyperlink>
      <w:r>
        <w:t xml:space="preserve"> - This article discusses the dual nature of AI's influence on film production, including both the advantages and challenges, such as enhancing visual effects, streamlining pre-production, and ethical considerations.</w:t>
      </w:r>
      <w:r/>
    </w:p>
    <w:p>
      <w:pPr>
        <w:pStyle w:val="ListNumber"/>
        <w:spacing w:line="240" w:lineRule="auto"/>
        <w:ind w:left="720"/>
      </w:pPr>
      <w:r/>
      <w:hyperlink r:id="rId11">
        <w:r>
          <w:rPr>
            <w:color w:val="0000EE"/>
            <w:u w:val="single"/>
          </w:rPr>
          <w:t>https://smartclick.ai/articles/how-artificial-intelligence-is-used-in-the-film-industry/</w:t>
        </w:r>
      </w:hyperlink>
      <w:r>
        <w:t xml:space="preserve"> - This article details how AI is used in various aspects of filmmaking, including scriptwriting, pre-production, editing, and promoting movies, highlighting its impact on efficiency and creative possibilities.</w:t>
      </w:r>
      <w:r/>
    </w:p>
    <w:p>
      <w:pPr>
        <w:pStyle w:val="ListNumber"/>
        <w:spacing w:line="240" w:lineRule="auto"/>
        <w:ind w:left="720"/>
      </w:pPr>
      <w:r/>
      <w:hyperlink r:id="rId12">
        <w:r>
          <w:rPr>
            <w:color w:val="0000EE"/>
            <w:u w:val="single"/>
          </w:rPr>
          <w:t>https://stewarttownsend.com/future-of-the-film-industry-ais-10-game-changing-impacts/</w:t>
        </w:r>
      </w:hyperlink>
      <w:r>
        <w:t xml:space="preserve"> - This article explores the ten key ways AI is changing the film industry, from scriptwriting and pre-production to post-production and distribution, emphasizing AI's role in enhancing efficiency and creativity.</w:t>
      </w:r>
      <w:r/>
    </w:p>
    <w:p>
      <w:pPr>
        <w:pStyle w:val="ListNumber"/>
        <w:spacing w:line="240" w:lineRule="auto"/>
        <w:ind w:left="720"/>
      </w:pPr>
      <w:r/>
      <w:hyperlink r:id="rId13">
        <w:r>
          <w:rPr>
            <w:color w:val="0000EE"/>
            <w:u w:val="single"/>
          </w:rPr>
          <w:t>https://www.forbes.com/sites/neilsahota/2024/03/08/the-ai-takeover-in-cinema-how-movie-studios-use-artificial-intelligence/</w:t>
        </w:r>
      </w:hyperlink>
      <w:r>
        <w:t xml:space="preserve"> - This article discusses AI's applications in script analysis, pre-production, visual effects, and distribution, as well as its potential for future innovations like virtual filmmaking and personalized marketing.</w:t>
      </w:r>
      <w:r/>
    </w:p>
    <w:p>
      <w:pPr>
        <w:pStyle w:val="ListNumber"/>
        <w:spacing w:line="240" w:lineRule="auto"/>
        <w:ind w:left="720"/>
      </w:pPr>
      <w:r/>
      <w:hyperlink r:id="rId13">
        <w:r>
          <w:rPr>
            <w:color w:val="0000EE"/>
            <w:u w:val="single"/>
          </w:rPr>
          <w:t>https://www.forbes.com/sites/neilsahota/2024/03/08/the-ai-takeover-in-cinema-how-movie-studios-use-artificial-intelligence/</w:t>
        </w:r>
      </w:hyperlink>
      <w:r>
        <w:t xml:space="preserve"> - This article mentions the use of AI in casting decisions and location scouting, and how AI can help in predicting a film's financial success, aligning with concerns about contractual obligations and consent.</w:t>
      </w:r>
      <w:r/>
    </w:p>
    <w:p>
      <w:pPr>
        <w:pStyle w:val="ListNumber"/>
        <w:spacing w:line="240" w:lineRule="auto"/>
        <w:ind w:left="720"/>
      </w:pPr>
      <w:r/>
      <w:hyperlink r:id="rId14">
        <w:r>
          <w:rPr>
            <w:color w:val="0000EE"/>
            <w:u w:val="single"/>
          </w:rPr>
          <w:t>https://raindance.org/artificial-intelligence-and-filmmaking-threats-and-features/</w:t>
        </w:r>
      </w:hyperlink>
      <w:r>
        <w:t xml:space="preserve"> - This article addresses the ethical and legal challenges posed by AI, including job displacement, diminishing human creativity, and ethical concerns such as data privacy and the misuse of deepfake technology.</w:t>
      </w:r>
      <w:r/>
    </w:p>
    <w:p>
      <w:pPr>
        <w:pStyle w:val="ListNumber"/>
        <w:spacing w:line="240" w:lineRule="auto"/>
        <w:ind w:left="720"/>
      </w:pPr>
      <w:r/>
      <w:hyperlink r:id="rId14">
        <w:r>
          <w:rPr>
            <w:color w:val="0000EE"/>
            <w:u w:val="single"/>
          </w:rPr>
          <w:t>https://raindance.org/artificial-intelligence-and-filmmaking-threats-and-features/</w:t>
        </w:r>
      </w:hyperlink>
      <w:r>
        <w:t xml:space="preserve"> - This article highlights the need for protective measures and 'guardrails' against the misuse of AI, echoing the sentiments of Emmy-winning director Paris Barclay on the role of unions.</w:t>
      </w:r>
      <w:r/>
    </w:p>
    <w:p>
      <w:pPr>
        <w:pStyle w:val="ListNumber"/>
        <w:spacing w:line="240" w:lineRule="auto"/>
        <w:ind w:left="720"/>
      </w:pPr>
      <w:r/>
      <w:hyperlink r:id="rId10">
        <w:r>
          <w:rPr>
            <w:color w:val="0000EE"/>
            <w:u w:val="single"/>
          </w:rPr>
          <w:t>https://www.finalcutmagazine.com/post/the-impact-of-ai-on-the-future-of-film-production-a-double-edged-sword</w:t>
        </w:r>
      </w:hyperlink>
      <w:r>
        <w:t xml:space="preserve"> - This article discusses how AI can allow actors to play roles beyond their age constraints, such as using AI to de-age actors, which aligns with Tom Hanks' comments on the technology's potential.</w:t>
      </w:r>
      <w:r/>
    </w:p>
    <w:p>
      <w:pPr>
        <w:pStyle w:val="ListNumber"/>
        <w:spacing w:line="240" w:lineRule="auto"/>
        <w:ind w:left="720"/>
      </w:pPr>
      <w:r/>
      <w:hyperlink r:id="rId13">
        <w:r>
          <w:rPr>
            <w:color w:val="0000EE"/>
            <w:u w:val="single"/>
          </w:rPr>
          <w:t>https://www.forbes.com/sites/neilsahota/2024/03/08/the-ai-takeover-in-cinema-how-movie-studios-use-artificial-intelligence/</w:t>
        </w:r>
      </w:hyperlink>
      <w:r>
        <w:t xml:space="preserve"> - This article mentions the use of AI in creating realistic virtual environments and de-aging actors, such as in 'The Irishman,' which relates to Hanks' discussion on the technology's capabilities.</w:t>
      </w:r>
      <w:r/>
    </w:p>
    <w:p>
      <w:pPr>
        <w:pStyle w:val="ListNumber"/>
        <w:spacing w:line="240" w:lineRule="auto"/>
        <w:ind w:left="720"/>
      </w:pPr>
      <w:r/>
      <w:hyperlink r:id="rId14">
        <w:r>
          <w:rPr>
            <w:color w:val="0000EE"/>
            <w:u w:val="single"/>
          </w:rPr>
          <w:t>https://raindance.org/artificial-intelligence-and-filmmaking-threats-and-features/</w:t>
        </w:r>
      </w:hyperlink>
      <w:r>
        <w:t xml:space="preserve"> - This article discusses the democratization of filmmaking through AI, which lowers barriers to entry for independent filmmakers, aligning with the idea of AI as an empowering tool for artists.</w:t>
      </w:r>
      <w:r/>
    </w:p>
    <w:p>
      <w:pPr>
        <w:pStyle w:val="ListNumber"/>
        <w:spacing w:line="240" w:lineRule="auto"/>
        <w:ind w:left="720"/>
      </w:pPr>
      <w:r/>
      <w:hyperlink r:id="rId12">
        <w:r>
          <w:rPr>
            <w:color w:val="0000EE"/>
            <w:u w:val="single"/>
          </w:rPr>
          <w:t>https://stewarttownsend.com/future-of-the-film-industry-ais-10-game-changing-impacts/</w:t>
        </w:r>
      </w:hyperlink>
      <w:r>
        <w:t xml:space="preserve"> - This article emphasizes the need for a balance between leveraging AI's benefits and preserving human creativity, reflecting the dichotomy within Hollywood discussed in the article.</w:t>
      </w:r>
      <w:r/>
    </w:p>
    <w:p>
      <w:pPr>
        <w:pStyle w:val="ListNumber"/>
        <w:spacing w:line="240" w:lineRule="auto"/>
        <w:ind w:left="720"/>
      </w:pPr>
      <w:r/>
      <w:hyperlink r:id="rId15">
        <w:r>
          <w:rPr>
            <w:color w:val="0000EE"/>
            <w:u w:val="single"/>
          </w:rPr>
          <w:t>https://www.nytimes.com/2024/11/01/magazine/ai-hollywood-movies-cgi.html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nalcutmagazine.com/post/the-impact-of-ai-on-the-future-of-film-production-a-double-edged-sword" TargetMode="External"/><Relationship Id="rId11" Type="http://schemas.openxmlformats.org/officeDocument/2006/relationships/hyperlink" Target="https://smartclick.ai/articles/how-artificial-intelligence-is-used-in-the-film-industry/" TargetMode="External"/><Relationship Id="rId12" Type="http://schemas.openxmlformats.org/officeDocument/2006/relationships/hyperlink" Target="https://stewarttownsend.com/future-of-the-film-industry-ais-10-game-changing-impacts/" TargetMode="External"/><Relationship Id="rId13" Type="http://schemas.openxmlformats.org/officeDocument/2006/relationships/hyperlink" Target="https://www.forbes.com/sites/neilsahota/2024/03/08/the-ai-takeover-in-cinema-how-movie-studios-use-artificial-intelligence/" TargetMode="External"/><Relationship Id="rId14" Type="http://schemas.openxmlformats.org/officeDocument/2006/relationships/hyperlink" Target="https://raindance.org/artificial-intelligence-and-filmmaking-threats-and-features/" TargetMode="External"/><Relationship Id="rId15" Type="http://schemas.openxmlformats.org/officeDocument/2006/relationships/hyperlink" Target="https://www.nytimes.com/2024/11/01/magazine/ai-hollywood-movies-cg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