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revolutionising image editing with Photiu.ai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digital age, efficiency is paramount across various fields such as online retail, social media management, and graphic design. A significant time-draining task within these domains is image editing, particularly the removal of backgrounds. Traditionally, this process demanded a certain level of skill and substantial manual input. However, technological advancements have introduced AI-powered solutions like Photiu.ai, which streamline and automate this task, significantly enhancing productivity.</w:t>
      </w:r>
      <w:r/>
    </w:p>
    <w:p>
      <w:r/>
      <w:r>
        <w:t>Photiu.ai, crafted by Photiu Studio, is a cutting-edge AI tool that simplifies the removal and replacement of image backgrounds. Its launch has been a game-changer for individuals and businesses seeking to improve their workflow without incurring costs, as the service is offered free of charge and delivers high-definition results.</w:t>
      </w:r>
      <w:r/>
    </w:p>
    <w:p>
      <w:r/>
      <w:r>
        <w:t>The role of AI in transforming image editing cannot be overstated. Previously, background removal was a meticulous process, often involving tools like Photoshop that required manual tracing and editing skills. With AI, such tasks are reduced to a mere few clicks. Photiu.ai leverages advanced AI technology to detect, isolate, and remove backgrounds from images, whether they feature people or products, thus shifting the user's focus from the mechanical aspects of editing to content creation.</w:t>
      </w:r>
      <w:r/>
    </w:p>
    <w:p>
      <w:r/>
      <w:r>
        <w:t>One of the major advantages of using Photiu.ai is the time saved. This tool instantly handles background removal, providing high-definition outcomes, making it particularly beneficial for businesses that frequently update product listings or engage heavily in social media marketing. Its capability to function seamlessly across different devices—computers, tablets, and smartphones—further enhances its utility, allowing users to edit images anytime and anywhere.</w:t>
      </w:r>
      <w:r/>
    </w:p>
    <w:p>
      <w:r/>
      <w:r>
        <w:t>The versatility of AI background removal tools like Photiu.ai spans numerous applications across various sectors:</w:t>
      </w:r>
      <w:r/>
    </w:p>
    <w:p>
      <w:r/>
      <w:r>
        <w:t xml:space="preserve">1. </w:t>
      </w:r>
      <w:r>
        <w:rPr>
          <w:b/>
        </w:rPr>
        <w:t>E-commerce Photography</w:t>
      </w:r>
      <w:r>
        <w:t>: Clean, professional product images are crucial for online retail success. Photiu.ai facilitates effortless background removal and replacement, helping products shine on websites and in catalogues.</w:t>
      </w:r>
      <w:r/>
    </w:p>
    <w:p>
      <w:r/>
      <w:r>
        <w:t xml:space="preserve">2. </w:t>
      </w:r>
      <w:r>
        <w:rPr>
          <w:b/>
        </w:rPr>
        <w:t>Social Media Content Creation</w:t>
      </w:r>
      <w:r>
        <w:t>: Visual platforms benefit immensely from tools that produce clean and vibrant images. By removing distracting elements, Photiu.ai enables the creation of captivating social media posts.</w:t>
      </w:r>
      <w:r/>
    </w:p>
    <w:p>
      <w:r/>
      <w:r>
        <w:t xml:space="preserve">3. </w:t>
      </w:r>
      <w:r>
        <w:rPr>
          <w:b/>
        </w:rPr>
        <w:t>Portrait Editing</w:t>
      </w:r>
      <w:r>
        <w:t>: Photiu.ai adds value in portrait editing by offering customized background adjustments, enhancing the final visual outcome for clients.</w:t>
      </w:r>
      <w:r/>
    </w:p>
    <w:p>
      <w:r/>
      <w:r>
        <w:t xml:space="preserve">4. </w:t>
      </w:r>
      <w:r>
        <w:rPr>
          <w:b/>
        </w:rPr>
        <w:t>GIF and Animation Editing</w:t>
      </w:r>
      <w:r>
        <w:t>: The tool is not limited to static images; it can also process GIFs, making it suitable for dynamic visual content such as social media animations and marketing materials.</w:t>
      </w:r>
      <w:r/>
    </w:p>
    <w:p>
      <w:r/>
      <w:r>
        <w:t>Photiu.ai stands out due to several key features. It employs state-of-the-art AI technology for rapid and precise background removal. It provides free HD outputs, accommodating budget constraints while still delivering quality. Furthermore, it allows for bulk processing and is adept at handling various media types, including static images and GIFs. The tool's user-friendly interface requires no installation or registration and operates smoothly across all devices. It also offers options for background replacement, thus expanding creative possibilities.</w:t>
      </w:r>
      <w:r/>
    </w:p>
    <w:p>
      <w:r/>
      <w:r>
        <w:t>Using Photiu.ai involves a straightforward process. Users simply visit the website, upload their image, customize the background as desired, and download the edited image, ready for use in any project or post.</w:t>
      </w:r>
      <w:r/>
    </w:p>
    <w:p>
      <w:r/>
      <w:r>
        <w:t>In summary, Photiu.ai is transforming image editing by drastically reducing the time and effort involved, thereby allowing users to focus more on creativity and content quality. Its free availability and high-quality results make it an attractive option for businesses and individuals aiming to enhance their digital presence efficiently. Users are encouraged to explore the capabilities of Photiu.ai to experience significant improvements in their image editing workflows.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https://www.photiu.ai</w:t>
        </w:r>
      </w:hyperlink>
      <w:r>
        <w:t xml:space="preserve"> - Corroborates the information about Photiu.ai's AI-powered background removal, free HD outputs, and user-friendly interface.</w:t>
      </w:r>
      <w:r/>
    </w:p>
    <w:p>
      <w:pPr>
        <w:pStyle w:val="ListNumber"/>
        <w:spacing w:line="240" w:lineRule="auto"/>
        <w:ind w:left="720"/>
      </w:pPr>
      <w:r/>
      <w:hyperlink r:id="rId11">
        <w:r>
          <w:rPr>
            <w:color w:val="0000EE"/>
            <w:u w:val="single"/>
          </w:rPr>
          <w:t>https://www.photiu.ai/blog/top-10-tools-to-remove-background</w:t>
        </w:r>
      </w:hyperlink>
      <w:r>
        <w:t xml:space="preserve"> - Provides details on Photiu.ai's features, such as advanced AI technology, free high-resolution downloads, and support for multiple file formats.</w:t>
      </w:r>
      <w:r/>
    </w:p>
    <w:p>
      <w:pPr>
        <w:pStyle w:val="ListNumber"/>
        <w:spacing w:line="240" w:lineRule="auto"/>
        <w:ind w:left="720"/>
      </w:pPr>
      <w:r/>
      <w:hyperlink r:id="rId12">
        <w:r>
          <w:rPr>
            <w:color w:val="0000EE"/>
            <w:u w:val="single"/>
          </w:rPr>
          <w:t>https://support.picupmedia.com/removing-background-with-ai</w:t>
        </w:r>
      </w:hyperlink>
      <w:r>
        <w:t xml:space="preserve"> - Illustrates the use of AI in background removal, similar to Photiu.ai, and the importance of high-quality photos and solid backgrounds for accurate results.</w:t>
      </w:r>
      <w:r/>
    </w:p>
    <w:p>
      <w:pPr>
        <w:pStyle w:val="ListNumber"/>
        <w:spacing w:line="240" w:lineRule="auto"/>
        <w:ind w:left="720"/>
      </w:pPr>
      <w:r/>
      <w:hyperlink r:id="rId13">
        <w:r>
          <w:rPr>
            <w:color w:val="0000EE"/>
            <w:u w:val="single"/>
          </w:rPr>
          <w:t>https://www.phot.ai/background-replacer</w:t>
        </w:r>
      </w:hyperlink>
      <w:r>
        <w:t xml:space="preserve"> - Describes the process of removing and replacing backgrounds using AI, similar to Photiu.ai's functionality, and the benefits of using such tools for various applications.</w:t>
      </w:r>
      <w:r/>
    </w:p>
    <w:p>
      <w:pPr>
        <w:pStyle w:val="ListNumber"/>
        <w:spacing w:line="240" w:lineRule="auto"/>
        <w:ind w:left="720"/>
      </w:pPr>
      <w:r/>
      <w:hyperlink r:id="rId14">
        <w:r>
          <w:rPr>
            <w:color w:val="0000EE"/>
            <w:u w:val="single"/>
          </w:rPr>
          <w:t>https://www.reddit.com/r/Affinity/comments/1e43wbb/background_removal/</w:t>
        </w:r>
      </w:hyperlink>
      <w:r>
        <w:t xml:space="preserve"> - Highlights the challenges of manual background removal and the preference for AI-powered tools like Photiu.ai for efficiency and accuracy.</w:t>
      </w:r>
      <w:r/>
    </w:p>
    <w:p>
      <w:pPr>
        <w:pStyle w:val="ListNumber"/>
        <w:spacing w:line="240" w:lineRule="auto"/>
        <w:ind w:left="720"/>
      </w:pPr>
      <w:r/>
      <w:hyperlink r:id="rId15">
        <w:r>
          <w:rPr>
            <w:color w:val="0000EE"/>
            <w:u w:val="single"/>
          </w:rPr>
          <w:t>https://photiu.ai/blog/top-10-tools-to-remove-background#1.-Photiu.ai</w:t>
        </w:r>
      </w:hyperlink>
      <w:r>
        <w:t xml:space="preserve"> - Details the advantages of using Photiu.ai, including its ability to handle bulk processing and support for various media types.</w:t>
      </w:r>
      <w:r/>
    </w:p>
    <w:p>
      <w:pPr>
        <w:pStyle w:val="ListNumber"/>
        <w:spacing w:line="240" w:lineRule="auto"/>
        <w:ind w:left="720"/>
      </w:pPr>
      <w:r/>
      <w:hyperlink r:id="rId10">
        <w:r>
          <w:rPr>
            <w:color w:val="0000EE"/>
            <w:u w:val="single"/>
          </w:rPr>
          <w:t>https://www.photiu.ai</w:t>
        </w:r>
      </w:hyperlink>
      <w:r>
        <w:t xml:space="preserve"> - Explains how Photiu.ai simplifies the removal and replacement of image backgrounds, saving time and enhancing productivity.</w:t>
      </w:r>
      <w:r/>
    </w:p>
    <w:p>
      <w:pPr>
        <w:pStyle w:val="ListNumber"/>
        <w:spacing w:line="240" w:lineRule="auto"/>
        <w:ind w:left="720"/>
      </w:pPr>
      <w:r/>
      <w:hyperlink r:id="rId13">
        <w:r>
          <w:rPr>
            <w:color w:val="0000EE"/>
            <w:u w:val="single"/>
          </w:rPr>
          <w:t>https://www.phot.ai/background-replacer</w:t>
        </w:r>
      </w:hyperlink>
      <w:r>
        <w:t xml:space="preserve"> - Corroborates the versatility of AI background removal tools in various applications such as e-commerce photography, social media content creation, and portrait editing.</w:t>
      </w:r>
      <w:r/>
    </w:p>
    <w:p>
      <w:pPr>
        <w:pStyle w:val="ListNumber"/>
        <w:spacing w:line="240" w:lineRule="auto"/>
        <w:ind w:left="720"/>
      </w:pPr>
      <w:r/>
      <w:hyperlink r:id="rId12">
        <w:r>
          <w:rPr>
            <w:color w:val="0000EE"/>
            <w:u w:val="single"/>
          </w:rPr>
          <w:t>https://support.picupmedia.com/removing-background-with-ai</w:t>
        </w:r>
      </w:hyperlink>
      <w:r>
        <w:t xml:space="preserve"> - Provides tips for effective use of AI background removal tools, such as using solid backgrounds and high-quality photos, which align with Photiu.ai's best practices.</w:t>
      </w:r>
      <w:r/>
    </w:p>
    <w:p>
      <w:pPr>
        <w:pStyle w:val="ListNumber"/>
        <w:spacing w:line="240" w:lineRule="auto"/>
        <w:ind w:left="720"/>
      </w:pPr>
      <w:r/>
      <w:hyperlink r:id="rId10">
        <w:r>
          <w:rPr>
            <w:color w:val="0000EE"/>
            <w:u w:val="single"/>
          </w:rPr>
          <w:t>https://www.photiu.ai</w:t>
        </w:r>
      </w:hyperlink>
      <w:r>
        <w:t xml:space="preserve"> - Describes the straightforward process of using Photiu.ai, including uploading images, customizing backgrounds, and downloading edited images.</w:t>
      </w:r>
      <w:r/>
    </w:p>
    <w:p>
      <w:pPr>
        <w:pStyle w:val="ListNumber"/>
        <w:spacing w:line="240" w:lineRule="auto"/>
        <w:ind w:left="720"/>
      </w:pPr>
      <w:r/>
      <w:hyperlink r:id="rId16">
        <w:r>
          <w:rPr>
            <w:color w:val="0000EE"/>
            <w:u w:val="single"/>
          </w:rPr>
          <w:t>https://photiu.ai/blog/top-10-tools-to-remove-background#In-conclusion:-how-to-choose-the-best-background-remover-for-you?</w:t>
        </w:r>
      </w:hyperlink>
      <w:r>
        <w:t xml:space="preserve"> - Discusses the key features and benefits of choosing Photiu.ai over other AI background removal tools, including its free availability and high-quality results.</w:t>
      </w:r>
      <w:r/>
    </w:p>
    <w:p>
      <w:pPr>
        <w:pStyle w:val="ListNumber"/>
        <w:spacing w:line="240" w:lineRule="auto"/>
        <w:ind w:left="720"/>
      </w:pPr>
      <w:r/>
      <w:hyperlink r:id="rId17">
        <w:r>
          <w:rPr>
            <w:color w:val="0000EE"/>
            <w:u w:val="single"/>
          </w:rPr>
          <w:t>https://techbullion.com/how-an-ai-background-remover-can-simplify-your-design-workflow/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otiu.ai" TargetMode="External"/><Relationship Id="rId11" Type="http://schemas.openxmlformats.org/officeDocument/2006/relationships/hyperlink" Target="https://www.photiu.ai/blog/top-10-tools-to-remove-background" TargetMode="External"/><Relationship Id="rId12" Type="http://schemas.openxmlformats.org/officeDocument/2006/relationships/hyperlink" Target="https://support.picupmedia.com/removing-background-with-ai" TargetMode="External"/><Relationship Id="rId13" Type="http://schemas.openxmlformats.org/officeDocument/2006/relationships/hyperlink" Target="https://www.phot.ai/background-replacer" TargetMode="External"/><Relationship Id="rId14" Type="http://schemas.openxmlformats.org/officeDocument/2006/relationships/hyperlink" Target="https://www.reddit.com/r/Affinity/comments/1e43wbb/background_removal/" TargetMode="External"/><Relationship Id="rId15" Type="http://schemas.openxmlformats.org/officeDocument/2006/relationships/hyperlink" Target="https://photiu.ai/blog/top-10-tools-to-remove-background#1.-Photiu.ai" TargetMode="External"/><Relationship Id="rId16" Type="http://schemas.openxmlformats.org/officeDocument/2006/relationships/hyperlink" Target="https://photiu.ai/blog/top-10-tools-to-remove-background#In-conclusion:-how-to-choose-the-best-background-remover-for-you?" TargetMode="External"/><Relationship Id="rId17" Type="http://schemas.openxmlformats.org/officeDocument/2006/relationships/hyperlink" Target="https://techbullion.com/how-an-ai-background-remover-can-simplify-your-design-workfl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