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podcast recommendations for sales and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changing world of content marketing and sales, podcasting has emerged as a critical tool for enhancing brand visibility and audience engagement. With the rise of artificial intelligence (AI), this medium has witnessed a transformation in the way content is recommended, providing sales professionals and marketers with innovative avenues to reach targeted audiences and boost conversion rates.</w:t>
      </w:r>
      <w:r/>
    </w:p>
    <w:p>
      <w:r/>
      <w:r>
        <w:rPr>
          <w:b/>
        </w:rPr>
        <w:t>AI's Role in Podcast Recommendation Systems</w:t>
      </w:r>
      <w:r/>
    </w:p>
    <w:p>
      <w:r/>
      <w:r>
        <w:t>AI technology has been integrated into platforms such as Spotify and Apple Podcasts, utilising advanced algorithms that tailor content suggestions based on user behaviour. These recommendation systems rely on complex machine learning models to decode user preferences and recommend content that is most likely to resonate.</w:t>
      </w:r>
      <w:r/>
    </w:p>
    <w:p>
      <w:r/>
      <w:r>
        <w:t>The process begins with data collection and behavioural analysis, where algorithms monitor various data points including listening history, skip rates, user interactions like likes and shares, search queries, and the completion rates of episodes. This data is meticulously analysed to detect patterns in user behaviour, forming the basis for personalised recommendations.</w:t>
      </w:r>
      <w:r/>
    </w:p>
    <w:p>
      <w:r/>
      <w:r>
        <w:t>Advanced recommendation models employed by these platforms typically include:</w:t>
      </w:r>
      <w:r/>
      <w:r/>
    </w:p>
    <w:p>
      <w:pPr>
        <w:pStyle w:val="ListBullet"/>
        <w:spacing w:line="240" w:lineRule="auto"/>
        <w:ind w:left="720"/>
      </w:pPr>
      <w:r/>
      <w:r>
        <w:rPr>
          <w:b/>
        </w:rPr>
        <w:t>Collaborative Filtering</w:t>
      </w:r>
      <w:r>
        <w:t>: Suggests content based on similarities among users with comparable tastes.</w:t>
      </w:r>
      <w:r/>
    </w:p>
    <w:p>
      <w:pPr>
        <w:pStyle w:val="ListBullet"/>
        <w:spacing w:line="240" w:lineRule="auto"/>
        <w:ind w:left="720"/>
      </w:pPr>
      <w:r/>
      <w:r>
        <w:rPr>
          <w:b/>
        </w:rPr>
        <w:t>Content-Based Filtering</w:t>
      </w:r>
      <w:r>
        <w:t>: Provides recommendations based on the content’s characteristics, such as genre and themes.</w:t>
      </w:r>
      <w:r/>
    </w:p>
    <w:p>
      <w:pPr>
        <w:pStyle w:val="ListBullet"/>
        <w:spacing w:line="240" w:lineRule="auto"/>
        <w:ind w:left="720"/>
      </w:pPr>
      <w:r/>
      <w:r>
        <w:rPr>
          <w:b/>
        </w:rPr>
        <w:t>Hybrid Models</w:t>
      </w:r>
      <w:r>
        <w:t>: Combines collaborative and content-based approaches with deep learning for more refined suggestions.</w:t>
      </w:r>
      <w:r/>
      <w:r/>
    </w:p>
    <w:p>
      <w:r/>
      <w:r>
        <w:t>Sales teams, by understanding these models, can strategically align their marketing efforts with the types of content preferred by their target demographic, thereby creating more relevant advertising placements and sponsorships.</w:t>
      </w:r>
      <w:r/>
    </w:p>
    <w:p>
      <w:r/>
      <w:r>
        <w:rPr>
          <w:b/>
        </w:rPr>
        <w:t>SEO and AI in Podcast Recommendations</w:t>
      </w:r>
      <w:r/>
    </w:p>
    <w:p>
      <w:r/>
      <w:r>
        <w:t>To maximise the influence of AI-driven podcast recommendations, marketers need to consider the optimisation of SEO elements. Using SEO-friendly keywords in podcast metadata is essential for brands aiming to penetrate this space. These keywords should be incorporated in podcast titles, descriptions, and episode titles to enhance their relevance and improve the likelihood of being recommended.</w:t>
      </w:r>
      <w:r/>
    </w:p>
    <w:p>
      <w:r/>
      <w:r>
        <w:t>Moreover, selecting the right tags and categories is critical as it aids algorithms in identifying and suggesting content to the appropriate audience. Furthermore, employing natural language processing (NLP) keywords that mirror the conversational style and interests of the target audience can further enhance content discoverability.</w:t>
      </w:r>
      <w:r/>
    </w:p>
    <w:p>
      <w:r/>
      <w:r>
        <w:t>Sales teams can leverage these strategies to improve their outreach efforts by using long-tail keywords that align more specifically with user interests, thus increasing visibility in niche audience segments.</w:t>
      </w:r>
      <w:r/>
    </w:p>
    <w:p>
      <w:r/>
      <w:r>
        <w:rPr>
          <w:b/>
        </w:rPr>
        <w:t>Strategic Advantages for Sales Professionals</w:t>
      </w:r>
      <w:r/>
    </w:p>
    <w:p>
      <w:r/>
      <w:r>
        <w:t xml:space="preserve">Sales professionals can derive several benefits from personalised podcast recommendations. By focusing on targeted ad placements, they can place advertisements on podcasts that resonate with their audience, ensuring non-intrusive and relevant messaging. </w:t>
      </w:r>
      <w:r/>
    </w:p>
    <w:p>
      <w:r/>
      <w:r>
        <w:t>Additionally, podcast sponsorships offer heightened impact when they align with listener interests. Platforms like Spotify provide tools to target demographics based on listening behaviours, enabling sales teams to identify and exploit opportunities effectively.</w:t>
      </w:r>
      <w:r/>
    </w:p>
    <w:p>
      <w:r/>
      <w:r>
        <w:t>Moreover, understanding which podcast content generates high engagement can guide the creation of additional marketing material, like blog posts and eBooks, that cater to the demands of their podcast listener base.</w:t>
      </w:r>
      <w:r/>
    </w:p>
    <w:p>
      <w:r/>
      <w:r>
        <w:rPr>
          <w:b/>
        </w:rPr>
        <w:t>Tracking and Improving Podcast SEO Performance</w:t>
      </w:r>
      <w:r/>
    </w:p>
    <w:p>
      <w:r/>
      <w:r>
        <w:t>Monitoring the effectiveness of podcast SEO strategies becomes crucial, entailing a focus on specific metrics such as impressions and clicks, subscriber growth rates, engagement rates, and ad performance metrics. Tools like Chartable and Podtrac assist in providing the necessary insights to make informed adjustments, ensuring the continuous refinement of SEO strategies.</w:t>
      </w:r>
      <w:r/>
    </w:p>
    <w:p>
      <w:r/>
      <w:r>
        <w:rPr>
          <w:b/>
        </w:rPr>
        <w:t>Future Prospects for AI-Driven Podcast SEO</w:t>
      </w:r>
      <w:r/>
    </w:p>
    <w:p>
      <w:r/>
      <w:r>
        <w:t>Looking forward, AI-driven podcast recommendations are likely to become even more sophisticated. Future applications might encompass dynamic ad placements tailored to real-time listener profiles, contextual recommendations leveraged through real-time data such as location, and enhancements for voice-activated searches as voice search technology becomes more widespread.</w:t>
      </w:r>
      <w:r/>
    </w:p>
    <w:p>
      <w:r/>
      <w:r>
        <w:t>The integration of these advanced AI capabilities offers promising potential for sales teams. By staying abreast of technological trends and developments, sales professionals can continue to optimise their strategies, enhancing their reach and impact within the podcasting medium—a channel that is only set to expand its influence in the realm of digital marketing and sales.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https://podcasts.apple.com/us/podcast/recsperts-recommender-systems-experts/id1587222271</w:t>
        </w:r>
      </w:hyperlink>
      <w:r>
        <w:t xml:space="preserve"> - This link supports the discussion on advanced recommendation models, including generative models, and the complexities of recommender systems, which align with the integration of AI in podcast recommendation systems.</w:t>
      </w:r>
      <w:r/>
    </w:p>
    <w:p>
      <w:pPr>
        <w:pStyle w:val="ListNumber"/>
        <w:spacing w:line="240" w:lineRule="auto"/>
        <w:ind w:left="720"/>
      </w:pPr>
      <w:r/>
      <w:hyperlink r:id="rId11">
        <w:r>
          <w:rPr>
            <w:color w:val="0000EE"/>
            <w:u w:val="single"/>
          </w:rPr>
          <w:t>https://github.com/siddgood/podcast-recommendation-engine</w:t>
        </w:r>
      </w:hyperlink>
      <w:r>
        <w:t xml:space="preserve"> - This link explains content-based recommendation systems, which are mentioned in the article, and how they use NLP techniques to recommend podcasts based on user preferences and podcast metadata.</w:t>
      </w:r>
      <w:r/>
    </w:p>
    <w:p>
      <w:pPr>
        <w:pStyle w:val="ListNumber"/>
        <w:spacing w:line="240" w:lineRule="auto"/>
        <w:ind w:left="720"/>
      </w:pPr>
      <w:r/>
      <w:hyperlink r:id="rId12">
        <w:r>
          <w:rPr>
            <w:color w:val="0000EE"/>
            <w:u w:val="single"/>
          </w:rPr>
          <w:t>https://www.youtube.com/watch?v=Dm-DYatNuGQ</w:t>
        </w:r>
      </w:hyperlink>
      <w:r>
        <w:t xml:space="preserve"> - This link discusses the evolution of recommendation systems, including the use of machine learning and deep learning models, which is relevant to the AI-driven podcast recommendations described in the article.</w:t>
      </w:r>
      <w:r/>
    </w:p>
    <w:p>
      <w:pPr>
        <w:pStyle w:val="ListNumber"/>
        <w:spacing w:line="240" w:lineRule="auto"/>
        <w:ind w:left="720"/>
      </w:pPr>
      <w:r/>
      <w:hyperlink r:id="rId10">
        <w:r>
          <w:rPr>
            <w:color w:val="0000EE"/>
            <w:u w:val="single"/>
          </w:rPr>
          <w:t>https://podcasts.apple.com/us/podcast/recsperts-recommender-systems-experts/id1587222271</w:t>
        </w:r>
      </w:hyperlink>
      <w:r>
        <w:t xml:space="preserve"> - This link also supports the section on collaborative filtering and hybrid models by discussing multi-objective and multi-stakeholder recommender systems, as seen in the episode on popularity bias.</w:t>
      </w:r>
      <w:r/>
    </w:p>
    <w:p>
      <w:pPr>
        <w:pStyle w:val="ListNumber"/>
        <w:spacing w:line="240" w:lineRule="auto"/>
        <w:ind w:left="720"/>
      </w:pPr>
      <w:r/>
      <w:hyperlink r:id="rId11">
        <w:r>
          <w:rPr>
            <w:color w:val="0000EE"/>
            <w:u w:val="single"/>
          </w:rPr>
          <w:t>https://github.com/siddgood/podcast-recommendation-engine</w:t>
        </w:r>
      </w:hyperlink>
      <w:r>
        <w:t xml:space="preserve"> - This link further explains the importance of SEO-friendly keywords and tags in podcast metadata, which is crucial for enhancing the relevance and discoverability of podcasts.</w:t>
      </w:r>
      <w:r/>
    </w:p>
    <w:p>
      <w:pPr>
        <w:pStyle w:val="ListNumber"/>
        <w:spacing w:line="240" w:lineRule="auto"/>
        <w:ind w:left="720"/>
      </w:pPr>
      <w:r/>
      <w:hyperlink r:id="rId12">
        <w:r>
          <w:rPr>
            <w:color w:val="0000EE"/>
            <w:u w:val="single"/>
          </w:rPr>
          <w:t>https://www.youtube.com/watch?v=Dm-DYatNuGQ</w:t>
        </w:r>
      </w:hyperlink>
      <w:r>
        <w:t xml:space="preserve"> - This link highlights the role of recommendation systems in understanding user behavior and preferences, which is essential for targeted ad placements and sponsorships in podcasts.</w:t>
      </w:r>
      <w:r/>
    </w:p>
    <w:p>
      <w:pPr>
        <w:pStyle w:val="ListNumber"/>
        <w:spacing w:line="240" w:lineRule="auto"/>
        <w:ind w:left="720"/>
      </w:pPr>
      <w:r/>
      <w:hyperlink r:id="rId10">
        <w:r>
          <w:rPr>
            <w:color w:val="0000EE"/>
            <w:u w:val="single"/>
          </w:rPr>
          <w:t>https://podcasts.apple.com/us/podcast/recsperts-recommender-systems-experts/id1587222271</w:t>
        </w:r>
      </w:hyperlink>
      <w:r>
        <w:t xml:space="preserve"> - This link discusses the strategic advantages for sales professionals, such as using user-centric evaluation frameworks and understanding user goals and needs, which can guide marketing efforts.</w:t>
      </w:r>
      <w:r/>
    </w:p>
    <w:p>
      <w:pPr>
        <w:pStyle w:val="ListNumber"/>
        <w:spacing w:line="240" w:lineRule="auto"/>
        <w:ind w:left="720"/>
      </w:pPr>
      <w:r/>
      <w:hyperlink r:id="rId11">
        <w:r>
          <w:rPr>
            <w:color w:val="0000EE"/>
            <w:u w:val="single"/>
          </w:rPr>
          <w:t>https://github.com/siddgood/podcast-recommendation-engine</w:t>
        </w:r>
      </w:hyperlink>
      <w:r>
        <w:t xml:space="preserve"> - This link provides insights into tracking and improving podcast SEO performance by analyzing metrics such as user engagement and feedback, which is crucial for refining SEO strategies.</w:t>
      </w:r>
      <w:r/>
    </w:p>
    <w:p>
      <w:pPr>
        <w:pStyle w:val="ListNumber"/>
        <w:spacing w:line="240" w:lineRule="auto"/>
        <w:ind w:left="720"/>
      </w:pPr>
      <w:r/>
      <w:hyperlink r:id="rId12">
        <w:r>
          <w:rPr>
            <w:color w:val="0000EE"/>
            <w:u w:val="single"/>
          </w:rPr>
          <w:t>https://www.youtube.com/watch?v=Dm-DYatNuGQ</w:t>
        </w:r>
      </w:hyperlink>
      <w:r>
        <w:t xml:space="preserve"> - This link touches on the future prospects of AI-driven recommendations, including dynamic ad placements and contextual recommendations, which align with the article's discussion on future applications.</w:t>
      </w:r>
      <w:r/>
    </w:p>
    <w:p>
      <w:pPr>
        <w:pStyle w:val="ListNumber"/>
        <w:spacing w:line="240" w:lineRule="auto"/>
        <w:ind w:left="720"/>
      </w:pPr>
      <w:r/>
      <w:hyperlink r:id="rId10">
        <w:r>
          <w:rPr>
            <w:color w:val="0000EE"/>
            <w:u w:val="single"/>
          </w:rPr>
          <w:t>https://podcasts.apple.com/us/podcast/recsperts-recommender-systems-experts/id1587222271</w:t>
        </w:r>
      </w:hyperlink>
      <w:r>
        <w:t xml:space="preserve"> - This link emphasizes the importance of staying updated with technological trends and developments in recommender systems, which is crucial for sales teams to optimize their strategies.</w:t>
      </w:r>
      <w:r/>
    </w:p>
    <w:p>
      <w:pPr>
        <w:pStyle w:val="ListNumber"/>
        <w:spacing w:line="240" w:lineRule="auto"/>
        <w:ind w:left="720"/>
      </w:pPr>
      <w:r/>
      <w:hyperlink r:id="rId11">
        <w:r>
          <w:rPr>
            <w:color w:val="0000EE"/>
            <w:u w:val="single"/>
          </w:rPr>
          <w:t>https://github.com/siddgood/podcast-recommendation-engine</w:t>
        </w:r>
      </w:hyperlink>
      <w:r>
        <w:t xml:space="preserve"> - This link underscores the need for continuous refinement of SEO strategies using tools and metrics, ensuring the optimal performance of podcast recommendations and SEO efforts.</w:t>
      </w:r>
      <w:r/>
    </w:p>
    <w:p>
      <w:pPr>
        <w:pStyle w:val="ListNumber"/>
        <w:spacing w:line="240" w:lineRule="auto"/>
        <w:ind w:left="720"/>
      </w:pPr>
      <w:r/>
      <w:hyperlink r:id="rId13">
        <w:r>
          <w:rPr>
            <w:color w:val="0000EE"/>
            <w:u w:val="single"/>
          </w:rPr>
          <w:t>https://salespop.net/artificial-intelligence/ai-powered-personalized-podcast-recommendations-a-new-seo-strategy-to-boost-sales/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casts.apple.com/us/podcast/recsperts-recommender-systems-experts/id1587222271" TargetMode="External"/><Relationship Id="rId11" Type="http://schemas.openxmlformats.org/officeDocument/2006/relationships/hyperlink" Target="https://github.com/siddgood/podcast-recommendation-engine" TargetMode="External"/><Relationship Id="rId12" Type="http://schemas.openxmlformats.org/officeDocument/2006/relationships/hyperlink" Target="https://www.youtube.com/watch?v=Dm-DYatNuGQ" TargetMode="External"/><Relationship Id="rId13" Type="http://schemas.openxmlformats.org/officeDocument/2006/relationships/hyperlink" Target="https://salespop.net/artificial-intelligence/ai-powered-personalized-podcast-recommendations-a-new-seo-strategy-to-boost-s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