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Jimmy Chin uncovers historic artefact linked to Everest's 1924 expedition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series of events, adventure athlete and Oscar-winning filmmaker Jimmy Chin found himself at the center of a significant historic discovery on Mount Everest earlier this year. While enduring the treacherous conditions of Everest, Chin, renowned for his work in documenting extreme stories of survival and adventure, stumbled upon evidence that might shed light on the enduring mystery surrounding the fate of Andrew "Sandy" Irvine, a British explorer who disappeared during a 1924 expedition.</w:t>
      </w:r>
      <w:r/>
    </w:p>
    <w:p>
      <w:r/>
      <w:r>
        <w:t>The discovery was made on the Central Rongbuk Glacier beneath Everest’s daunting North Face. Chin and his team discovered an old boot with human remains inside. Several days prior, they had come across an oxygen canister dating back to 1933. As they speculated about the possibility of encountering relics from George Mallory and Irvine’s ill-fated 1924 expedition, Chin’s casual curiosity turned into profound amazement when he found a sock embroidered with "A.C. Irvine" inside the boot. The confirmation of the remains as Irvine's through DNA testing is anticipated, and Chin expressed optimism about the possibility of finding other artifacts, potentially the camera carried by Irvine, which could contain pivotal historical evidence.</w:t>
      </w:r>
      <w:r/>
    </w:p>
    <w:p>
      <w:r/>
      <w:r>
        <w:t>Interestingly, this discovery is part of a series of encounters that have linked Chin to century-long mysteries. Earlier this year, Chin and his creative partner, Elizabeth Chai Vasarhelyi, directed “Endurance,” a documentary about the discovery of Explorer Ernest Shackleton’s lost ship, the Endurance, which became trapped and sank in the icy waters of the Weddell Sea in 1915. The wreck was found in 2022, impeccably preserved on the seabed.</w:t>
      </w:r>
      <w:r/>
    </w:p>
    <w:p>
      <w:r/>
      <w:r>
        <w:t>Ernest Shackleton's story, renowned as the epitome of survival against the harshest conditions, continues to captivate audiences. The documentary, which explores the audacious journey Shackleton undertook to save his crew, was co-directed with Natalie Hewit and makes creative use of restored historical footage, beautifully blended with the latest AI technologies. It brings to life the harrowing experience Shackleton and his men endured, offering audiences a vivid perspective on the historical narrative through the first-person accounts derived from crew members' diaries, enhanced by AI-assisted voice reproductions of the actual explorers.</w:t>
      </w:r>
      <w:r/>
    </w:p>
    <w:p>
      <w:r/>
      <w:r>
        <w:t>Chin and Vasarhelyi’s commitment to telling tales of human endurance is not new. They have a storied history of producing films capturing awe-inspiring feats, including the Academy Award-winning “Free Solo,” the gripping rescue mission in “The Rescue,” and the real-life endurance test of Diana Nyad in “Nyad.” Their storytelling seamlessly combines archival footage with modern technology, creating a powerful cinematic narrative that bridges past and present.</w:t>
      </w:r>
      <w:r/>
    </w:p>
    <w:p>
      <w:r/>
      <w:r>
        <w:t>In a recent interview, Chin and Vasarhelyi reflected on the human qualities that link their subjects, like Shackleton, Alex Honnold, and others known for their groundbreaking achievements in extreme conditions. They particularly noted a shared sense of optimism and belief in seemingly impossible outcomes, underscoring the human spirit's resilience and capacity for overcoming dire circumstances.</w:t>
      </w:r>
      <w:r/>
    </w:p>
    <w:p>
      <w:r/>
      <w:r>
        <w:t>"Endurance" premieres on National Geographic, with subsequent releases on Disney+ and Hulu scheduled for November 2. As readers anticipate the results of DNA testing to confirm whether the remains belong to Irvine, the discovery on Everest by Chin opens up new discussions and curiosity around historical expeditions and the lengths humans go in their quest for exploration and discovery.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https://www.cnn.com/2024/10/18/world/video/jimmy-chin-everest-mystery-irvine-mallory-lead-digvid-contd</w:t>
        </w:r>
      </w:hyperlink>
      <w:r>
        <w:t xml:space="preserve"> - Corroborates the discovery of a boot and sock on Mount Everest by Jimmy Chin and his team, and its potential connection to Andrew 'Sandy' Irvine.</w:t>
      </w:r>
      <w:r/>
    </w:p>
    <w:p>
      <w:pPr>
        <w:pStyle w:val="ListNumber"/>
        <w:spacing w:line="240" w:lineRule="auto"/>
        <w:ind w:left="720"/>
      </w:pPr>
      <w:r/>
      <w:hyperlink r:id="rId11">
        <w:r>
          <w:rPr>
            <w:color w:val="0000EE"/>
            <w:u w:val="single"/>
          </w:rPr>
          <w:t>https://www.npr.org/2024/10/12/nx-s1-5150469/mount-everest-climber-foot-discovered-national-geographic</w:t>
        </w:r>
      </w:hyperlink>
      <w:r>
        <w:t xml:space="preserve"> - Details the discovery of the boot and partial remains believed to be those of Andrew 'Sandy' Irvine, including the red label with 'A.C. IRVINE' stitched on it.</w:t>
      </w:r>
      <w:r/>
    </w:p>
    <w:p>
      <w:pPr>
        <w:pStyle w:val="ListNumber"/>
        <w:spacing w:line="240" w:lineRule="auto"/>
        <w:ind w:left="720"/>
      </w:pPr>
      <w:r/>
      <w:hyperlink r:id="rId12">
        <w:r>
          <w:rPr>
            <w:color w:val="0000EE"/>
            <w:u w:val="single"/>
          </w:rPr>
          <w:t>https://www.nationalgeographic.com/adventure/article/sandy-irvine-everest-mystery-what-it-means</w:t>
        </w:r>
      </w:hyperlink>
      <w:r>
        <w:t xml:space="preserve"> - Explains the significance of the discovery, the reaction of Irvine's great-niece Julie Summers, and the ongoing search for other artifacts like the camera.</w:t>
      </w:r>
      <w:r/>
    </w:p>
    <w:p>
      <w:pPr>
        <w:pStyle w:val="ListNumber"/>
        <w:spacing w:line="240" w:lineRule="auto"/>
        <w:ind w:left="720"/>
      </w:pPr>
      <w:r/>
      <w:hyperlink r:id="rId13">
        <w:r>
          <w:rPr>
            <w:color w:val="0000EE"/>
            <w:u w:val="single"/>
          </w:rPr>
          <w:t>https://www.nationalgeographic.com/adventure/article/sandy-irvine-body-found-everest</w:t>
        </w:r>
      </w:hyperlink>
      <w:r>
        <w:t xml:space="preserve"> - Provides details about the discovery on the Central Rongbuk Glacier, the boot and sock, and the historical context of Irvine and Mallory's 1924 expedition.</w:t>
      </w:r>
      <w:r/>
    </w:p>
    <w:p>
      <w:pPr>
        <w:pStyle w:val="ListNumber"/>
        <w:spacing w:line="240" w:lineRule="auto"/>
        <w:ind w:left="720"/>
      </w:pPr>
      <w:r/>
      <w:hyperlink r:id="rId14">
        <w:r>
          <w:rPr>
            <w:color w:val="0000EE"/>
            <w:u w:val="single"/>
          </w:rPr>
          <w:t>https://www.jpost.com/archaeology/archaeology-around-the-world/article-826427</w:t>
        </w:r>
      </w:hyperlink>
      <w:r>
        <w:t xml:space="preserve"> - Corroborates the discovery of the boot with a foot inside and the sock with 'A.C. Irvine' stitched on it, and the team's reaction to the find.</w:t>
      </w:r>
      <w:r/>
    </w:p>
    <w:p>
      <w:pPr>
        <w:pStyle w:val="ListNumber"/>
        <w:spacing w:line="240" w:lineRule="auto"/>
        <w:ind w:left="720"/>
      </w:pPr>
      <w:r/>
      <w:hyperlink r:id="rId11">
        <w:r>
          <w:rPr>
            <w:color w:val="0000EE"/>
            <w:u w:val="single"/>
          </w:rPr>
          <w:t>https://www.npr.org/2024/10/12/nx-s1-5150469/mount-everest-climber-foot-discovered-national-geographic</w:t>
        </w:r>
      </w:hyperlink>
      <w:r>
        <w:t xml:space="preserve"> - Mentions the earlier discovery of an oxygen bottle from 1933 and speculations about the remains' location.</w:t>
      </w:r>
      <w:r/>
    </w:p>
    <w:p>
      <w:pPr>
        <w:pStyle w:val="ListNumber"/>
        <w:spacing w:line="240" w:lineRule="auto"/>
        <w:ind w:left="720"/>
      </w:pPr>
      <w:r/>
      <w:hyperlink r:id="rId13">
        <w:r>
          <w:rPr>
            <w:color w:val="0000EE"/>
            <w:u w:val="single"/>
          </w:rPr>
          <w:t>https://www.nationalgeographic.com/adventure/article/sandy-irvine-body-found-everest</w:t>
        </w:r>
      </w:hyperlink>
      <w:r>
        <w:t xml:space="preserve"> - Details the handover of the remains to the China-Tibet Mountaineering Association and the plan for DNA testing to confirm the identity.</w:t>
      </w:r>
      <w:r/>
    </w:p>
    <w:p>
      <w:pPr>
        <w:pStyle w:val="ListNumber"/>
        <w:spacing w:line="240" w:lineRule="auto"/>
        <w:ind w:left="720"/>
      </w:pPr>
      <w:r/>
      <w:hyperlink r:id="rId14">
        <w:r>
          <w:rPr>
            <w:color w:val="0000EE"/>
            <w:u w:val="single"/>
          </w:rPr>
          <w:t>https://www.jpost.com/archaeology/archaeology-around-the-world/article-826427</w:t>
        </w:r>
      </w:hyperlink>
      <w:r>
        <w:t xml:space="preserve"> - Explains the historical significance of the discovery and its potential to solve the mystery of whether Mallory and Irvine reached the summit.</w:t>
      </w:r>
      <w:r/>
    </w:p>
    <w:p>
      <w:pPr>
        <w:pStyle w:val="ListNumber"/>
        <w:spacing w:line="240" w:lineRule="auto"/>
        <w:ind w:left="720"/>
      </w:pPr>
      <w:r/>
      <w:hyperlink r:id="rId12">
        <w:r>
          <w:rPr>
            <w:color w:val="0000EE"/>
            <w:u w:val="single"/>
          </w:rPr>
          <w:t>https://www.nationalgeographic.com/adventure/article/sandy-irvine-everest-mystery-what-it-means</w:t>
        </w:r>
      </w:hyperlink>
      <w:r>
        <w:t xml:space="preserve"> - Discusses the importance of finding the camera carried by Irvine for definitive proof of their ascent.</w:t>
      </w:r>
      <w:r/>
    </w:p>
    <w:p>
      <w:pPr>
        <w:pStyle w:val="ListNumber"/>
        <w:spacing w:line="240" w:lineRule="auto"/>
        <w:ind w:left="720"/>
      </w:pPr>
      <w:r/>
      <w:hyperlink r:id="rId13">
        <w:r>
          <w:rPr>
            <w:color w:val="0000EE"/>
            <w:u w:val="single"/>
          </w:rPr>
          <w:t>https://www.nationalgeographic.com/adventure/article/sandy-irvine-body-found-everest</w:t>
        </w:r>
      </w:hyperlink>
      <w:r>
        <w:t xml:space="preserve"> - Provides context on the last sighting of Irvine and Mallory by teammate Noel Odell and the enduring mystery surrounding their fate.</w:t>
      </w:r>
      <w:r/>
    </w:p>
    <w:p>
      <w:pPr>
        <w:pStyle w:val="ListNumber"/>
        <w:spacing w:line="240" w:lineRule="auto"/>
        <w:ind w:left="720"/>
      </w:pPr>
      <w:r/>
      <w:hyperlink r:id="rId14">
        <w:r>
          <w:rPr>
            <w:color w:val="0000EE"/>
            <w:u w:val="single"/>
          </w:rPr>
          <w:t>https://www.jpost.com/archaeology/archaeology-around-the-world/article-826427</w:t>
        </w:r>
      </w:hyperlink>
      <w:r>
        <w:t xml:space="preserve"> - Corroborates Jimmy Chin's optimism about finding other artifacts and the narrowing down of the search area due to the recent discovery.</w:t>
      </w:r>
      <w:r/>
    </w:p>
    <w:p>
      <w:pPr>
        <w:pStyle w:val="ListNumber"/>
        <w:spacing w:line="240" w:lineRule="auto"/>
        <w:ind w:left="720"/>
      </w:pPr>
      <w:r/>
      <w:hyperlink r:id="rId15">
        <w:r>
          <w:rPr>
            <w:color w:val="0000EE"/>
            <w:u w:val="single"/>
          </w:rPr>
          <w:t>https://edition.cnn.com/2024/11/01/entertainment/endurance-documentary/index.html</w:t>
        </w:r>
      </w:hyperlink>
      <w:r>
        <w:t xml:space="preserve"> - Please view link - unable to able to access data</w:t>
      </w:r>
      <w:r/>
    </w:p>
    <w:p>
      <w:pPr>
        <w:pStyle w:val="ListNumber"/>
        <w:spacing w:line="240" w:lineRule="auto"/>
        <w:ind w:left="720"/>
      </w:pPr>
      <w:r/>
      <w:hyperlink r:id="rId16">
        <w:r>
          <w:rPr>
            <w:color w:val="0000EE"/>
            <w:u w:val="single"/>
          </w:rPr>
          <w:t>https://www.hollywoodreporter.com/movies/movie-features/endurance-ernest-shackleton-ai-documentary-1236050435/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10/18/world/video/jimmy-chin-everest-mystery-irvine-mallory-lead-digvid-contd" TargetMode="External"/><Relationship Id="rId11" Type="http://schemas.openxmlformats.org/officeDocument/2006/relationships/hyperlink" Target="https://www.npr.org/2024/10/12/nx-s1-5150469/mount-everest-climber-foot-discovered-national-geographic" TargetMode="External"/><Relationship Id="rId12" Type="http://schemas.openxmlformats.org/officeDocument/2006/relationships/hyperlink" Target="https://www.nationalgeographic.com/adventure/article/sandy-irvine-everest-mystery-what-it-means" TargetMode="External"/><Relationship Id="rId13" Type="http://schemas.openxmlformats.org/officeDocument/2006/relationships/hyperlink" Target="https://www.nationalgeographic.com/adventure/article/sandy-irvine-body-found-everest" TargetMode="External"/><Relationship Id="rId14" Type="http://schemas.openxmlformats.org/officeDocument/2006/relationships/hyperlink" Target="https://www.jpost.com/archaeology/archaeology-around-the-world/article-826427" TargetMode="External"/><Relationship Id="rId15" Type="http://schemas.openxmlformats.org/officeDocument/2006/relationships/hyperlink" Target="https://edition.cnn.com/2024/11/01/entertainment/endurance-documentary/index.html" TargetMode="External"/><Relationship Id="rId16" Type="http://schemas.openxmlformats.org/officeDocument/2006/relationships/hyperlink" Target="https://www.hollywoodreporter.com/movies/movie-features/endurance-ernest-shackleton-ai-documentary-12360504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