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Zuckerberg predicts rise of AI-generated content in social media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Mark Zuckerberg, CEO of Meta, recently outlined his vision for the future of social media during a third-quarter earnings conference call, forecasting a rise in AI-generated content on platforms like Facebook and Instagram. This anticipated shift comes as AI-generated posts and images, sometimes dubbed "AI slop" due to their low quality, have already started to appear more frequently on social media, affecting the user experience.</w:t>
      </w:r>
      <w:r/>
    </w:p>
    <w:p>
      <w:r/>
      <w:r>
        <w:t>During the earnings call, Zuckerberg described this trend as a natural progression in the evolution of social media algorithms. Initially, platforms were designed to curate content based on user connections—showcasing updates from friends and family, known as the "connected" algorithm. This model eventually evolved into an engagement-based algorithm, prioritising content from influencers and creators tailored to user interests through complex data signals. Now, AI-generated content is poised to become the next focal point in this progression.</w:t>
      </w:r>
      <w:r/>
    </w:p>
    <w:p>
      <w:r/>
      <w:r>
        <w:t>Zuckerberg expressed his belief that AI-driven content creation will emerge as a significant category on platforms such as Facebook and Instagram over the coming years. This development could even extend to other Meta-owned services like Threads. The company is already advancing in this direction, utilising its Llama large language model, which is central to the Meta AI chatbot that currently serves over 500 million users monthly.</w:t>
      </w:r>
      <w:r/>
    </w:p>
    <w:p>
      <w:r/>
      <w:r>
        <w:t>Meta is actively experimenting with AI-integrated content feeds, exploring various approaches to find the most effective integrations. Despite not having finalised a successful model, early tests have shown potential. As part of this initiative, Zuckerberg noted that the Llama model would increasingly contribute to Meta's offerings for businesses and advertisers.</w:t>
      </w:r>
      <w:r/>
    </w:p>
    <w:p>
      <w:r/>
      <w:r>
        <w:t xml:space="preserve">Concerns have been raised regarding the surge of AI-generated content, especially as it could soon dominate social media feeds. Some researchers posit that by 2026, up to 90% of social media content could be AI-generated. This raises questions about the authenticity of content on these platforms, with the potential for AI to artificially construct or misrepresent events through both audio and visual media. </w:t>
      </w:r>
      <w:r/>
    </w:p>
    <w:p>
      <w:r/>
      <w:r>
        <w:t>There are further implications for human creativity. The increasing prevalence of AI-generated content presents challenges for artists, writers, and other traditional content creators, questioning their future role and the nature of creativity in a digital landscape heavily influenced by algorithms capable of rapid and large-scale content production.</w:t>
      </w:r>
      <w:r/>
    </w:p>
    <w:p>
      <w:r/>
      <w:r>
        <w:t>This evolving landscape prompts reflection on how users will discern authentic content and the implications for personal expression in digital spaces largely populated by machine-generated material. As Meta continues to explore this terrain, the social media environment may soon undergo significant foundational changes, reshaping both user engagement and content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https://www.reddit.com/r/Futurology/comments/1ghuojp/mark_zuckerberg_says_a_lot_more_ai_generated/</w:t>
        </w:r>
      </w:hyperlink>
      <w:r>
        <w:t xml:space="preserve"> - Mark Zuckerberg's predictions about the future of social media content, including the rise of AI-generated content on Facebook and Instagram.</w:t>
      </w:r>
      <w:r/>
    </w:p>
    <w:p>
      <w:pPr>
        <w:pStyle w:val="ListNumber"/>
        <w:spacing w:line="240" w:lineRule="auto"/>
        <w:ind w:left="720"/>
      </w:pPr>
      <w:r/>
      <w:hyperlink r:id="rId11">
        <w:r>
          <w:rPr>
            <w:color w:val="0000EE"/>
            <w:u w:val="single"/>
          </w:rPr>
          <w:t>https://www.socialmediatoday.com/news/is-ai-set-to-suck-the-humanity-out-of-social-media/723806/</w:t>
        </w:r>
      </w:hyperlink>
      <w:r>
        <w:t xml:space="preserve"> - Zuckerberg's vision for the evolution of social media feeds from friend content to AI-generated content, and the potential impact on user experience.</w:t>
      </w:r>
      <w:r/>
    </w:p>
    <w:p>
      <w:pPr>
        <w:pStyle w:val="ListNumber"/>
        <w:spacing w:line="240" w:lineRule="auto"/>
        <w:ind w:left="720"/>
      </w:pPr>
      <w:r/>
      <w:hyperlink r:id="rId12">
        <w:r>
          <w:rPr>
            <w:color w:val="0000EE"/>
            <w:u w:val="single"/>
          </w:rPr>
          <w:t>https://www.fudzilla.com/news/59989-ai-generated-content-set-to-flood-facebook-and-instagram</w:t>
        </w:r>
      </w:hyperlink>
      <w:r>
        <w:t xml:space="preserve"> - Zuckerberg's announcement of a significant increase in AI-generated content on Facebook and Instagram, and the role of Meta's Llama large language model.</w:t>
      </w:r>
      <w:r/>
    </w:p>
    <w:p>
      <w:pPr>
        <w:pStyle w:val="ListNumber"/>
        <w:spacing w:line="240" w:lineRule="auto"/>
        <w:ind w:left="720"/>
      </w:pPr>
      <w:r/>
      <w:hyperlink r:id="rId13">
        <w:r>
          <w:rPr>
            <w:color w:val="0000EE"/>
            <w:u w:val="single"/>
          </w:rPr>
          <w:t>https://futurism.com/the-byte/mark-zuckerberg-fill-facebook-more-ai-slop</w:t>
        </w:r>
      </w:hyperlink>
      <w:r>
        <w:t xml:space="preserve"> - Zuckerberg's commitment to increasing AI-generated content on Facebook and Instagram, despite concerns about its quality and impact on user experience.</w:t>
      </w:r>
      <w:r/>
    </w:p>
    <w:p>
      <w:pPr>
        <w:pStyle w:val="ListNumber"/>
        <w:spacing w:line="240" w:lineRule="auto"/>
        <w:ind w:left="720"/>
      </w:pPr>
      <w:r/>
      <w:hyperlink r:id="rId14">
        <w:r>
          <w:rPr>
            <w:color w:val="0000EE"/>
            <w:u w:val="single"/>
          </w:rPr>
          <w:t>https://www.404media.co/zuckerberg-the-ai-slop-will-continue-until-morale-improves/</w:t>
        </w:r>
      </w:hyperlink>
      <w:r>
        <w:t xml:space="preserve"> - Zuckerberg's comments on the continuation of AI-generated content, its integration into Meta's feed algorithms, and its impact on user engagement.</w:t>
      </w:r>
      <w:r/>
    </w:p>
    <w:p>
      <w:pPr>
        <w:pStyle w:val="ListNumber"/>
        <w:spacing w:line="240" w:lineRule="auto"/>
        <w:ind w:left="720"/>
      </w:pPr>
      <w:r/>
      <w:hyperlink r:id="rId10">
        <w:r>
          <w:rPr>
            <w:color w:val="0000EE"/>
            <w:u w:val="single"/>
          </w:rPr>
          <w:t>https://www.reddit.com/r/Futurology/comments/1ghuojp/mark_zuckerberg_says_a_lot_more_ai_generated/</w:t>
        </w:r>
      </w:hyperlink>
      <w:r>
        <w:t xml:space="preserve"> - The evolution of social media algorithms from 'connected' to engagement-based, and now to AI-generated content, as described by Zuckerberg.</w:t>
      </w:r>
      <w:r/>
    </w:p>
    <w:p>
      <w:pPr>
        <w:pStyle w:val="ListNumber"/>
        <w:spacing w:line="240" w:lineRule="auto"/>
        <w:ind w:left="720"/>
      </w:pPr>
      <w:r/>
      <w:hyperlink r:id="rId11">
        <w:r>
          <w:rPr>
            <w:color w:val="0000EE"/>
            <w:u w:val="single"/>
          </w:rPr>
          <w:t>https://www.socialmediatoday.com/news/is-ai-set-to-suck-the-humanity-out-of-social-media/723806/</w:t>
        </w:r>
      </w:hyperlink>
      <w:r>
        <w:t xml:space="preserve"> - Concerns about the authenticity and humanity of social media content as AI-generated posts become more prevalent.</w:t>
      </w:r>
      <w:r/>
    </w:p>
    <w:p>
      <w:pPr>
        <w:pStyle w:val="ListNumber"/>
        <w:spacing w:line="240" w:lineRule="auto"/>
        <w:ind w:left="720"/>
      </w:pPr>
      <w:r/>
      <w:hyperlink r:id="rId12">
        <w:r>
          <w:rPr>
            <w:color w:val="0000EE"/>
            <w:u w:val="single"/>
          </w:rPr>
          <w:t>https://www.fudzilla.com/news/59989-ai-generated-content-set-to-flood-facebook-and-instagram</w:t>
        </w:r>
      </w:hyperlink>
      <w:r>
        <w:t xml:space="preserve"> - Meta's experimentation with AI-integrated content feeds and the potential extension to other Meta-owned services like Threads.</w:t>
      </w:r>
      <w:r/>
    </w:p>
    <w:p>
      <w:pPr>
        <w:pStyle w:val="ListNumber"/>
        <w:spacing w:line="240" w:lineRule="auto"/>
        <w:ind w:left="720"/>
      </w:pPr>
      <w:r/>
      <w:hyperlink r:id="rId13">
        <w:r>
          <w:rPr>
            <w:color w:val="0000EE"/>
            <w:u w:val="single"/>
          </w:rPr>
          <w:t>https://futurism.com/the-byte/mark-zuckerberg-fill-facebook-more-ai-slop</w:t>
        </w:r>
      </w:hyperlink>
      <w:r>
        <w:t xml:space="preserve"> - The impact of AI-generated content on human creativity and the role of traditional content creators in a digital landscape dominated by AI.</w:t>
      </w:r>
      <w:r/>
    </w:p>
    <w:p>
      <w:pPr>
        <w:pStyle w:val="ListNumber"/>
        <w:spacing w:line="240" w:lineRule="auto"/>
        <w:ind w:left="720"/>
      </w:pPr>
      <w:r/>
      <w:hyperlink r:id="rId14">
        <w:r>
          <w:rPr>
            <w:color w:val="0000EE"/>
            <w:u w:val="single"/>
          </w:rPr>
          <w:t>https://www.404media.co/zuckerberg-the-ai-slop-will-continue-until-morale-improves/</w:t>
        </w:r>
      </w:hyperlink>
      <w:r>
        <w:t xml:space="preserve"> - The implications for user engagement and content creation as Meta continues to integrate AI-generated content into its platforms.</w:t>
      </w:r>
      <w:r/>
    </w:p>
    <w:p>
      <w:pPr>
        <w:pStyle w:val="ListNumber"/>
        <w:spacing w:line="240" w:lineRule="auto"/>
        <w:ind w:left="720"/>
      </w:pPr>
      <w:r/>
      <w:hyperlink r:id="rId11">
        <w:r>
          <w:rPr>
            <w:color w:val="0000EE"/>
            <w:u w:val="single"/>
          </w:rPr>
          <w:t>https://www.socialmediatoday.com/news/is-ai-set-to-suck-the-humanity-out-of-social-media/723806/</w:t>
        </w:r>
      </w:hyperlink>
      <w:r>
        <w:t xml:space="preserve"> - The potential for AI to artificially construct or misrepresent events and the challenges in discerning authentic content in AI-dominated feeds.</w:t>
      </w:r>
      <w:r/>
    </w:p>
    <w:p>
      <w:pPr>
        <w:pStyle w:val="ListNumber"/>
        <w:spacing w:line="240" w:lineRule="auto"/>
        <w:ind w:left="720"/>
      </w:pPr>
      <w:r/>
      <w:hyperlink r:id="rId15">
        <w:r>
          <w:rPr>
            <w:color w:val="0000EE"/>
            <w:u w:val="single"/>
          </w:rPr>
          <w:t>https://www.breitbart.com/tech/2024/11/02/mark-zuckerberg-says-your-facebook-feed-will-be-flooded-with-ai-garbage-and-hes-fine-with-that/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Futurology/comments/1ghuojp/mark_zuckerberg_says_a_lot_more_ai_generated/" TargetMode="External"/><Relationship Id="rId11" Type="http://schemas.openxmlformats.org/officeDocument/2006/relationships/hyperlink" Target="https://www.socialmediatoday.com/news/is-ai-set-to-suck-the-humanity-out-of-social-media/723806/" TargetMode="External"/><Relationship Id="rId12" Type="http://schemas.openxmlformats.org/officeDocument/2006/relationships/hyperlink" Target="https://www.fudzilla.com/news/59989-ai-generated-content-set-to-flood-facebook-and-instagram" TargetMode="External"/><Relationship Id="rId13" Type="http://schemas.openxmlformats.org/officeDocument/2006/relationships/hyperlink" Target="https://futurism.com/the-byte/mark-zuckerberg-fill-facebook-more-ai-slop" TargetMode="External"/><Relationship Id="rId14" Type="http://schemas.openxmlformats.org/officeDocument/2006/relationships/hyperlink" Target="https://www.404media.co/zuckerberg-the-ai-slop-will-continue-until-morale-improves/" TargetMode="External"/><Relationship Id="rId15" Type="http://schemas.openxmlformats.org/officeDocument/2006/relationships/hyperlink" Target="https://www.breitbart.com/tech/2024/11/02/mark-zuckerberg-says-your-facebook-feed-will-be-flooded-with-ai-garbage-and-hes-fine-with-th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