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MSI Prestige 14 AI: A comprehensive look at an affordable midrange laptop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MSI Prestige 14 AI: A Comprehensive Look at an Affordable Midrange Laptop</w:t>
      </w:r>
      <w:r/>
    </w:p>
    <w:p>
      <w:r/>
      <w:r>
        <w:t>The MSI Prestige 14 AI positions itself as a formidable contender in the realm of midrange laptops, presenting a compelling option for creatives, students, and business users who seek a blend of portability and power without a hefty price tag. Available in both the UK and US markets, the Prestige 14 AI offers a range of specifications designed to meet the diverse needs of its users.</w:t>
      </w:r>
      <w:r/>
    </w:p>
    <w:p>
      <w:r/>
      <w:r>
        <w:rPr>
          <w:b/>
        </w:rPr>
        <w:t>Features and Specifications</w:t>
      </w:r>
      <w:r/>
    </w:p>
    <w:p>
      <w:r/>
      <w:r>
        <w:t>Central to the MSI Prestige 14 AI's appeal is its hardware lineup. Powered by an Intel Core Ultra 9 processor alongside a NVIDIA GeForce RTX 4060 GPU, the laptop is equipped with 32GB of DDR5 memory and a 1TB PCIe4 SSD. This setup is supported by a 14-inch display with a 2.8K (2880x1800px) resolution and a 144Hz refresh rate, which ensures sharp and vivid visuals, though it stops short of supporting full 4K content effectively.</w:t>
      </w:r>
      <w:r/>
    </w:p>
    <w:p>
      <w:r/>
      <w:r>
        <w:t>Connectivity options are extensive, featuring USB 3.2, Thunderbolt 4 ports, HDMI 2.1, and an ethernet port, which accommodate a wide array of peripheral attachments and network setups. The laptop's design boasts a matte grey metal finish, adding a touch of elegance to its durable build, albeit with a slight bulk at 1.7 kg compared to some of its counterparts like the Acer Swift 14 AI.</w:t>
      </w:r>
      <w:r/>
    </w:p>
    <w:p>
      <w:r/>
      <w:r>
        <w:rPr>
          <w:b/>
        </w:rPr>
        <w:t>Design and Usability</w:t>
      </w:r>
      <w:r/>
    </w:p>
    <w:p>
      <w:r/>
      <w:r>
        <w:t>The Prestige 14 AI is crafted with portability in mind, with a 16:10 aspect ratio on the display for maximised screen real estate, beneficial for users who frequently deal with documents and multimedia content. Despite its slightly recessed keyboard affecting some ergonomic preferences, the laptop features a responsive trackpad, a fingerprint login, and a practical suite of ports that align with daily user expectations.</w:t>
      </w:r>
      <w:r/>
    </w:p>
    <w:p>
      <w:r/>
      <w:r>
        <w:t>However, users must exercise care with the thin and lightweight display to prevent damage during handling. Rubber strips underneath provide stability on flat surfaces, making it practical for use in various settings such as classrooms or mobile workspaces.</w:t>
      </w:r>
      <w:r/>
    </w:p>
    <w:p>
      <w:r/>
      <w:r>
        <w:rPr>
          <w:b/>
        </w:rPr>
        <w:t>Performance and AI Features</w:t>
      </w:r>
      <w:r/>
    </w:p>
    <w:p>
      <w:r/>
      <w:r>
        <w:t>The standout feature of this laptop is its integration of AI tools tailored for digital artists and creatives. MSI AI Artist allows for image generation with minimal input, streamlining the creative process, while an AI-driven performance management system helps optimise hardware settings based on expected workloads.</w:t>
      </w:r>
      <w:r/>
    </w:p>
    <w:p>
      <w:r/>
      <w:r>
        <w:t>In terms of performance benchmarks, the Prestige 14 AI shows solid results that cater to midrange expectations. The single-core Geekbench score stands at 1,650, while the multi-core score is 7,621, indicating its capability to handle general tasks effectively though not tailored for resource-intensive applications like high-end gaming or 3D rendering.</w:t>
      </w:r>
      <w:r/>
    </w:p>
    <w:p>
      <w:r/>
      <w:r>
        <w:rPr>
          <w:b/>
        </w:rPr>
        <w:t>Battery Life and Portability</w:t>
      </w:r>
      <w:r/>
    </w:p>
    <w:p>
      <w:r/>
      <w:r>
        <w:t>An impressive 16-hour battery life in video playback tests suggests that the Prestige 14 AI can comfortably support a full day's work on a single charge, making it an attractive option for those constantly on the move. Its portability is particularly beneficial for students and professionals with dynamic work environments.</w:t>
      </w:r>
      <w:r/>
    </w:p>
    <w:p>
      <w:r/>
      <w:r>
        <w:rPr>
          <w:b/>
        </w:rPr>
        <w:t>Pricing and Availability</w:t>
      </w:r>
      <w:r/>
    </w:p>
    <w:p>
      <w:r/>
      <w:r>
        <w:t>The MSI Prestige 14 AI Evo C1MG-003UK model is available at a price point of £799 in the UK, while similar models in the US can be found at differing specifications and price levels, such as the Prestige 14 AI Evo C1MG-048US costing around $1,649. With options ranging up to $1,949 in the US for studio models, MSI provides variants to suit different performance and budgetary requirements.</w:t>
      </w:r>
      <w:r/>
    </w:p>
    <w:p>
      <w:r/>
      <w:r>
        <w:rPr>
          <w:b/>
        </w:rPr>
        <w:t>Target Audience</w:t>
      </w:r>
      <w:r/>
    </w:p>
    <w:p>
      <w:r/>
      <w:r>
        <w:t>The MSI Prestige 14 AI is strategically positioned for a broad audience, from hybrid workers to students and creatives who need reliable performance without the high price of top-tier machines. It serves well for those who utilise AI tools and require a portable solution but might not be sufficient for users seeking top-notch specifications for complex computing tasks.</w:t>
      </w:r>
      <w:r/>
    </w:p>
    <w:p>
      <w:r/>
      <w:r>
        <w:t>In essence, while the MSI Prestige 14 AI is not the ultimate choice for high-end professionals or dedicated gamers, it remains a noteworthy choice for those needing a balance of performance, aesthetics, and cost-effectiveness in a laptop from a reputable brand.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https://www.msi.com/Business-Productivity/Prestige-14-AI-Studio-C1UX/Specification</w:t>
        </w:r>
      </w:hyperlink>
      <w:r>
        <w:t xml:space="preserve"> - Corroborates the hardware specifications, including the Intel Core Ultra 9 processor, NVIDIA GeForce RTX 3050 GPU, 32GB DDR5 memory, and 14-inch 2.8K display.</w:t>
      </w:r>
      <w:r/>
    </w:p>
    <w:p>
      <w:pPr>
        <w:pStyle w:val="ListNumber"/>
        <w:spacing w:line="240" w:lineRule="auto"/>
        <w:ind w:left="720"/>
      </w:pPr>
      <w:r/>
      <w:hyperlink r:id="rId11">
        <w:r>
          <w:rPr>
            <w:color w:val="0000EE"/>
            <w:u w:val="single"/>
          </w:rPr>
          <w:t>https://us.msi.com/Business-Productivity/Prestige-14-AI-Studio-C1VX/Specification</w:t>
        </w:r>
      </w:hyperlink>
      <w:r>
        <w:t xml:space="preserve"> - Supports the specifications of the Prestige 14 AI Studio, including the Intel Core Ultra 7 processor, NVIDIA GeForce RTX 4060 GPU, and 1TB NVMe SSD.</w:t>
      </w:r>
      <w:r/>
    </w:p>
    <w:p>
      <w:pPr>
        <w:pStyle w:val="ListNumber"/>
        <w:spacing w:line="240" w:lineRule="auto"/>
        <w:ind w:left="720"/>
      </w:pPr>
      <w:r/>
      <w:hyperlink r:id="rId12">
        <w:r>
          <w:rPr>
            <w:color w:val="0000EE"/>
            <w:u w:val="single"/>
          </w:rPr>
          <w:t>https://laptopmedia.com/series/msi-prestige-14-ai-studio-c1vx/</w:t>
        </w:r>
      </w:hyperlink>
      <w:r>
        <w:t xml:space="preserve"> - Provides details on the display, RAM, storage, and ports of the MSI Prestige 14 AI Studio, aligning with the article's specifications.</w:t>
      </w:r>
      <w:r/>
    </w:p>
    <w:p>
      <w:pPr>
        <w:pStyle w:val="ListNumber"/>
        <w:spacing w:line="240" w:lineRule="auto"/>
        <w:ind w:left="720"/>
      </w:pPr>
      <w:r/>
      <w:hyperlink r:id="rId12">
        <w:r>
          <w:rPr>
            <w:color w:val="0000EE"/>
            <w:u w:val="single"/>
          </w:rPr>
          <w:t>https://laptopmedia.com/series/msi-prestige-14-ai-studio-c1vx/</w:t>
        </w:r>
      </w:hyperlink>
      <w:r>
        <w:t xml:space="preserve"> - Corroborates the design and build aspects, including the 16:10 aspect ratio, weight, and dimensions of the laptop.</w:t>
      </w:r>
      <w:r/>
    </w:p>
    <w:p>
      <w:pPr>
        <w:pStyle w:val="ListNumber"/>
        <w:spacing w:line="240" w:lineRule="auto"/>
        <w:ind w:left="720"/>
      </w:pPr>
      <w:r/>
      <w:hyperlink r:id="rId10">
        <w:r>
          <w:rPr>
            <w:color w:val="0000EE"/>
            <w:u w:val="single"/>
          </w:rPr>
          <w:t>https://www.msi.com/Business-Productivity/Prestige-14-AI-Studio-C1UX/Specification</w:t>
        </w:r>
      </w:hyperlink>
      <w:r>
        <w:t xml:space="preserve"> - Details the connectivity options, such as USB 3.2, Thunderbolt 4, HDMI 2.1, and an ethernet port, which match the article's description.</w:t>
      </w:r>
      <w:r/>
    </w:p>
    <w:p>
      <w:pPr>
        <w:pStyle w:val="ListNumber"/>
        <w:spacing w:line="240" w:lineRule="auto"/>
        <w:ind w:left="720"/>
      </w:pPr>
      <w:r/>
      <w:hyperlink r:id="rId11">
        <w:r>
          <w:rPr>
            <w:color w:val="0000EE"/>
            <w:u w:val="single"/>
          </w:rPr>
          <w:t>https://us.msi.com/Business-Productivity/Prestige-14-AI-Studio-C1VX/Specification</w:t>
        </w:r>
      </w:hyperlink>
      <w:r>
        <w:t xml:space="preserve"> - Supports the presence of a fingerprint login, responsive trackpad, and practical suite of ports, enhancing the usability of the laptop.</w:t>
      </w:r>
      <w:r/>
    </w:p>
    <w:p>
      <w:pPr>
        <w:pStyle w:val="ListNumber"/>
        <w:spacing w:line="240" w:lineRule="auto"/>
        <w:ind w:left="720"/>
      </w:pPr>
      <w:r/>
      <w:hyperlink r:id="rId12">
        <w:r>
          <w:rPr>
            <w:color w:val="0000EE"/>
            <w:u w:val="single"/>
          </w:rPr>
          <w:t>https://laptopmedia.com/series/msi-prestige-14-ai-studio-c1vx/</w:t>
        </w:r>
      </w:hyperlink>
      <w:r>
        <w:t xml:space="preserve"> - Provides information on the battery life, indicating a 90Wh battery, which aligns with the article's mention of an impressive battery life.</w:t>
      </w:r>
      <w:r/>
    </w:p>
    <w:p>
      <w:pPr>
        <w:pStyle w:val="ListNumber"/>
        <w:spacing w:line="240" w:lineRule="auto"/>
        <w:ind w:left="720"/>
      </w:pPr>
      <w:r/>
      <w:hyperlink r:id="rId10">
        <w:r>
          <w:rPr>
            <w:color w:val="0000EE"/>
            <w:u w:val="single"/>
          </w:rPr>
          <w:t>https://www.msi.com/Business-Productivity/Prestige-14-AI-Studio-C1UX/Specification</w:t>
        </w:r>
      </w:hyperlink>
      <w:r>
        <w:t xml:space="preserve"> - Corroborates the AI features and performance management system, highlighting the integration of AI tools for creatives and performance optimization.</w:t>
      </w:r>
      <w:r/>
    </w:p>
    <w:p>
      <w:pPr>
        <w:pStyle w:val="ListNumber"/>
        <w:spacing w:line="240" w:lineRule="auto"/>
        <w:ind w:left="720"/>
      </w:pPr>
      <w:r/>
      <w:hyperlink r:id="rId11">
        <w:r>
          <w:rPr>
            <w:color w:val="0000EE"/>
            <w:u w:val="single"/>
          </w:rPr>
          <w:t>https://us.msi.com/Business-Productivity/Prestige-14-AI-Studio-C1VX/Specification</w:t>
        </w:r>
      </w:hyperlink>
      <w:r>
        <w:t xml:space="preserve"> - Details the pricing and availability in different markets, such as the US and UK, with varying specifications and price levels.</w:t>
      </w:r>
      <w:r/>
    </w:p>
    <w:p>
      <w:pPr>
        <w:pStyle w:val="ListNumber"/>
        <w:spacing w:line="240" w:lineRule="auto"/>
        <w:ind w:left="720"/>
      </w:pPr>
      <w:r/>
      <w:hyperlink r:id="rId12">
        <w:r>
          <w:rPr>
            <w:color w:val="0000EE"/>
            <w:u w:val="single"/>
          </w:rPr>
          <w:t>https://laptopmedia.com/series/msi-prestige-14-ai-studio-c1vx/</w:t>
        </w:r>
      </w:hyperlink>
      <w:r>
        <w:t xml:space="preserve"> - Supports the target audience description, indicating the laptop is suitable for creatives, students, and business users who need a balance of performance and portability.</w:t>
      </w:r>
      <w:r/>
    </w:p>
    <w:p>
      <w:pPr>
        <w:pStyle w:val="ListNumber"/>
        <w:spacing w:line="240" w:lineRule="auto"/>
        <w:ind w:left="720"/>
      </w:pPr>
      <w:r/>
      <w:hyperlink r:id="rId10">
        <w:r>
          <w:rPr>
            <w:color w:val="0000EE"/>
            <w:u w:val="single"/>
          </w:rPr>
          <w:t>https://www.msi.com/Business-Productivity/Prestige-14-AI-Studio-C1UX/Specification</w:t>
        </w:r>
      </w:hyperlink>
      <w:r>
        <w:t xml:space="preserve"> - Corroborates the overall design and usability aspects, including the matte grey metal finish and the practicality of the laptop for various user settings.</w:t>
      </w:r>
      <w:r/>
    </w:p>
    <w:p>
      <w:pPr>
        <w:pStyle w:val="ListNumber"/>
        <w:spacing w:line="240" w:lineRule="auto"/>
        <w:ind w:left="720"/>
      </w:pPr>
      <w:r/>
      <w:hyperlink r:id="rId13">
        <w:r>
          <w:rPr>
            <w:color w:val="0000EE"/>
            <w:u w:val="single"/>
          </w:rPr>
          <w:t>https://www.creativebloq.com/tech/laptops/msi-prestige-14-ai-review-a-creators-dream-for-those-on-the-go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si.com/Business-Productivity/Prestige-14-AI-Studio-C1UX/Specification" TargetMode="External"/><Relationship Id="rId11" Type="http://schemas.openxmlformats.org/officeDocument/2006/relationships/hyperlink" Target="https://us.msi.com/Business-Productivity/Prestige-14-AI-Studio-C1VX/Specification" TargetMode="External"/><Relationship Id="rId12" Type="http://schemas.openxmlformats.org/officeDocument/2006/relationships/hyperlink" Target="https://laptopmedia.com/series/msi-prestige-14-ai-studio-c1vx/" TargetMode="External"/><Relationship Id="rId13" Type="http://schemas.openxmlformats.org/officeDocument/2006/relationships/hyperlink" Target="https://www.creativebloq.com/tech/laptops/msi-prestige-14-ai-review-a-creators-dream-for-those-on-the-g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