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NotCo and Cramer launch innovative AI fragrance tool to transform scent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NotCo, an innovative player in the food technology sector, has joined forces with Cramer, a well-established Latin American entity specialising in flavours and fragrances, to launch a ground-breaking tool named the NotCo Generative AI Fragrance Formulator. This strategic venture is set to revolutionise the way fragrances are created across diverse industries. By integrating NotCo's advanced AI platform, Giuseppe, with Cramer’s comprehensive database of tens of thousands of fragrance formulations, the tool offers the ability to develop top-tier fragrances within seconds.</w:t>
      </w:r>
      <w:r/>
    </w:p>
    <w:p>
      <w:r/>
      <w:r>
        <w:t>Traditionally, the creation of fragrances has been an intricate and resource-demanding endeavour, posing significant hurdles for research and development teams in terms of quick access to formulations. This new AI-driven tool heralds a transformative era by streamlining the fragrance creation process, empowering manufacturers and brands to approach R&amp;D with unprecedented ease, and facilitating the creation of entirely unique scents that have never before been experienced by consumers. This initiative extends the capabilities introduced by NotCo’s Generative AI Flavour Formulator, thereby providing a holistic suite of tools tailored for both flavours and fragrances.</w:t>
      </w:r>
      <w:r/>
    </w:p>
    <w:p>
      <w:r/>
      <w:r>
        <w:t>Aadit Patel, the Senior Vice President of AI Product and Engineering at NotCo, shed light on the unique capabilities of generative AI, remarking that while typically associated with creating images, videos, and text, the technology's potential in other creative applications is vast. He noted how Giuseppe's capacity to evoke emotions through scents has been particularly impressive, thanks to the synergistic partnership with Cramer, which has equipped the AI to evolve at an accelerated pace. This innovation allows for the creation of custom fragrances within seconds, a stark contrast to traditional methods that would take months and demand substantial resources.</w:t>
      </w:r>
      <w:r/>
    </w:p>
    <w:p>
      <w:r/>
      <w:r>
        <w:t>Cramer’s expansive database encompasses a wealth of information, from finished fragrance formulations to the raw materials employed by seasoned perfumers. This comprehensive data array has enabled the AI platform, Giuseppe, to instantaneously generate premium fragrances, significantly cutting down the need for laborious iterative processes.</w:t>
      </w:r>
      <w:r/>
    </w:p>
    <w:p>
      <w:r/>
      <w:r>
        <w:t>The capabilities of the Generative AI Fragrance Formulator were recently validated through a blind study involving thirteen AI-generated fragrances tested by professional perfumers. Cramer’s experts evaluated and declared several of these AI-created scents as "market-ready” on their first iteration, illustrating the tool's exceptional ability to produce high-quality fragrances autonomously.</w:t>
      </w:r>
      <w:r/>
    </w:p>
    <w:p>
      <w:r/>
      <w:r>
        <w:t>Karim Pichara, co-founder and Chief Technology Officer at NotCo, expressed excitement over the new directions AI is taking within the fragrance industry. He pointed out how the Gen AI Formulator has been successful in crafting scents that evoke various emotions and memories, ranging from the nostalgic aroma of Christmas to the lively sensation of summer parties, thus expanding the creative boundaries for brands.</w:t>
      </w:r>
      <w:r/>
    </w:p>
    <w:p>
      <w:r/>
      <w:r>
        <w:t>Beyond the realm of fragrances, NotCo’s AI platform offers comprehensive B2B innovation, utilising consumer insights to bring market-ready products to life, whether through initial concept generation, testing new products, or optimising existing ones to stay ahead of consumer trends. With its advanced AI tools, including the Fragrance Formulator, NotCo is equipped to tackle R&amp;D challenges across multiple sectors, from food to beauty. Leveraging Giuseppe's capabilities and extensive industry knowledge, NotCo empowers brands to innovate quickly, reduce expenses, and explore new market possibilities.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https://www.marketwatch.com/press-release/notco-unveils-ai-powered-fragrance-formulator-unlocking-unprecedented-personalization-customization-and-creativity-40ce6f4f</w:t>
        </w:r>
      </w:hyperlink>
      <w:r>
        <w:t xml:space="preserve"> - Corroborates the launch of the NotCo Generative AI Fragrance Formulator and its ability to create unique scents quickly.</w:t>
      </w:r>
      <w:r/>
    </w:p>
    <w:p>
      <w:pPr>
        <w:pStyle w:val="ListNumber"/>
        <w:spacing w:line="240" w:lineRule="auto"/>
        <w:ind w:left="720"/>
      </w:pPr>
      <w:r/>
      <w:hyperlink r:id="rId11">
        <w:r>
          <w:rPr>
            <w:color w:val="0000EE"/>
            <w:u w:val="single"/>
          </w:rPr>
          <w:t>https://www.gcimagazine.com/brands-products/fragrance-home/news/22924399/perfumegpt-notcos-generative-ai-fragrance-formulator-wants-to-disrupt-scent</w:t>
        </w:r>
      </w:hyperlink>
      <w:r>
        <w:t xml:space="preserve"> - Details the partnership between NotCo and Cramer, and how the AI platform leverages Cramer’s database to create premium fragrances.</w:t>
      </w:r>
      <w:r/>
    </w:p>
    <w:p>
      <w:pPr>
        <w:pStyle w:val="ListNumber"/>
        <w:spacing w:line="240" w:lineRule="auto"/>
        <w:ind w:left="720"/>
      </w:pPr>
      <w:r/>
      <w:hyperlink r:id="rId12">
        <w:r>
          <w:rPr>
            <w:color w:val="0000EE"/>
            <w:u w:val="single"/>
          </w:rPr>
          <w:t>https://www.businesswire.com/news/home/20241022328090/en/NotCo-Unveils-AI-Powered-Fragrance-Formulator-Unlocking-Unprecedented-Personalization-Customization-and-Creativity</w:t>
        </w:r>
      </w:hyperlink>
      <w:r>
        <w:t xml:space="preserve"> - Explains the integration of NotCo's Giuseppe with Cramer’s database and the rapid development of fragrances within seconds.</w:t>
      </w:r>
      <w:r/>
    </w:p>
    <w:p>
      <w:pPr>
        <w:pStyle w:val="ListNumber"/>
        <w:spacing w:line="240" w:lineRule="auto"/>
        <w:ind w:left="720"/>
      </w:pPr>
      <w:r/>
      <w:hyperlink r:id="rId13">
        <w:r>
          <w:rPr>
            <w:color w:val="0000EE"/>
            <w:u w:val="single"/>
          </w:rPr>
          <w:t>https://thespoon.tech/notco-has-created-a-generative-ai-for-flavor-and-fragrance-that-can-create-unique-formulations-with-text-prompts/</w:t>
        </w:r>
      </w:hyperlink>
      <w:r>
        <w:t xml:space="preserve"> - Describes how the Generative AI Fragrance Formulator works, including its ability to translate textual prompts into chemical formulations.</w:t>
      </w:r>
      <w:r/>
    </w:p>
    <w:p>
      <w:pPr>
        <w:pStyle w:val="ListNumber"/>
        <w:spacing w:line="240" w:lineRule="auto"/>
        <w:ind w:left="720"/>
      </w:pPr>
      <w:r/>
      <w:hyperlink r:id="rId11">
        <w:r>
          <w:rPr>
            <w:color w:val="0000EE"/>
            <w:u w:val="single"/>
          </w:rPr>
          <w:t>https://www.gcimagazine.com/brands-products/fragrance-home/news/22924399/perfumegpt-notcos-generative-ai-fragrance-formulator-wants-to-disrupt-scent</w:t>
        </w:r>
      </w:hyperlink>
      <w:r>
        <w:t xml:space="preserve"> - Highlights the traditional challenges in fragrance creation and how the new AI tool streamlines this process.</w:t>
      </w:r>
      <w:r/>
    </w:p>
    <w:p>
      <w:pPr>
        <w:pStyle w:val="ListNumber"/>
        <w:spacing w:line="240" w:lineRule="auto"/>
        <w:ind w:left="720"/>
      </w:pPr>
      <w:r/>
      <w:hyperlink r:id="rId12">
        <w:r>
          <w:rPr>
            <w:color w:val="0000EE"/>
            <w:u w:val="single"/>
          </w:rPr>
          <w:t>https://www.businesswire.com/news/home/20241022328090/en/NotCo-Unveils-AI-Powered-Fragrance-Formulator-Unlocking-Unprecedented-Personalization-Customization-and-Creativity</w:t>
        </w:r>
      </w:hyperlink>
      <w:r>
        <w:t xml:space="preserve"> - Quotes Aadit Patel on the capabilities of generative AI in creative applications beyond images, videos, and text.</w:t>
      </w:r>
      <w:r/>
    </w:p>
    <w:p>
      <w:pPr>
        <w:pStyle w:val="ListNumber"/>
        <w:spacing w:line="240" w:lineRule="auto"/>
        <w:ind w:left="720"/>
      </w:pPr>
      <w:r/>
      <w:hyperlink r:id="rId10">
        <w:r>
          <w:rPr>
            <w:color w:val="0000EE"/>
            <w:u w:val="single"/>
          </w:rPr>
          <w:t>https://www.marketwatch.com/press-release/notco-unveils-ai-powered-fragrance-formulator-unlocking-unprecedented-personalization-customization-and-creativity-40ce6f4f</w:t>
        </w:r>
      </w:hyperlink>
      <w:r>
        <w:t xml:space="preserve"> - Details Cramer’s expansive database and its role in enabling Giuseppe to generate premium fragrances instantly.</w:t>
      </w:r>
      <w:r/>
    </w:p>
    <w:p>
      <w:pPr>
        <w:pStyle w:val="ListNumber"/>
        <w:spacing w:line="240" w:lineRule="auto"/>
        <w:ind w:left="720"/>
      </w:pPr>
      <w:r/>
      <w:hyperlink r:id="rId11">
        <w:r>
          <w:rPr>
            <w:color w:val="0000EE"/>
            <w:u w:val="single"/>
          </w:rPr>
          <w:t>https://www.gcimagazine.com/brands-products/fragrance-home/news/22924399/perfumegpt-notcos-generative-ai-fragrance-formulator-wants-to-disrupt-scent</w:t>
        </w:r>
      </w:hyperlink>
      <w:r>
        <w:t xml:space="preserve"> - Describes the blind study where AI-generated fragrances were evaluated and approved by professional perfumers as 'market-ready'.</w:t>
      </w:r>
      <w:r/>
    </w:p>
    <w:p>
      <w:pPr>
        <w:pStyle w:val="ListNumber"/>
        <w:spacing w:line="240" w:lineRule="auto"/>
        <w:ind w:left="720"/>
      </w:pPr>
      <w:r/>
      <w:hyperlink r:id="rId12">
        <w:r>
          <w:rPr>
            <w:color w:val="0000EE"/>
            <w:u w:val="single"/>
          </w:rPr>
          <w:t>https://www.businesswire.com/news/home/20241022328090/en/NotCo-Unveils-AI-Powered-Fragrance-Formulator-Unlocking-Unprecedented-Personalization-Customization-and-Creativity</w:t>
        </w:r>
      </w:hyperlink>
      <w:r>
        <w:t xml:space="preserve"> - Quotes Karim Pichara on the new directions AI is taking in the fragrance industry and the emotional impact of the scents created.</w:t>
      </w:r>
      <w:r/>
    </w:p>
    <w:p>
      <w:pPr>
        <w:pStyle w:val="ListNumber"/>
        <w:spacing w:line="240" w:lineRule="auto"/>
        <w:ind w:left="720"/>
      </w:pPr>
      <w:r/>
      <w:hyperlink r:id="rId13">
        <w:r>
          <w:rPr>
            <w:color w:val="0000EE"/>
            <w:u w:val="single"/>
          </w:rPr>
          <w:t>https://thespoon.tech/notco-has-created-a-generative-ai-for-flavor-and-fragrance-that-can-create-unique-formulations-with-text-prompts/</w:t>
        </w:r>
      </w:hyperlink>
      <w:r>
        <w:t xml:space="preserve"> - Explains how NotCo’s AI platform offers comprehensive B2B innovation using consumer insights for product development and optimization.</w:t>
      </w:r>
      <w:r/>
    </w:p>
    <w:p>
      <w:pPr>
        <w:pStyle w:val="ListNumber"/>
        <w:spacing w:line="240" w:lineRule="auto"/>
        <w:ind w:left="720"/>
      </w:pPr>
      <w:r/>
      <w:hyperlink r:id="rId11">
        <w:r>
          <w:rPr>
            <w:color w:val="0000EE"/>
            <w:u w:val="single"/>
          </w:rPr>
          <w:t>https://www.gcimagazine.com/brands-products/fragrance-home/news/22924399/perfumegpt-notcos-generative-ai-fragrance-formulator-wants-to-disrupt-scent</w:t>
        </w:r>
      </w:hyperlink>
      <w:r>
        <w:t xml:space="preserve"> - Details how NotCo’s AI tools, including the Fragrance Formulator, help brands innovate quickly, reduce expenses, and explore new market possibilities.</w:t>
      </w:r>
      <w:r/>
    </w:p>
    <w:p>
      <w:pPr>
        <w:pStyle w:val="ListNumber"/>
        <w:spacing w:line="240" w:lineRule="auto"/>
        <w:ind w:left="720"/>
      </w:pPr>
      <w:r/>
      <w:hyperlink r:id="rId14">
        <w:r>
          <w:rPr>
            <w:color w:val="0000EE"/>
            <w:u w:val="single"/>
          </w:rPr>
          <w:t>https://www.preparedfoods.com/articles/129892-notco-unveils-ai-powered-fragrance-formulator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watch.com/press-release/notco-unveils-ai-powered-fragrance-formulator-unlocking-unprecedented-personalization-customization-and-creativity-40ce6f4f" TargetMode="External"/><Relationship Id="rId11" Type="http://schemas.openxmlformats.org/officeDocument/2006/relationships/hyperlink" Target="https://www.gcimagazine.com/brands-products/fragrance-home/news/22924399/perfumegpt-notcos-generative-ai-fragrance-formulator-wants-to-disrupt-scent" TargetMode="External"/><Relationship Id="rId12" Type="http://schemas.openxmlformats.org/officeDocument/2006/relationships/hyperlink" Target="https://www.businesswire.com/news/home/20241022328090/en/NotCo-Unveils-AI-Powered-Fragrance-Formulator-Unlocking-Unprecedented-Personalization-Customization-and-Creativity" TargetMode="External"/><Relationship Id="rId13" Type="http://schemas.openxmlformats.org/officeDocument/2006/relationships/hyperlink" Target="https://thespoon.tech/notco-has-created-a-generative-ai-for-flavor-and-fragrance-that-can-create-unique-formulations-with-text-prompts/" TargetMode="External"/><Relationship Id="rId14" Type="http://schemas.openxmlformats.org/officeDocument/2006/relationships/hyperlink" Target="https://www.preparedfoods.com/articles/129892-notco-unveils-ai-powered-fragrance-formul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