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OneAir Elite Plan introduces innovative lifetime subscription for budget business travel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OneAir Elite Plan Introduces Innovative Lifetime Subscription for Budget Business Travel</w:t>
      </w:r>
      <w:r/>
    </w:p>
    <w:p>
      <w:r/>
      <w:r>
        <w:t>In an era where travel expenses have surged significantly, a new offering in the market seeks to provide a cost-effective solution for business travellers. The OneAir Elite Plan has been launched, presenting a lifetime subscription service designed to slash travel costs on flights, hotels, and more. Priced at $69.99 until November 3, 2023, this service is a marked reduction from its regular price of $790.</w:t>
      </w:r>
      <w:r/>
    </w:p>
    <w:p>
      <w:r/>
      <w:r>
        <w:t>The OneAir Elite Plan aims to simplify the complexities and costs associated with business travel. The subscription facilitates access to competitive deals on a range of flight classes—from economy to premium, business, and first class—originating from up to ten home airports to various global destinations. A notable feature of the membership is the inclusion of mistake fares, providing even further savings opportunities.</w:t>
      </w:r>
      <w:r/>
    </w:p>
    <w:p>
      <w:r/>
      <w:r>
        <w:t>Driving the effectiveness of the OneAir Elite Plan is advanced AI technology. This system meticulously scans and tracks millions of fares in real-time, ensuring that subscribers have immediate access to optimal flight deals, tailored to their specific needs. By employing AI, OneAir Elite functions much like a vigilant personal travel assistant, dedicated to finding the best possible travel arrangements.</w:t>
      </w:r>
      <w:r/>
    </w:p>
    <w:p>
      <w:r/>
      <w:r>
        <w:t>Making this plan even more accessible is the OneAir Mobile App, available on iOS and Android platforms. This app enables users to search, book, and manage their travel plans comprehensively without needing to navigate third-party sites. Users can also set destination-specific deal alerts, further customising their travel search as per their requirements, making it particularly beneficial for those with frequent trips to particular locations or future international engagements.</w:t>
      </w:r>
      <w:r/>
    </w:p>
    <w:p>
      <w:r/>
      <w:r>
        <w:t>The initiative behind OneAir Elite stems from the continually rising costs of business travel, which can swiftly erode budgets. By providing a consolidated service that prioritises affordability and convenience, OneAir Elite caters to professionals who travel extensively for work.</w:t>
      </w:r>
      <w:r/>
    </w:p>
    <w:p>
      <w:r/>
      <w:r>
        <w:t>This new subscription model is being promoted through StackSocial, which has indicated that the pricing may be subject to change. The offer extends until November 3, encouraging potential subscribers to consider securing early access to these potential financial savings.</w:t>
      </w:r>
      <w:r/>
    </w:p>
    <w:p>
      <w:r/>
      <w:r>
        <w:t>In conclusion, the OneAir Elite Plan introduces an innovative solution for reducing travel expenses. Through its use of cutting-edge technology and a convenient mobile platform, it aims to make high-frequency travel more accessible and economically viable for business professionals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https://computers.woot.com/offers/oneair-travel-elite-lifetime-4</w:t>
        </w:r>
      </w:hyperlink>
      <w:r>
        <w:t xml:space="preserve"> - Corroborates the pricing of the OneAir Elite Plan at $69.99, which is a reduction from its regular price of $790.</w:t>
      </w:r>
      <w:r/>
    </w:p>
    <w:p>
      <w:pPr>
        <w:pStyle w:val="ListNumber"/>
        <w:spacing w:line="240" w:lineRule="auto"/>
        <w:ind w:left="720"/>
      </w:pPr>
      <w:r/>
      <w:hyperlink r:id="rId11">
        <w:r>
          <w:rPr>
            <w:color w:val="0000EE"/>
            <w:u w:val="single"/>
          </w:rPr>
          <w:t>https://www.entrepreneur.com/living/transform-your-business-travel-with-a-lifetime-oneair-elite/477721</w:t>
        </w:r>
      </w:hyperlink>
      <w:r>
        <w:t xml:space="preserve"> - Details the features of the OneAir Elite Plan, including access to competitive deals on various flight classes and mistake fares.</w:t>
      </w:r>
      <w:r/>
    </w:p>
    <w:p>
      <w:pPr>
        <w:pStyle w:val="ListNumber"/>
        <w:spacing w:line="240" w:lineRule="auto"/>
        <w:ind w:left="720"/>
      </w:pPr>
      <w:r/>
      <w:hyperlink r:id="rId12">
        <w:r>
          <w:rPr>
            <w:color w:val="0000EE"/>
            <w:u w:val="single"/>
          </w:rPr>
          <w:t>https://shop.pcworld.com/sales/oneair-ai-travel-elite-plan-lifetime-membership?scsonar=1</w:t>
        </w:r>
      </w:hyperlink>
      <w:r>
        <w:t xml:space="preserve"> - Explains the use of AI technology to scan and track millions of fares in real-time, providing optimal flight deals.</w:t>
      </w:r>
      <w:r/>
    </w:p>
    <w:p>
      <w:pPr>
        <w:pStyle w:val="ListNumber"/>
        <w:spacing w:line="240" w:lineRule="auto"/>
        <w:ind w:left="720"/>
      </w:pPr>
      <w:r/>
      <w:hyperlink r:id="rId13">
        <w:r>
          <w:rPr>
            <w:color w:val="0000EE"/>
            <w:u w:val="single"/>
          </w:rPr>
          <w:t>https://www.oneair.ai/special-offer/</w:t>
        </w:r>
      </w:hyperlink>
      <w:r>
        <w:t xml:space="preserve"> - Describes the OneAir Mobile App available on iOS and Android, enabling users to search, book, and manage their travel plans.</w:t>
      </w:r>
      <w:r/>
    </w:p>
    <w:p>
      <w:pPr>
        <w:pStyle w:val="ListNumber"/>
        <w:spacing w:line="240" w:lineRule="auto"/>
        <w:ind w:left="720"/>
      </w:pPr>
      <w:r/>
      <w:hyperlink r:id="rId10">
        <w:r>
          <w:rPr>
            <w:color w:val="0000EE"/>
            <w:u w:val="single"/>
          </w:rPr>
          <w:t>https://computers.woot.com/offers/oneair-travel-elite-lifetime-4</w:t>
        </w:r>
      </w:hyperlink>
      <w:r>
        <w:t xml:space="preserve"> - Highlights the feature of setting destination-specific deal alerts, customizing travel searches according to user needs.</w:t>
      </w:r>
      <w:r/>
    </w:p>
    <w:p>
      <w:pPr>
        <w:pStyle w:val="ListNumber"/>
        <w:spacing w:line="240" w:lineRule="auto"/>
        <w:ind w:left="720"/>
      </w:pPr>
      <w:r/>
      <w:hyperlink r:id="rId11">
        <w:r>
          <w:rPr>
            <w:color w:val="0000EE"/>
            <w:u w:val="single"/>
          </w:rPr>
          <w:t>https://www.entrepreneur.com/living/transform-your-business-travel-with-a-lifetime-oneair-elite/477721</w:t>
        </w:r>
      </w:hyperlink>
      <w:r>
        <w:t xml:space="preserve"> - Discusses the initiative behind OneAir Elite to address the rising costs of business travel and provide a consolidated, affordable service.</w:t>
      </w:r>
      <w:r/>
    </w:p>
    <w:p>
      <w:pPr>
        <w:pStyle w:val="ListNumber"/>
        <w:spacing w:line="240" w:lineRule="auto"/>
        <w:ind w:left="720"/>
      </w:pPr>
      <w:r/>
      <w:hyperlink r:id="rId12">
        <w:r>
          <w:rPr>
            <w:color w:val="0000EE"/>
            <w:u w:val="single"/>
          </w:rPr>
          <w:t>https://shop.pcworld.com/sales/oneair-ai-travel-elite-plan-lifetime-membership?scsonar=1</w:t>
        </w:r>
      </w:hyperlink>
      <w:r>
        <w:t xml:space="preserve"> - Mentions the promotion of the OneAir Elite Plan through StackSocial and the potential for pricing changes.</w:t>
      </w:r>
      <w:r/>
    </w:p>
    <w:p>
      <w:pPr>
        <w:pStyle w:val="ListNumber"/>
        <w:spacing w:line="240" w:lineRule="auto"/>
        <w:ind w:left="720"/>
      </w:pPr>
      <w:r/>
      <w:hyperlink r:id="rId10">
        <w:r>
          <w:rPr>
            <w:color w:val="0000EE"/>
            <w:u w:val="single"/>
          </w:rPr>
          <w:t>https://computers.woot.com/offers/oneair-travel-elite-lifetime-4</w:t>
        </w:r>
      </w:hyperlink>
      <w:r>
        <w:t xml:space="preserve"> - Details the membership benefits, including access to unpublished private rates from airlines and hotels, and 24/7 global support.</w:t>
      </w:r>
      <w:r/>
    </w:p>
    <w:p>
      <w:pPr>
        <w:pStyle w:val="ListNumber"/>
        <w:spacing w:line="240" w:lineRule="auto"/>
        <w:ind w:left="720"/>
      </w:pPr>
      <w:r/>
      <w:hyperlink r:id="rId13">
        <w:r>
          <w:rPr>
            <w:color w:val="0000EE"/>
            <w:u w:val="single"/>
          </w:rPr>
          <w:t>https://www.oneair.ai/special-offer/</w:t>
        </w:r>
      </w:hyperlink>
      <w:r>
        <w:t xml:space="preserve"> - Explains the cash rewards feature, where members can earn up to 10% in OneAir Travel Cash Rewards on most bookings.</w:t>
      </w:r>
      <w:r/>
    </w:p>
    <w:p>
      <w:pPr>
        <w:pStyle w:val="ListNumber"/>
        <w:spacing w:line="240" w:lineRule="auto"/>
        <w:ind w:left="720"/>
      </w:pPr>
      <w:r/>
      <w:hyperlink r:id="rId12">
        <w:r>
          <w:rPr>
            <w:color w:val="0000EE"/>
            <w:u w:val="single"/>
          </w:rPr>
          <w:t>https://shop.pcworld.com/sales/oneair-ai-travel-elite-plan-lifetime-membership?scsonar=1</w:t>
        </w:r>
      </w:hyperlink>
      <w:r>
        <w:t xml:space="preserve"> - Highlights the transparent pricing policy, with all prices including taxes and fees, and no hidden costs.</w:t>
      </w:r>
      <w:r/>
    </w:p>
    <w:p>
      <w:pPr>
        <w:pStyle w:val="ListNumber"/>
        <w:spacing w:line="240" w:lineRule="auto"/>
        <w:ind w:left="720"/>
      </w:pPr>
      <w:r/>
      <w:hyperlink r:id="rId11">
        <w:r>
          <w:rPr>
            <w:color w:val="0000EE"/>
            <w:u w:val="single"/>
          </w:rPr>
          <w:t>https://www.entrepreneur.com/living/transform-your-business-travel-with-a-lifetime-oneair-elite/477721</w:t>
        </w:r>
      </w:hyperlink>
      <w:r>
        <w:t xml:space="preserve"> - Corroborates the convenience and economic viability of the OneAir Elite Plan for high-frequency business travel.</w:t>
      </w:r>
      <w:r/>
    </w:p>
    <w:p>
      <w:pPr>
        <w:pStyle w:val="ListNumber"/>
        <w:spacing w:line="240" w:lineRule="auto"/>
        <w:ind w:left="720"/>
      </w:pPr>
      <w:r/>
      <w:hyperlink r:id="rId14">
        <w:r>
          <w:rPr>
            <w:color w:val="0000EE"/>
            <w:u w:val="single"/>
          </w:rPr>
          <w:t>https://localcoonrapidsnews.com/business/get-ai-powered-flight-deals-delivered-to-your-inbox/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puters.woot.com/offers/oneair-travel-elite-lifetime-4" TargetMode="External"/><Relationship Id="rId11" Type="http://schemas.openxmlformats.org/officeDocument/2006/relationships/hyperlink" Target="https://www.entrepreneur.com/living/transform-your-business-travel-with-a-lifetime-oneair-elite/477721" TargetMode="External"/><Relationship Id="rId12" Type="http://schemas.openxmlformats.org/officeDocument/2006/relationships/hyperlink" Target="https://shop.pcworld.com/sales/oneair-ai-travel-elite-plan-lifetime-membership?scsonar=1" TargetMode="External"/><Relationship Id="rId13" Type="http://schemas.openxmlformats.org/officeDocument/2006/relationships/hyperlink" Target="https://www.oneair.ai/special-offer/" TargetMode="External"/><Relationship Id="rId14" Type="http://schemas.openxmlformats.org/officeDocument/2006/relationships/hyperlink" Target="https://localcoonrapidsnews.com/business/get-ai-powered-flight-deals-delivered-to-your-inbo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