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Online animation tool exploited in cryptocurrency scam: LottieFiles' LottiePlayer infiltrated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Online Animation Tool Exploited in Cryptocurrency Scam: LottieFiles' LottiePlayer Infiltrated</w:t>
      </w:r>
      <w:r/>
    </w:p>
    <w:p>
      <w:r/>
      <w:r>
        <w:t>In a significant breach of cybersecurity, LottieFiles, a widely-utilised online platform, was manipulated to gain unauthorised access to cryptocurrency wallets. The breach resulted in at least one individual suffering a substantial financial loss of nearly $700,000. This incident underscores the vulnerability of technological tools to exploitation by malicious actors.</w:t>
      </w:r>
      <w:r/>
    </w:p>
    <w:p>
      <w:r/>
      <w:r>
        <w:t>LottieFiles, recognised for its robust library of lightweight, scalable animations in the Lottie format, has experienced substantial adoption with its animations and accompanying plugin, LottiePlayer. The plugin is employed widely across websites and mobile applications, having amassed over 4 million downloads since its inception and boasting 94,000 downloads weekly. Despite its popularity, this platform became the focal point of a sophisticated cyber scam.</w:t>
      </w:r>
      <w:r/>
    </w:p>
    <w:p>
      <w:r/>
      <w:r>
        <w:t>The cyber threat materialised when an unknown actor acquired a session cookie from one of LottieFiles' developers. With this access, the hacker uploaded three malicious versions of the LottiePlayer (versions 2.0.5, 2.0.6, and 2.0.7) to npmjs, a platform hosting JavaScript packages. Websites configured to automatically update to the latest LottiePlayer version inadvertently downloaded these compromised versions. The malicious code prompted visitors of these sites to link their cryptocurrency wallets, thereby unwittingly exposing them to potential theft of funds.</w:t>
      </w:r>
      <w:r/>
    </w:p>
    <w:p>
      <w:r/>
      <w:r>
        <w:t>Scam Sniffer, a Web3 anti-scam platform, revealed that at least one victim fell prey to this deceptive manoeuvre, losing 10 Bitcoin valued at approximately $696,960 at the time. The incident came to light when LottieFiles was informed of the illicit activity on October 30th at around 6:20 PM UTC. In response, Nattu Adnan, co-founder and CTO of LottieFiles, confirmed the breach on GitHub, stating that immediate actions were taken to address the situation. New version 2.0.8, a replication of the last safe version (2.0.4), was swiftly deployed to mitigate further risks.</w:t>
      </w:r>
      <w:r/>
    </w:p>
    <w:p>
      <w:r/>
      <w:r>
        <w:t>Adnan assured users that the rest of LottieFiles' open source libraries and services, including their dotlottie player and SaaS offerings, remained secure and unaffected. He apologised for the incident, reaffirming the company’s commitment to maintaining user security and safety.</w:t>
      </w:r>
      <w:r/>
    </w:p>
    <w:p>
      <w:r/>
      <w:r>
        <w:rPr>
          <w:b/>
        </w:rPr>
        <w:t>Microsoft Announces New AI Tools for Developers at GitHub Universe</w:t>
      </w:r>
      <w:r/>
    </w:p>
    <w:p>
      <w:r/>
      <w:r>
        <w:t>In other technological developments, Microsoft has announced a suite of artificial intelligence-powered tools designed to enhance the developer experience, unveiled at the recent GitHub Universe event. This included the introduction of GitHub Copilot for Azure, an AI-driven coding assistant integrated into prominent development environments such as Visual Studio Code.</w:t>
      </w:r>
      <w:r/>
    </w:p>
    <w:p>
      <w:r/>
      <w:r>
        <w:t>Amanda Silver, CVP of Product for Microsoft’s Developer Division, highlighted the growing complexity in development tools that contributes to cognitive overload among developers. She noted that the new tools aim to streamline processes, potentially reducing the stress and time cost associated with frequent context switching, which, as Microsoft quantified, can consume up to 23 minutes per instance.</w:t>
      </w:r>
      <w:r/>
    </w:p>
    <w:p>
      <w:r/>
      <w:r>
        <w:t>Mario Rodriguez, GitHub's Chief Product Officer, emphasised the increasing role of AI in software development. He stated that the integration of AI presents new challenges, such as prompt engineering and AI model management, which could redefine existing roles and introduce new ones.</w:t>
      </w:r>
      <w:r/>
    </w:p>
    <w:p>
      <w:r/>
      <w:r>
        <w:t>Additionally, GitHub showcased AI App Templates that allow developers to deploy AI applications rapidly, alongside the introduction of new models like Claude 3.5 Sonnet and Gemini 1.5 Pro to Copilot. The announcements suggest a concerted effort by Microsoft to embed AI deeply into the software development lifecycle, enhancing capabilities and introducing innovative approaches to application deployment.</w:t>
      </w:r>
      <w:r/>
    </w:p>
    <w:p>
      <w:r/>
      <w:r>
        <w:t>These developments reflect a significant shift in both the utility and potential vulnerabilities of digital tools in the current technological landscape. As organisations increasingly rely on complex digital solutions, ensuring robust security measures remains crucial to protecting both developers and end-users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https://www.helpnetsecurity.com/2024/10/31/lottie-player-compromise/</w:t>
        </w:r>
      </w:hyperlink>
      <w:r>
        <w:t xml:space="preserve"> - Corroborates the supply chain compromise of Lottie Player, the upload of malicious versions 2.0.5, 2.0.6, and 2.0.7, and the financial loss suffered by at least one victim.</w:t>
      </w:r>
      <w:r/>
    </w:p>
    <w:p>
      <w:pPr>
        <w:pStyle w:val="ListNumber"/>
        <w:spacing w:line="240" w:lineRule="auto"/>
        <w:ind w:left="720"/>
      </w:pPr>
      <w:r/>
      <w:hyperlink r:id="rId11">
        <w:r>
          <w:rPr>
            <w:color w:val="0000EE"/>
            <w:u w:val="single"/>
          </w:rPr>
          <w:t>https://www.theregister.com/2024/10/31/lottiefiles_supply_chain_attack/</w:t>
        </w:r>
      </w:hyperlink>
      <w:r>
        <w:t xml:space="preserve"> - Details the supply chain attack on LottieFiles, the theft of a developer's session token, and the impact on users, including the loss of $723,000 worth of Bitcoin.</w:t>
      </w:r>
      <w:r/>
    </w:p>
    <w:p>
      <w:pPr>
        <w:pStyle w:val="ListNumber"/>
        <w:spacing w:line="240" w:lineRule="auto"/>
        <w:ind w:left="720"/>
      </w:pPr>
      <w:r/>
      <w:hyperlink r:id="rId12">
        <w:r>
          <w:rPr>
            <w:color w:val="0000EE"/>
            <w:u w:val="single"/>
          </w:rPr>
          <w:t>https://www.bleepingcomputer.com/news/security/lottiefiles-hacked-in-supply-chain-attack-to-steal-users-crypto/</w:t>
        </w:r>
      </w:hyperlink>
      <w:r>
        <w:t xml:space="preserve"> - Provides information on the malicious code injected into Lottie Player versions 2.0.5, 2.0.6, and 2.0.7, and the subsequent release of a safe version 2.0.8 to mitigate the issue.</w:t>
      </w:r>
      <w:r/>
    </w:p>
    <w:p>
      <w:pPr>
        <w:pStyle w:val="ListNumber"/>
        <w:spacing w:line="240" w:lineRule="auto"/>
        <w:ind w:left="720"/>
      </w:pPr>
      <w:r/>
      <w:hyperlink r:id="rId13">
        <w:r>
          <w:rPr>
            <w:color w:val="0000EE"/>
            <w:u w:val="single"/>
          </w:rPr>
          <w:t>https://www.wiz.io/blog/lottie-player-supply-chain-attack</w:t>
        </w:r>
      </w:hyperlink>
      <w:r>
        <w:t xml:space="preserve"> - Explains the mechanism of the supply chain attack, the compromised versions of Lottie Player, and the actions recommended for security teams to take.</w:t>
      </w:r>
      <w:r/>
    </w:p>
    <w:p>
      <w:pPr>
        <w:pStyle w:val="ListNumber"/>
        <w:spacing w:line="240" w:lineRule="auto"/>
        <w:ind w:left="720"/>
      </w:pPr>
      <w:r/>
      <w:hyperlink r:id="rId14">
        <w:r>
          <w:rPr>
            <w:color w:val="0000EE"/>
            <w:u w:val="single"/>
          </w:rPr>
          <w:t>https://thehackernews.com/2024/10/lottiefiles-issues-warning-about.html</w:t>
        </w:r>
      </w:hyperlink>
      <w:r>
        <w:t xml:space="preserve"> - Confirms the unauthorized upload of malicious Lottie Player versions, the automatic serving of these versions to users via CDNs, and the release of version 2.0.8 as a fix.</w:t>
      </w:r>
      <w:r/>
    </w:p>
    <w:p>
      <w:pPr>
        <w:pStyle w:val="ListNumber"/>
        <w:spacing w:line="240" w:lineRule="auto"/>
        <w:ind w:left="720"/>
      </w:pPr>
      <w:r/>
      <w:hyperlink r:id="rId10">
        <w:r>
          <w:rPr>
            <w:color w:val="0000EE"/>
            <w:u w:val="single"/>
          </w:rPr>
          <w:t>https://www.helpnetsecurity.com/2024/10/31/lottie-player-compromise/</w:t>
        </w:r>
      </w:hyperlink>
      <w:r>
        <w:t xml:space="preserve"> - Details the notification to LottieFiles about the unauthorized new versions and the company's response, including the activation of their incident response plan.</w:t>
      </w:r>
      <w:r/>
    </w:p>
    <w:p>
      <w:pPr>
        <w:pStyle w:val="ListNumber"/>
        <w:spacing w:line="240" w:lineRule="auto"/>
        <w:ind w:left="720"/>
      </w:pPr>
      <w:r/>
      <w:hyperlink r:id="rId11">
        <w:r>
          <w:rPr>
            <w:color w:val="0000EE"/>
            <w:u w:val="single"/>
          </w:rPr>
          <w:t>https://www.theregister.com/2024/10/31/lottiefiles_supply_chain_attack/</w:t>
        </w:r>
      </w:hyperlink>
      <w:r>
        <w:t xml:space="preserve"> - Mentions the popularity of Lottie Player with over 4 million downloads and 94,000 weekly downloads, and its widespread use across mobile and web applications.</w:t>
      </w:r>
      <w:r/>
    </w:p>
    <w:p>
      <w:pPr>
        <w:pStyle w:val="ListNumber"/>
        <w:spacing w:line="240" w:lineRule="auto"/>
        <w:ind w:left="720"/>
      </w:pPr>
      <w:r/>
      <w:hyperlink r:id="rId12">
        <w:r>
          <w:rPr>
            <w:color w:val="0000EE"/>
            <w:u w:val="single"/>
          </w:rPr>
          <w:t>https://www.bleepingcomputer.com/news/security/lottiefiles-hacked-in-supply-chain-attack-to-steal-users-crypto/</w:t>
        </w:r>
      </w:hyperlink>
      <w:r>
        <w:t xml:space="preserve"> - Corroborates that the malicious code prompted users to connect their crypto wallets, leading to potential theft of funds, and the involvement of external security experts in the investigation.</w:t>
      </w:r>
      <w:r/>
    </w:p>
    <w:p>
      <w:pPr>
        <w:pStyle w:val="ListNumber"/>
        <w:spacing w:line="240" w:lineRule="auto"/>
        <w:ind w:left="720"/>
      </w:pPr>
      <w:r/>
      <w:hyperlink r:id="rId13">
        <w:r>
          <w:rPr>
            <w:color w:val="0000EE"/>
            <w:u w:val="single"/>
          </w:rPr>
          <w:t>https://www.wiz.io/blog/lottie-player-supply-chain-attack</w:t>
        </w:r>
      </w:hyperlink>
      <w:r>
        <w:t xml:space="preserve"> - Provides details on the affected versions of Lottie Player and the recommendation to update to version 2.0.8 or revert to version 2.0.4 to avoid the compromised versions.</w:t>
      </w:r>
      <w:r/>
    </w:p>
    <w:p>
      <w:pPr>
        <w:pStyle w:val="ListNumber"/>
        <w:spacing w:line="240" w:lineRule="auto"/>
        <w:ind w:left="720"/>
      </w:pPr>
      <w:r/>
      <w:hyperlink r:id="rId14">
        <w:r>
          <w:rPr>
            <w:color w:val="0000EE"/>
            <w:u w:val="single"/>
          </w:rPr>
          <w:t>https://thehackernews.com/2024/10/lottiefiles-issues-warning-about.html</w:t>
        </w:r>
      </w:hyperlink>
      <w:r>
        <w:t xml:space="preserve"> - Assures that the rest of LottieFiles' open source libraries and services, including their dotlottie player and SaaS offerings, remained secure and unaffected by the breach.</w:t>
      </w:r>
      <w:r/>
    </w:p>
    <w:p>
      <w:pPr>
        <w:pStyle w:val="ListNumber"/>
        <w:spacing w:line="240" w:lineRule="auto"/>
        <w:ind w:left="720"/>
      </w:pPr>
      <w:r/>
      <w:hyperlink r:id="rId12">
        <w:r>
          <w:rPr>
            <w:color w:val="0000EE"/>
            <w:u w:val="single"/>
          </w:rPr>
          <w:t>https://www.bleepingcomputer.com/news/security/lottiefiles-hacked-in-supply-chain-attack-to-steal-users-crypto/</w:t>
        </w:r>
      </w:hyperlink>
      <w:r>
        <w:t xml:space="preserve"> - Mentions Scam Sniffer's report of a transaction indicating a victim lost 10 Bitcoin due to the phishing attempt, highlighting the financial impact of the attack.</w:t>
      </w:r>
      <w:r/>
    </w:p>
    <w:p>
      <w:pPr>
        <w:pStyle w:val="ListNumber"/>
        <w:spacing w:line="240" w:lineRule="auto"/>
        <w:ind w:left="720"/>
      </w:pPr>
      <w:r/>
      <w:hyperlink r:id="rId15">
        <w:r>
          <w:rPr>
            <w:color w:val="0000EE"/>
            <w:u w:val="single"/>
          </w:rPr>
          <w:t>https://www.techradar.com/pro/security/top-online-animation-tool-lottiefiles-hacked-to-target-victim-crypto-wallets</w:t>
        </w:r>
      </w:hyperlink>
      <w:r>
        <w:t xml:space="preserve"> - Please view link - unable to able to access data</w:t>
      </w:r>
      <w:r/>
    </w:p>
    <w:p>
      <w:pPr>
        <w:pStyle w:val="ListNumber"/>
        <w:spacing w:line="240" w:lineRule="auto"/>
        <w:ind w:left="720"/>
      </w:pPr>
      <w:r/>
      <w:hyperlink r:id="rId16">
        <w:r>
          <w:rPr>
            <w:color w:val="0000EE"/>
            <w:u w:val="single"/>
          </w:rPr>
          <w:t>https://www.techradar.com/pro/microsoft-wants-to-make-it-simpler-to-build-ai-apps-with-its-new-developer-tool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lpnetsecurity.com/2024/10/31/lottie-player-compromise/" TargetMode="External"/><Relationship Id="rId11" Type="http://schemas.openxmlformats.org/officeDocument/2006/relationships/hyperlink" Target="https://www.theregister.com/2024/10/31/lottiefiles_supply_chain_attack/" TargetMode="External"/><Relationship Id="rId12" Type="http://schemas.openxmlformats.org/officeDocument/2006/relationships/hyperlink" Target="https://www.bleepingcomputer.com/news/security/lottiefiles-hacked-in-supply-chain-attack-to-steal-users-crypto/" TargetMode="External"/><Relationship Id="rId13" Type="http://schemas.openxmlformats.org/officeDocument/2006/relationships/hyperlink" Target="https://www.wiz.io/blog/lottie-player-supply-chain-attack" TargetMode="External"/><Relationship Id="rId14" Type="http://schemas.openxmlformats.org/officeDocument/2006/relationships/hyperlink" Target="https://thehackernews.com/2024/10/lottiefiles-issues-warning-about.html" TargetMode="External"/><Relationship Id="rId15" Type="http://schemas.openxmlformats.org/officeDocument/2006/relationships/hyperlink" Target="https://www.techradar.com/pro/security/top-online-animation-tool-lottiefiles-hacked-to-target-victim-crypto-wallets" TargetMode="External"/><Relationship Id="rId16" Type="http://schemas.openxmlformats.org/officeDocument/2006/relationships/hyperlink" Target="https://www.techradar.com/pro/microsoft-wants-to-make-it-simpler-to-build-ai-apps-with-its-new-developer-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