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Plaud NotePin: a revolutionary AI recording device hits the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Plaud NotePin: A Revolutionary AI Recording Device Hits the Market</w:t>
      </w:r>
      <w:r/>
    </w:p>
    <w:p>
      <w:r/>
      <w:r>
        <w:t>In the fast-paced world of technology, the introduction of innovative gadgets often captures consumer attention. The Plaud NotePin is one such device, launched at a retail price of $169. Designed to assist individuals in recording, transcribing, and summarising conversations effortlessly, this cutting-edge device targets busy professionals, business owners, and even parents juggling multiple responsibilities.</w:t>
      </w:r>
      <w:r/>
    </w:p>
    <w:p>
      <w:r/>
      <w:r>
        <w:rPr>
          <w:b/>
        </w:rPr>
        <w:t>Design and Utility</w:t>
      </w:r>
      <w:r/>
    </w:p>
    <w:p>
      <w:r/>
      <w:r>
        <w:t>The Plaud NotePin features a simple, pill-shaped design. It's a progression from its predecessor, the Plaud Note, which was commendably received for its efficacy. Notably, the NotePin distinguishes itself by offering enhanced portability and an understated presence that allows it to blend seamlessly into daily activities. Its physical attributes include dimensions of 51 x 21 x 11 mm, and it weighs just 25 grams, making it lightweight and easy to wear or carry.</w:t>
      </w:r>
      <w:r/>
    </w:p>
    <w:p>
      <w:r/>
      <w:r>
        <w:rPr>
          <w:b/>
        </w:rPr>
        <w:t>Battery and Performance</w:t>
      </w:r>
      <w:r/>
    </w:p>
    <w:p>
      <w:r/>
      <w:r>
        <w:t>The device is powered by a 270mAh battery, effective for a remarkable 40 days on standby or up to 20 hours of continuous recording. These specifications make it particularly appealing for individuals who need to document entire workdays without frequent recharges. The charging mechanism involves a proprietary dock and USB-C connection, ensuring quick recharges; a brief 15-minute charging session suffices for several hours of use.</w:t>
      </w:r>
      <w:r/>
    </w:p>
    <w:p>
      <w:r/>
      <w:r>
        <w:rPr>
          <w:b/>
        </w:rPr>
        <w:t>Audio and AI Capabilities</w:t>
      </w:r>
      <w:r/>
    </w:p>
    <w:p>
      <w:r/>
      <w:r>
        <w:t>Equipped with dual MEMS microphones, the Plaud NotePin excels in audio capture even amidst moderate background noise, although very noisy environments may challenge its performance. The real standout feature, however, is its AI-driven functionality. Users can process recordings via the Plaud app, generating transcripts, summaries, and even mind maps. The device leverages powerful language models, specifically ChatGPT-4o and Claude 3.5, to perform these tasks.</w:t>
      </w:r>
      <w:r/>
    </w:p>
    <w:p>
      <w:r/>
      <w:r>
        <w:rPr>
          <w:b/>
        </w:rPr>
        <w:t>Recording and Transcription Limits</w:t>
      </w:r>
      <w:r/>
    </w:p>
    <w:p>
      <w:r/>
      <w:r>
        <w:t>Despite its capabilities, the Plaud NotePin does have restrictions. The standard package includes only 300 minutes of transcription per month. For users needing more, the Pro version offers 1,200 minutes monthly for an annual fee of $79, providing additional transcription limits and access to numerous professional templates.</w:t>
      </w:r>
      <w:r/>
    </w:p>
    <w:p>
      <w:r/>
      <w:r>
        <w:rPr>
          <w:b/>
        </w:rPr>
        <w:t>Practical Applications</w:t>
      </w:r>
      <w:r/>
    </w:p>
    <w:p>
      <w:r/>
      <w:r>
        <w:t>The Plaud NotePin's applications extend beyond typical household use. Professionals such as salespeople, doctors, and real estate agents can discreetly employ the device to record meetings, consultations, and client interactions without using conspicuous smartphones. This discretion extends to workplace settings or public spaces where privacy is paramount.</w:t>
      </w:r>
      <w:r/>
    </w:p>
    <w:p>
      <w:r/>
      <w:r>
        <w:t>Moreover, the device is a promising prospect for automation-driven environments. It allows users to focus on interpersonal interactions while capturing crucial data for later analysis. The inclusion of limitless cloud storage in the early-bird bundle enhances its scalability for users who wish to archive extensive conversations.</w:t>
      </w:r>
      <w:r/>
    </w:p>
    <w:p>
      <w:r/>
      <w:r>
        <w:rPr>
          <w:b/>
        </w:rPr>
        <w:t>Market Availability and Options</w:t>
      </w:r>
      <w:r/>
    </w:p>
    <w:p>
      <w:r/>
      <w:r>
        <w:t>Available for preorder, the Plaud NotePin comes bundled with an accessory kit. The kit enhances the device's versatility, offering different methods of attachment such as wrist straps or lanyards. This makes it feasible for users to maintain the device on their person at all times. Additionally, the NotePin is available in Lunar Silver, Cosmic Gray, and Sunset Purple, appealing to varying aesthetic preferences.</w:t>
      </w:r>
      <w:r/>
    </w:p>
    <w:p>
      <w:r/>
      <w:r>
        <w:rPr>
          <w:b/>
        </w:rPr>
        <w:t>Conclusion</w:t>
      </w:r>
      <w:r/>
    </w:p>
    <w:p>
      <w:r/>
      <w:r>
        <w:t>As AI continues to permeate various aspects of daily life, the Plaud NotePin represents a significant step forward in personal and professional record-keeping. Whether the device will alter industry standards or consumer habits remains to be seen, but its potential applications are as diverse as its user base. The Plaud NotePin promises to be an invaluable tool for those who need an efficient and unobtrusive method to document and recall conversations across a spectrum of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https://www.forbes.com/sites/davidphelan/2024/08/30/plaud-launches-notepin-the-new-ai-wearable-wanting-to-be-your-2nd-brain/</w:t>
        </w:r>
      </w:hyperlink>
      <w:r>
        <w:t xml:space="preserve"> - Corroborates the launch of the Plaud NotePin, its design, and its capabilities in recording, transcribing, and summarizing conversations.</w:t>
      </w:r>
      <w:r/>
    </w:p>
    <w:p>
      <w:pPr>
        <w:pStyle w:val="ListNumber"/>
        <w:spacing w:line="240" w:lineRule="auto"/>
        <w:ind w:left="720"/>
      </w:pPr>
      <w:r/>
      <w:hyperlink r:id="rId11">
        <w:r>
          <w:rPr>
            <w:color w:val="0000EE"/>
            <w:u w:val="single"/>
          </w:rPr>
          <w:t>https://techcrunch.com/2024/09/20/plauds-169-chatgpt-powered-notepin-has-a-permanent-place-in-my-travel-bag/</w:t>
        </w:r>
      </w:hyperlink>
      <w:r>
        <w:t xml:space="preserve"> - Supports the device's price, design, and features such as transcription, summarization, and the inclusion of 300 free monthly transcription minutes.</w:t>
      </w:r>
      <w:r/>
    </w:p>
    <w:p>
      <w:pPr>
        <w:pStyle w:val="ListNumber"/>
        <w:spacing w:line="240" w:lineRule="auto"/>
        <w:ind w:left="720"/>
      </w:pPr>
      <w:r/>
      <w:hyperlink r:id="rId12">
        <w:r>
          <w:rPr>
            <w:color w:val="0000EE"/>
            <w:u w:val="single"/>
          </w:rPr>
          <w:t>https://www.theverge.com/2024/9/14/24243781/plaud-notepin-review-ai-voice-recorder</w:t>
        </w:r>
      </w:hyperlink>
      <w:r>
        <w:t xml:space="preserve"> - Details the device's pill-shaped design, its ability to transcribe and summarize recordings, and the battery life of up to 18 hours of recording or 30 days on standby.</w:t>
      </w:r>
      <w:r/>
    </w:p>
    <w:p>
      <w:pPr>
        <w:pStyle w:val="ListNumber"/>
        <w:spacing w:line="240" w:lineRule="auto"/>
        <w:ind w:left="720"/>
      </w:pPr>
      <w:r/>
      <w:hyperlink r:id="rId13">
        <w:r>
          <w:rPr>
            <w:color w:val="0000EE"/>
            <w:u w:val="single"/>
          </w:rPr>
          <w:t>https://www.zdnet.com/article/this-new-ai-pin-could-be-the-personal-transcriptionist-ive-been-waiting-for-if-it-works/</w:t>
        </w:r>
      </w:hyperlink>
      <w:r>
        <w:t xml:space="preserve"> - Explains the device's wearable options, its ability to record and transcribe conversations, and its potential applications in various professional settings.</w:t>
      </w:r>
      <w:r/>
    </w:p>
    <w:p>
      <w:pPr>
        <w:pStyle w:val="ListNumber"/>
        <w:spacing w:line="240" w:lineRule="auto"/>
        <w:ind w:left="720"/>
      </w:pPr>
      <w:r/>
      <w:hyperlink r:id="rId10">
        <w:r>
          <w:rPr>
            <w:color w:val="0000EE"/>
            <w:u w:val="single"/>
          </w:rPr>
          <w:t>https://www.forbes.com/sites/davidphelan/2024/08/30/plaud-launches-notepin-the-new-ai-wearable-wanting-to-be-your-2nd-brain/</w:t>
        </w:r>
      </w:hyperlink>
      <w:r>
        <w:t xml:space="preserve"> - Provides information on the device's enhanced portability and its ability to blend into daily activities.</w:t>
      </w:r>
      <w:r/>
    </w:p>
    <w:p>
      <w:pPr>
        <w:pStyle w:val="ListNumber"/>
        <w:spacing w:line="240" w:lineRule="auto"/>
        <w:ind w:left="720"/>
      </w:pPr>
      <w:r/>
      <w:hyperlink r:id="rId11">
        <w:r>
          <w:rPr>
            <w:color w:val="0000EE"/>
            <w:u w:val="single"/>
          </w:rPr>
          <w:t>https://techcrunch.com/2024/09/20/plauds-169-chatgpt-powered-notepin-has-a-permanent-place-in-my-travel-bag/</w:t>
        </w:r>
      </w:hyperlink>
      <w:r>
        <w:t xml:space="preserve"> - Describes the device's battery performance and the charging mechanism.</w:t>
      </w:r>
      <w:r/>
    </w:p>
    <w:p>
      <w:pPr>
        <w:pStyle w:val="ListNumber"/>
        <w:spacing w:line="240" w:lineRule="auto"/>
        <w:ind w:left="720"/>
      </w:pPr>
      <w:r/>
      <w:hyperlink r:id="rId12">
        <w:r>
          <w:rPr>
            <w:color w:val="0000EE"/>
            <w:u w:val="single"/>
          </w:rPr>
          <w:t>https://www.theverge.com/2024/9/14/24243781/plaud-notepin-review-ai-voice-recorder</w:t>
        </w:r>
      </w:hyperlink>
      <w:r>
        <w:t xml:space="preserve"> - Corroborates the device's audio capture capabilities with dual MEMS microphones and its AI-driven functionality.</w:t>
      </w:r>
      <w:r/>
    </w:p>
    <w:p>
      <w:pPr>
        <w:pStyle w:val="ListNumber"/>
        <w:spacing w:line="240" w:lineRule="auto"/>
        <w:ind w:left="720"/>
      </w:pPr>
      <w:r/>
      <w:hyperlink r:id="rId13">
        <w:r>
          <w:rPr>
            <w:color w:val="0000EE"/>
            <w:u w:val="single"/>
          </w:rPr>
          <w:t>https://www.zdnet.com/article/this-new-ai-pin-could-be-the-personal-transcriptionist-ive-been-waiting-for-if-it-works/</w:t>
        </w:r>
      </w:hyperlink>
      <w:r>
        <w:t xml:space="preserve"> - Details the transcription limits and the Pro version's additional features and templates.</w:t>
      </w:r>
      <w:r/>
    </w:p>
    <w:p>
      <w:pPr>
        <w:pStyle w:val="ListNumber"/>
        <w:spacing w:line="240" w:lineRule="auto"/>
        <w:ind w:left="720"/>
      </w:pPr>
      <w:r/>
      <w:hyperlink r:id="rId10">
        <w:r>
          <w:rPr>
            <w:color w:val="0000EE"/>
            <w:u w:val="single"/>
          </w:rPr>
          <w:t>https://www.forbes.com/sites/davidphelan/2024/08/30/plaud-launches-notepin-the-new-ai-wearable-wanting-to-be-your-2nd-brain/</w:t>
        </w:r>
      </w:hyperlink>
      <w:r>
        <w:t xml:space="preserve"> - Explains the practical applications of the device, including its use in meetings and other professional settings.</w:t>
      </w:r>
      <w:r/>
    </w:p>
    <w:p>
      <w:pPr>
        <w:pStyle w:val="ListNumber"/>
        <w:spacing w:line="240" w:lineRule="auto"/>
        <w:ind w:left="720"/>
      </w:pPr>
      <w:r/>
      <w:hyperlink r:id="rId11">
        <w:r>
          <w:rPr>
            <w:color w:val="0000EE"/>
            <w:u w:val="single"/>
          </w:rPr>
          <w:t>https://techcrunch.com/2024/09/20/plauds-169-chatgpt-powered-notepin-has-a-permanent-place-in-my-travel-bag/</w:t>
        </w:r>
      </w:hyperlink>
      <w:r>
        <w:t xml:space="preserve"> - Describes the device's accessory kit and various methods of attachment.</w:t>
      </w:r>
      <w:r/>
    </w:p>
    <w:p>
      <w:pPr>
        <w:pStyle w:val="ListNumber"/>
        <w:spacing w:line="240" w:lineRule="auto"/>
        <w:ind w:left="720"/>
      </w:pPr>
      <w:r/>
      <w:hyperlink r:id="rId13">
        <w:r>
          <w:rPr>
            <w:color w:val="0000EE"/>
            <w:u w:val="single"/>
          </w:rPr>
          <w:t>https://www.zdnet.com/article/this-new-ai-pin-could-be-the-personal-transcriptionist-ive-been-waiting-for-if-it-works/</w:t>
        </w:r>
      </w:hyperlink>
      <w:r>
        <w:t xml:space="preserve"> - Supports the device's market availability, preorder options, and the inclusion of different color choices.</w:t>
      </w:r>
      <w:r/>
    </w:p>
    <w:p>
      <w:pPr>
        <w:pStyle w:val="ListNumber"/>
        <w:spacing w:line="240" w:lineRule="auto"/>
        <w:ind w:left="720"/>
      </w:pPr>
      <w:r/>
      <w:hyperlink r:id="rId14">
        <w:r>
          <w:rPr>
            <w:color w:val="0000EE"/>
            <w:u w:val="single"/>
          </w:rPr>
          <w:t>https://www.digitaltrends.com/mobile/plaud-notepin-review/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davidphelan/2024/08/30/plaud-launches-notepin-the-new-ai-wearable-wanting-to-be-your-2nd-brain/" TargetMode="External"/><Relationship Id="rId11" Type="http://schemas.openxmlformats.org/officeDocument/2006/relationships/hyperlink" Target="https://techcrunch.com/2024/09/20/plauds-169-chatgpt-powered-notepin-has-a-permanent-place-in-my-travel-bag/" TargetMode="External"/><Relationship Id="rId12" Type="http://schemas.openxmlformats.org/officeDocument/2006/relationships/hyperlink" Target="https://www.theverge.com/2024/9/14/24243781/plaud-notepin-review-ai-voice-recorder" TargetMode="External"/><Relationship Id="rId13" Type="http://schemas.openxmlformats.org/officeDocument/2006/relationships/hyperlink" Target="https://www.zdnet.com/article/this-new-ai-pin-could-be-the-personal-transcriptionist-ive-been-waiting-for-if-it-works/" TargetMode="External"/><Relationship Id="rId14" Type="http://schemas.openxmlformats.org/officeDocument/2006/relationships/hyperlink" Target="https://www.digitaltrends.com/mobile/plaud-notepin-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