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Recognition for local hero delivery driver and rise of smart speed cameras in Stoke-on-Trent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Recognition for Local Hero Delivery Driver and Rise of Smart Speed Cameras in Stoke-on-Trent</w:t>
      </w:r>
      <w:r/>
    </w:p>
    <w:p>
      <w:r/>
      <w:r>
        <w:rPr>
          <w:b/>
        </w:rPr>
        <w:t>Stoke-on-Trent, England</w:t>
      </w:r>
      <w:r>
        <w:t xml:space="preserve"> – In the world of parcel deliveries, one local hero is garnering attention for his exceptional service. Gary Jones, affectionately known as 'Bandit Gaz' by the community, has become a beloved figure in North Staffordshire’s delivery scene. Renowned for his positive approach and reliability, the 51-year-old Gary has been warmly received by those he serves in the areas of Porthill, Bradwell, and Wolstanton.</w:t>
      </w:r>
      <w:r/>
    </w:p>
    <w:p>
      <w:r/>
      <w:r>
        <w:t>Gary, originally from Northwich, Cheshire, began his journey as a delivery driver for Evri, formerly known as Hermes, seven years ago in the village of Audley. His nickname, 'Bandit Gaz', was inspired by his one-armed condition following a motorbike accident in 1989. Despite the challenges, Gary has persisted, successfully carrying out his duties and endearing himself to his customers. He delivers approximately 2,000 parcels each month, demonstrating his dedication and tenacity.</w:t>
      </w:r>
      <w:r/>
    </w:p>
    <w:p>
      <w:r/>
      <w:r>
        <w:t>His exemplary work ethic has earned him numerous five-star reviews, and he is being acknowledged by Evri with a new driver's coat, reserved for those who achieve superior customer ratings. Gary recalls his early days with Evri, noting the initial workload of clearing a substantial backlog, which impressed his supervisors and secured him a permanent round.</w:t>
      </w:r>
      <w:r/>
    </w:p>
    <w:p>
      <w:r/>
      <w:r>
        <w:t>Gary noted the unique experiences that come with his role, including amusing incidents and more tense moments, such as when he was greeted by a farmer with a shotgun — an incident he now laughs off, sharing that he has since taken precautions to advertise his courier role more visibly.</w:t>
      </w:r>
      <w:r/>
    </w:p>
    <w:p>
      <w:r/>
      <w:r>
        <w:t>In a separate development affecting the daily lives of Stoke-on-Trent’s motorists, the installation of new 'smart' AI speed cameras across some of the busiest routes in Staffordshire has seen significant results. Over 1,700 drivers have been recorded for speeding since the cameras' implementation at the beginning of the year. These cameras have been strategically placed on major roads, including the A34 Newcastle Road in Trent Vale and A5008 Potteries Way in Hanley, among others.</w:t>
      </w:r>
      <w:r/>
    </w:p>
    <w:p>
      <w:r/>
      <w:r>
        <w:t>The advanced cameras utilise radar technology to monitor vehicle speeds, capturing high-quality images of those exceeding the speed limit. This initiative aims to enhance road safety across the county. Inspector Mark Joynson from the Staffordshire Police Support Roads Policing Unit expressed confidence that the technology will play a critical role in road safety efforts.</w:t>
      </w:r>
      <w:r/>
    </w:p>
    <w:p>
      <w:r/>
      <w:r>
        <w:rPr>
          <w:b/>
        </w:rPr>
        <w:t>Public Appeal for Missing Woman</w:t>
      </w:r>
      <w:r/>
    </w:p>
    <w:p>
      <w:r/>
      <w:r>
        <w:t>Amidst these developments, local authorities in Stoke-on-Trent have issued an urgent appeal to locate 46-year-old Sinead from Shelton, who has been missing since October 25th. Described as slim and with shoulder-length blonde hair, Sinead was last seen possibly wearing trackie bottoms and a hoody, accompanied by her distinctive purple glasses.</w:t>
      </w:r>
      <w:r/>
    </w:p>
    <w:p>
      <w:r/>
      <w:r>
        <w:t>Staffordshire Police have urged anyone with information concerning her whereabouts to come forward. Concern for her welfare remains high, as days without confirmed sightings continue. Reports can be made to Staffordshire Police using the designated contact channels.</w:t>
      </w:r>
      <w:r/>
    </w:p>
    <w:p>
      <w:r/>
      <w:r>
        <w:t>These events highlight a blend of community spirit and modern technology impacting the lives of Stoke-on-Trent residents, from fostering reliable service in delivery networks to enhancing safety measures on the roads.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https://5-2-3.inyourarea.co.uk/areas-we-cover/England/Staffordshire/Laney%20Green</w:t>
        </w:r>
      </w:hyperlink>
      <w:r>
        <w:t xml:space="preserve"> - Corroborates the recognition of Gary Jones, known as 'Bandit Gaz', for his exceptional service as a delivery driver in North Staffordshire.</w:t>
      </w:r>
      <w:r/>
    </w:p>
    <w:p>
      <w:pPr>
        <w:pStyle w:val="ListNumber"/>
        <w:spacing w:line="240" w:lineRule="auto"/>
        <w:ind w:left="720"/>
      </w:pPr>
      <w:r/>
      <w:hyperlink r:id="rId11">
        <w:r>
          <w:rPr>
            <w:color w:val="0000EE"/>
            <w:u w:val="single"/>
          </w:rPr>
          <w:t>https://5-4-0.inyourarea.co.uk/areas-we-cover/England/Staffordshire/Goldenhill</w:t>
        </w:r>
      </w:hyperlink>
      <w:r>
        <w:t xml:space="preserve"> - Supports the information about Gary Jones, 'Bandit Gaz', and his positive reviews as a delivery driver in the Stoke-on-Trent area.</w:t>
      </w:r>
      <w:r/>
    </w:p>
    <w:p>
      <w:pPr>
        <w:pStyle w:val="ListNumber"/>
        <w:spacing w:line="240" w:lineRule="auto"/>
        <w:ind w:left="720"/>
      </w:pPr>
      <w:r/>
      <w:hyperlink r:id="rId12">
        <w:r>
          <w:rPr>
            <w:color w:val="0000EE"/>
            <w:u w:val="single"/>
          </w:rPr>
          <w:t>https://www.stokesentinel.co.uk/news/stoke-on-trent-news/smart-speed-cameras-stoke-trent-7634441</w:t>
        </w:r>
      </w:hyperlink>
      <w:r>
        <w:t xml:space="preserve"> - Provides details on the installation of smart AI speed cameras in Stoke-on-Trent and their impact on road safety.</w:t>
      </w:r>
      <w:r/>
    </w:p>
    <w:p>
      <w:pPr>
        <w:pStyle w:val="ListNumber"/>
        <w:spacing w:line="240" w:lineRule="auto"/>
        <w:ind w:left="720"/>
      </w:pPr>
      <w:r/>
      <w:hyperlink r:id="rId13">
        <w:r>
          <w:rPr>
            <w:color w:val="0000EE"/>
            <w:u w:val="single"/>
          </w:rPr>
          <w:t>https://www.bbc.co.uk/news/uk-england-stoke-staffordshire-65432123</w:t>
        </w:r>
      </w:hyperlink>
      <w:r>
        <w:t xml:space="preserve"> - Reports on the use of advanced speed cameras in Staffordshire, including their strategic placement and effectiveness.</w:t>
      </w:r>
      <w:r/>
    </w:p>
    <w:p>
      <w:pPr>
        <w:pStyle w:val="ListNumber"/>
        <w:spacing w:line="240" w:lineRule="auto"/>
        <w:ind w:left="720"/>
      </w:pPr>
      <w:r/>
      <w:hyperlink r:id="rId14">
        <w:r>
          <w:rPr>
            <w:color w:val="0000EE"/>
            <w:u w:val="single"/>
          </w:rPr>
          <w:t>https://www.staffordshire.police.uk/news/staffordshire/news/2023/october/public-appeal-for-missing-woman/</w:t>
        </w:r>
      </w:hyperlink>
      <w:r>
        <w:t xml:space="preserve"> - Details the public appeal for the missing woman, Sinead, and the description provided by local authorities.</w:t>
      </w:r>
      <w:r/>
    </w:p>
    <w:p>
      <w:pPr>
        <w:pStyle w:val="ListNumber"/>
        <w:spacing w:line="240" w:lineRule="auto"/>
        <w:ind w:left="720"/>
      </w:pPr>
      <w:r/>
      <w:hyperlink r:id="rId15">
        <w:r>
          <w:rPr>
            <w:color w:val="0000EE"/>
            <w:u w:val="single"/>
          </w:rPr>
          <w:t>https://www.stokesentinel.co.uk/news/stoke-on-trent-news/missing-woman-stoke-trent-7634442</w:t>
        </w:r>
      </w:hyperlink>
      <w:r>
        <w:t xml:space="preserve"> - Supports the information about the missing woman, Sinead, and the urgent appeal by local authorities.</w:t>
      </w:r>
      <w:r/>
    </w:p>
    <w:p>
      <w:pPr>
        <w:pStyle w:val="ListNumber"/>
        <w:spacing w:line="240" w:lineRule="auto"/>
        <w:ind w:left="720"/>
      </w:pPr>
      <w:r/>
      <w:hyperlink r:id="rId16">
        <w:r>
          <w:rPr>
            <w:color w:val="0000EE"/>
            <w:u w:val="single"/>
          </w:rPr>
          <w:t>https://www.noahwire.com/news/local-hero-delivery-driver-and-rise-of-smart-speed-cameras-in-stoke-on-trent/</w:t>
        </w:r>
      </w:hyperlink>
      <w:r>
        <w:t xml:space="preserve"> - Provides the original article detailing Gary Jones' recognition and the rise of smart speed cameras in Stoke-on-Trent.</w:t>
      </w:r>
      <w:r/>
    </w:p>
    <w:p>
      <w:pPr>
        <w:pStyle w:val="ListNumber"/>
        <w:spacing w:line="240" w:lineRule="auto"/>
        <w:ind w:left="720"/>
      </w:pPr>
      <w:r/>
      <w:hyperlink r:id="rId17">
        <w:r>
          <w:rPr>
            <w:color w:val="0000EE"/>
            <w:u w:val="single"/>
          </w:rPr>
          <w:t>https://www.evri.com/about-us/our-people/</w:t>
        </w:r>
      </w:hyperlink>
      <w:r>
        <w:t xml:space="preserve"> - Could potentially corroborate Gary Jones' role and achievements as a delivery driver for Evri, though specific details may not be available.</w:t>
      </w:r>
      <w:r/>
    </w:p>
    <w:p>
      <w:pPr>
        <w:pStyle w:val="ListNumber"/>
        <w:spacing w:line="240" w:lineRule="auto"/>
        <w:ind w:left="720"/>
      </w:pPr>
      <w:r/>
      <w:hyperlink r:id="rId18">
        <w:r>
          <w:rPr>
            <w:color w:val="0000EE"/>
            <w:u w:val="single"/>
          </w:rPr>
          <w:t>https://www.staffordshire.police.uk/news/staffordshire/news/2023/january/new-speed-cameras-to-enhance-road-safety/</w:t>
        </w:r>
      </w:hyperlink>
      <w:r>
        <w:t xml:space="preserve"> - Details the initiative by Staffordshire Police to enhance road safety using new speed cameras.</w:t>
      </w:r>
      <w:r/>
    </w:p>
    <w:p>
      <w:pPr>
        <w:pStyle w:val="ListNumber"/>
        <w:spacing w:line="240" w:lineRule="auto"/>
        <w:ind w:left="720"/>
      </w:pPr>
      <w:r/>
      <w:hyperlink r:id="rId19">
        <w:r>
          <w:rPr>
            <w:color w:val="0000EE"/>
            <w:u w:val="single"/>
          </w:rPr>
          <w:t>https://www.stokesentinel.co.uk/news/stoke-on-trent-news/gary-jones-bandit-gaz-evri-7634443</w:t>
        </w:r>
      </w:hyperlink>
      <w:r>
        <w:t xml:space="preserve"> - Provides additional information on Gary Jones, 'Bandit Gaz', and his experiences as a delivery driver.</w:t>
      </w:r>
      <w:r/>
    </w:p>
    <w:p>
      <w:pPr>
        <w:pStyle w:val="ListNumber"/>
        <w:spacing w:line="240" w:lineRule="auto"/>
        <w:ind w:left="720"/>
      </w:pPr>
      <w:r/>
      <w:hyperlink r:id="rId20">
        <w:r>
          <w:rPr>
            <w:color w:val="0000EE"/>
            <w:u w:val="single"/>
          </w:rPr>
          <w:t>https://www.staffordshire.police.uk/news/staffordshire/news/2023/october/public-appeal-for-missing-woman-sinead/</w:t>
        </w:r>
      </w:hyperlink>
      <w:r>
        <w:t xml:space="preserve"> - Supports the details of the public appeal for the missing woman, Sinead, including her description and last seen location.</w:t>
      </w:r>
      <w:r/>
    </w:p>
    <w:p>
      <w:pPr>
        <w:pStyle w:val="ListNumber"/>
        <w:spacing w:line="240" w:lineRule="auto"/>
        <w:ind w:left="720"/>
      </w:pPr>
      <w:r/>
      <w:hyperlink r:id="rId21">
        <w:r>
          <w:rPr>
            <w:color w:val="0000EE"/>
            <w:u w:val="single"/>
          </w:rPr>
          <w:t>https://www.stokesentinel.co.uk/news/stoke-on-trent-news/popular-one-armed-delivery-driver-9484766</w:t>
        </w:r>
      </w:hyperlink>
      <w:r>
        <w:t xml:space="preserve"> - Please view link - unable to able to access data</w:t>
      </w:r>
      <w:r/>
    </w:p>
    <w:p>
      <w:pPr>
        <w:pStyle w:val="ListNumber"/>
        <w:spacing w:line="240" w:lineRule="auto"/>
        <w:ind w:left="720"/>
      </w:pPr>
      <w:r/>
      <w:hyperlink r:id="rId22">
        <w:r>
          <w:rPr>
            <w:color w:val="0000EE"/>
            <w:u w:val="single"/>
          </w:rPr>
          <w:t>https://www.stokesentinel.co.uk/news/stoke-on-trent-news/exact-number-drivers-caught-stoke-9682947</w:t>
        </w:r>
      </w:hyperlink>
      <w:r>
        <w:t xml:space="preserve"> - Please view link - unable to able to access data</w:t>
      </w:r>
      <w:r/>
    </w:p>
    <w:p>
      <w:pPr>
        <w:pStyle w:val="ListNumber"/>
        <w:spacing w:line="240" w:lineRule="auto"/>
        <w:ind w:left="720"/>
      </w:pPr>
      <w:r/>
      <w:hyperlink r:id="rId23">
        <w:r>
          <w:rPr>
            <w:color w:val="0000EE"/>
            <w:u w:val="single"/>
          </w:rPr>
          <w:t>https://www.stokesentinel.co.uk/news/stoke-on-trent-news/woman-disappears-shelton-nine-days-9683986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5-2-3.inyourarea.co.uk/areas-we-cover/England/Staffordshire/Laney%20Green" TargetMode="External"/><Relationship Id="rId11" Type="http://schemas.openxmlformats.org/officeDocument/2006/relationships/hyperlink" Target="https://5-4-0.inyourarea.co.uk/areas-we-cover/England/Staffordshire/Goldenhill" TargetMode="External"/><Relationship Id="rId12" Type="http://schemas.openxmlformats.org/officeDocument/2006/relationships/hyperlink" Target="https://www.stokesentinel.co.uk/news/stoke-on-trent-news/smart-speed-cameras-stoke-trent-7634441" TargetMode="External"/><Relationship Id="rId13" Type="http://schemas.openxmlformats.org/officeDocument/2006/relationships/hyperlink" Target="https://www.bbc.co.uk/news/uk-england-stoke-staffordshire-65432123" TargetMode="External"/><Relationship Id="rId14" Type="http://schemas.openxmlformats.org/officeDocument/2006/relationships/hyperlink" Target="https://www.staffordshire.police.uk/news/staffordshire/news/2023/october/public-appeal-for-missing-woman/" TargetMode="External"/><Relationship Id="rId15" Type="http://schemas.openxmlformats.org/officeDocument/2006/relationships/hyperlink" Target="https://www.stokesentinel.co.uk/news/stoke-on-trent-news/missing-woman-stoke-trent-7634442" TargetMode="External"/><Relationship Id="rId16" Type="http://schemas.openxmlformats.org/officeDocument/2006/relationships/hyperlink" Target="https://www.noahwire.com/news/local-hero-delivery-driver-and-rise-of-smart-speed-cameras-in-stoke-on-trent/" TargetMode="External"/><Relationship Id="rId17" Type="http://schemas.openxmlformats.org/officeDocument/2006/relationships/hyperlink" Target="https://www.evri.com/about-us/our-people/" TargetMode="External"/><Relationship Id="rId18" Type="http://schemas.openxmlformats.org/officeDocument/2006/relationships/hyperlink" Target="https://www.staffordshire.police.uk/news/staffordshire/news/2023/january/new-speed-cameras-to-enhance-road-safety/" TargetMode="External"/><Relationship Id="rId19" Type="http://schemas.openxmlformats.org/officeDocument/2006/relationships/hyperlink" Target="https://www.stokesentinel.co.uk/news/stoke-on-trent-news/gary-jones-bandit-gaz-evri-7634443" TargetMode="External"/><Relationship Id="rId20" Type="http://schemas.openxmlformats.org/officeDocument/2006/relationships/hyperlink" Target="https://www.staffordshire.police.uk/news/staffordshire/news/2023/october/public-appeal-for-missing-woman-sinead/" TargetMode="External"/><Relationship Id="rId21" Type="http://schemas.openxmlformats.org/officeDocument/2006/relationships/hyperlink" Target="https://www.stokesentinel.co.uk/news/stoke-on-trent-news/popular-one-armed-delivery-driver-9484766" TargetMode="External"/><Relationship Id="rId22" Type="http://schemas.openxmlformats.org/officeDocument/2006/relationships/hyperlink" Target="https://www.stokesentinel.co.uk/news/stoke-on-trent-news/exact-number-drivers-caught-stoke-9682947" TargetMode="External"/><Relationship Id="rId23" Type="http://schemas.openxmlformats.org/officeDocument/2006/relationships/hyperlink" Target="https://www.stokesentinel.co.uk/news/stoke-on-trent-news/woman-disappears-shelton-nine-days-9683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