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Runway unveils advanced AI camera controls for video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advancing field of artificial intelligence (AI) video generation, New York City-based startup Runway continues to stand out with its latest innovations. The company, which has received substantial backing exceeding $100 million from industry giants like Google and Nvidia, is making strides with its newly unveiled camera control features in its Gen-3 Alpha Turbo video generation model. This development is part of an ongoing effort to enhance capabilities for creators using AI-driven technology.</w:t>
      </w:r>
      <w:r/>
    </w:p>
    <w:p>
      <w:r/>
      <w:r>
        <w:t>The announcement was made on 1 November 2024, as Runway introduced this advanced set of AI camera controls, granting users enhanced precision when generating videos from text prompts, uploaded images, or existing videos. The new controls afford creators the ability to dictate the direction and intensity of the AI-generated effects and scenes, offering a more controlled and detailed output than previously available.</w:t>
      </w:r>
      <w:r/>
    </w:p>
    <w:p>
      <w:r/>
      <w:r>
        <w:t>The Advanced Camera Controls provide a range of options that reflect real-world cinematography experiences. Users can now manipulate their scenes with greater finesse, zooming in and out on subjects to construct realistic, multilayered environments reminiscent of a 3D setting. The controls allow for smooth horizontal movements around subjects, creating an immersive viewpoint that enhances the visual storytelling experience.</w:t>
      </w:r>
      <w:r/>
    </w:p>
    <w:p>
      <w:r/>
      <w:r>
        <w:t>Additional features include the capacity to apply speed ramps and combine different camera motions to create visually dynamic loops or transitions. This flexibility is complemented by the ability to perform dramatic zoom-ins for a cinematic impression or rapid zoom-outs for narrative shifts that engage viewers with new perspectives. Furthermore, slow trucking movements provide steady, sweeping shots that can build detail or suspense within a scene.</w:t>
      </w:r>
      <w:r/>
    </w:p>
    <w:p>
      <w:r/>
      <w:r>
        <w:t>These enhancements reflect Runway's commitment to revolutionising digital camera work, empowering creators to craft seamless transitions and thoughtfully composed scenes. This toolkit is particularly valuable for filmmakers and digital content creators aiming to achieve major motion picture quality visuals with efficiency and ease. The updates are accessible to users of the Gen-3 Alpha Turbo model via Runway's online platform at runwayml.com.</w:t>
      </w:r>
      <w:r/>
    </w:p>
    <w:p>
      <w:r/>
      <w:r>
        <w:t>Runway's efforts to remain at the forefront of AI video technology include partnerships with legacy Hollywood studios, such as Lionsgate, to facilitate the production of high-quality film scenes. When queried by VentureBeat on their Direct Message Line on X about whether Runway was developing a 3D AI scene generation model—a focal area for competitors like Midjourney—CEO Crisóbal Valenzuela cryptically mentioned "world models :-)" suggesting an ongoing exploration into creating models that simulate complex real-world scenarios.</w:t>
      </w:r>
      <w:r/>
    </w:p>
    <w:p>
      <w:r/>
      <w:r>
        <w:t>Runway's journey in AI technology dates back to December 2023, when co-founder and CTO Anastasis Germanidis elaborated on the company's direction with 'world models'—AI systems designed to encapsulate and simulate environments. These models would realistically represent and anticipate a variety of real-world situations and interactions, expanding beyond the limited scope of current models that typically operate within controlled settings such as video games or specific applications like autonomous driving.</w:t>
      </w:r>
      <w:r/>
    </w:p>
    <w:p>
      <w:r/>
      <w:r>
        <w:t>In conclusion, as demonstrated by their latest innovation, Runway is making significant progress towards the development of sophisticated AI systems capable of enhancing the creative process for filmmakers and content creators worldwide. These advancements not only reflect the company's commitment to technological excellence but also highlight their role in shaping the future of AI-powered video production.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https://venturebeat.com/ai/runway-debuts-api-allowing-enterprises-to-build-apps-products-atop-its-realistic-video-ai-model/</w:t>
        </w:r>
      </w:hyperlink>
      <w:r>
        <w:t xml:space="preserve"> - Details the introduction of Runway's Gen-3 Alpha Turbo model via API, enhancing video generation capabilities for enterprises.</w:t>
      </w:r>
      <w:r/>
    </w:p>
    <w:p>
      <w:pPr>
        <w:pStyle w:val="ListNumber"/>
        <w:spacing w:line="240" w:lineRule="auto"/>
        <w:ind w:left="720"/>
      </w:pPr>
      <w:r/>
      <w:hyperlink r:id="rId11">
        <w:r>
          <w:rPr>
            <w:color w:val="0000EE"/>
            <w:u w:val="single"/>
          </w:rPr>
          <w:t>https://siliconangle.com/2024/09/16/runway-ai-launches-api-expand-access-powerful-video-generation-model/</w:t>
        </w:r>
      </w:hyperlink>
      <w:r>
        <w:t xml:space="preserve"> - Explains the launch of Runway's API for its Gen-3 Alpha Turbo model, enabling integration into various applications and services.</w:t>
      </w:r>
      <w:r/>
    </w:p>
    <w:p>
      <w:pPr>
        <w:pStyle w:val="ListNumber"/>
        <w:spacing w:line="240" w:lineRule="auto"/>
        <w:ind w:left="720"/>
      </w:pPr>
      <w:r/>
      <w:hyperlink r:id="rId12">
        <w:r>
          <w:rPr>
            <w:color w:val="0000EE"/>
            <w:u w:val="single"/>
          </w:rPr>
          <w:t>https://www.tomsguide.com/ai/ai-image-video/runway-ai-video-gets-a-big-upgrade-5-prompts-to-try-it-out</w:t>
        </w:r>
      </w:hyperlink>
      <w:r>
        <w:t xml:space="preserve"> - Describes the advanced features of Runway's Gen-3 Turbo model, including the ability to generate videos from initial and final images.</w:t>
      </w:r>
      <w:r/>
    </w:p>
    <w:p>
      <w:pPr>
        <w:pStyle w:val="ListNumber"/>
        <w:spacing w:line="240" w:lineRule="auto"/>
        <w:ind w:left="720"/>
      </w:pPr>
      <w:r/>
      <w:hyperlink r:id="rId13">
        <w:r>
          <w:rPr>
            <w:color w:val="0000EE"/>
            <w:u w:val="single"/>
          </w:rPr>
          <w:t>https://www.eweek.com/artificial-intelligence/runway-ai-review/</w:t>
        </w:r>
      </w:hyperlink>
      <w:r>
        <w:t xml:space="preserve"> - Provides an overview of Runway AI's features, including text-to-video, image-to-video generation, and advanced editing tools.</w:t>
      </w:r>
      <w:r/>
    </w:p>
    <w:p>
      <w:pPr>
        <w:pStyle w:val="ListNumber"/>
        <w:spacing w:line="240" w:lineRule="auto"/>
        <w:ind w:left="720"/>
      </w:pPr>
      <w:r/>
      <w:hyperlink r:id="rId14">
        <w:r>
          <w:rPr>
            <w:color w:val="0000EE"/>
            <w:u w:val="single"/>
          </w:rPr>
          <w:t>https://runwayml.com/research/gen-2</w:t>
        </w:r>
      </w:hyperlink>
      <w:r>
        <w:t xml:space="preserve"> - Outlines the capabilities of Runway's Gen-2 model, including various modes for generating videos from text, images, or video clips.</w:t>
      </w:r>
      <w:r/>
    </w:p>
    <w:p>
      <w:pPr>
        <w:pStyle w:val="ListNumber"/>
        <w:spacing w:line="240" w:lineRule="auto"/>
        <w:ind w:left="720"/>
      </w:pPr>
      <w:r/>
      <w:hyperlink r:id="rId10">
        <w:r>
          <w:rPr>
            <w:color w:val="0000EE"/>
            <w:u w:val="single"/>
          </w:rPr>
          <w:t>https://venturebeat.com/ai/runway-debuts-api-allowing-enterprises-to-build-apps-products-atop-its-realistic-video-ai-model/</w:t>
        </w:r>
      </w:hyperlink>
      <w:r>
        <w:t xml:space="preserve"> - Mentions Runway's partnerships and the phased rollout of the API, highlighting its use by companies like Omnicom.</w:t>
      </w:r>
      <w:r/>
    </w:p>
    <w:p>
      <w:pPr>
        <w:pStyle w:val="ListNumber"/>
        <w:spacing w:line="240" w:lineRule="auto"/>
        <w:ind w:left="720"/>
      </w:pPr>
      <w:r/>
      <w:hyperlink r:id="rId11">
        <w:r>
          <w:rPr>
            <w:color w:val="0000EE"/>
            <w:u w:val="single"/>
          </w:rPr>
          <w:t>https://siliconangle.com/2024/09/16/runway-ai-launches-api-expand-access-powerful-video-generation-model/</w:t>
        </w:r>
      </w:hyperlink>
      <w:r>
        <w:t xml:space="preserve"> - Details the pricing and subscription plans for the API, including the cost per credit and the ability to generate videos up to 10 seconds.</w:t>
      </w:r>
      <w:r/>
    </w:p>
    <w:p>
      <w:pPr>
        <w:pStyle w:val="ListNumber"/>
        <w:spacing w:line="240" w:lineRule="auto"/>
        <w:ind w:left="720"/>
      </w:pPr>
      <w:r/>
      <w:hyperlink r:id="rId13">
        <w:r>
          <w:rPr>
            <w:color w:val="0000EE"/>
            <w:u w:val="single"/>
          </w:rPr>
          <w:t>https://www.eweek.com/artificial-intelligence/runway-ai-review/</w:t>
        </w:r>
      </w:hyperlink>
      <w:r>
        <w:t xml:space="preserve"> - Discusses the robust suite of editing tools and special effects available on the Runway platform, enhancing user control over video generation.</w:t>
      </w:r>
      <w:r/>
    </w:p>
    <w:p>
      <w:pPr>
        <w:pStyle w:val="ListNumber"/>
        <w:spacing w:line="240" w:lineRule="auto"/>
        <w:ind w:left="720"/>
      </w:pPr>
      <w:r/>
      <w:hyperlink r:id="rId10">
        <w:r>
          <w:rPr>
            <w:color w:val="0000EE"/>
            <w:u w:val="single"/>
          </w:rPr>
          <w:t>https://venturebeat.com/ai/runway-debuts-api-allowing-enterprises-to-build-apps-products-atop-its-realistic-video-ai-model/</w:t>
        </w:r>
      </w:hyperlink>
      <w:r>
        <w:t xml:space="preserve"> - Highlights Runway's competitive position and its efforts to stay ahead in the generative AI video market.</w:t>
      </w:r>
      <w:r/>
    </w:p>
    <w:p>
      <w:pPr>
        <w:pStyle w:val="ListNumber"/>
        <w:spacing w:line="240" w:lineRule="auto"/>
        <w:ind w:left="720"/>
      </w:pPr>
      <w:r/>
      <w:hyperlink r:id="rId11">
        <w:r>
          <w:rPr>
            <w:color w:val="0000EE"/>
            <w:u w:val="single"/>
          </w:rPr>
          <w:t>https://siliconangle.com/2024/09/16/runway-ai-launches-api-expand-access-powerful-video-generation-model/</w:t>
        </w:r>
      </w:hyperlink>
      <w:r>
        <w:t xml:space="preserve"> - Explains the tools and features that simplify the process of creating videos, such as automated rotoscoping and motion tracking.</w:t>
      </w:r>
      <w:r/>
    </w:p>
    <w:p>
      <w:pPr>
        <w:pStyle w:val="ListNumber"/>
        <w:spacing w:line="240" w:lineRule="auto"/>
        <w:ind w:left="720"/>
      </w:pPr>
      <w:r/>
      <w:hyperlink r:id="rId12">
        <w:r>
          <w:rPr>
            <w:color w:val="0000EE"/>
            <w:u w:val="single"/>
          </w:rPr>
          <w:t>https://www.tomsguide.com/ai/ai-image-video/runway-ai-video-gets-a-big-upgrade-5-prompts-to-try-it-out</w:t>
        </w:r>
      </w:hyperlink>
      <w:r>
        <w:t xml:space="preserve"> - Demonstrates the control and precision users can achieve with the new features, such as transitioning between different scenes and applying specific motions.</w:t>
      </w:r>
      <w:r/>
    </w:p>
    <w:p>
      <w:pPr>
        <w:pStyle w:val="ListNumber"/>
        <w:spacing w:line="240" w:lineRule="auto"/>
        <w:ind w:left="720"/>
      </w:pPr>
      <w:r/>
      <w:hyperlink r:id="rId15">
        <w:r>
          <w:rPr>
            <w:color w:val="0000EE"/>
            <w:u w:val="single"/>
          </w:rPr>
          <w:t>https://venturebeat.com/ai/runway-goes-3d-with-new-ai-video-camera-controls-for-gen-3-alpha-turbo/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runway-debuts-api-allowing-enterprises-to-build-apps-products-atop-its-realistic-video-ai-model/" TargetMode="External"/><Relationship Id="rId11" Type="http://schemas.openxmlformats.org/officeDocument/2006/relationships/hyperlink" Target="https://siliconangle.com/2024/09/16/runway-ai-launches-api-expand-access-powerful-video-generation-model/" TargetMode="External"/><Relationship Id="rId12" Type="http://schemas.openxmlformats.org/officeDocument/2006/relationships/hyperlink" Target="https://www.tomsguide.com/ai/ai-image-video/runway-ai-video-gets-a-big-upgrade-5-prompts-to-try-it-out" TargetMode="External"/><Relationship Id="rId13" Type="http://schemas.openxmlformats.org/officeDocument/2006/relationships/hyperlink" Target="https://www.eweek.com/artificial-intelligence/runway-ai-review/" TargetMode="External"/><Relationship Id="rId14" Type="http://schemas.openxmlformats.org/officeDocument/2006/relationships/hyperlink" Target="https://runwayml.com/research/gen-2" TargetMode="External"/><Relationship Id="rId15" Type="http://schemas.openxmlformats.org/officeDocument/2006/relationships/hyperlink" Target="https://venturebeat.com/ai/runway-goes-3d-with-new-ai-video-camera-controls-for-gen-3-alpha-turb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