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Arc browser: a shift towards simplicity and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Future of Arc Browser: A Shift Towards Simplicity and AI Integration</w:t>
      </w:r>
      <w:r/>
    </w:p>
    <w:p>
      <w:r/>
      <w:r>
        <w:t>In the current landscape of digital technology, few applications have managed to capture the imagination and loyalty of users quite like the Arc browser by The Browser Company. Lauded for its elegant user interface and innovative features, Arc has been a popular choice for MacOS users since its introduction. However, recent developments indicate that The Browser Company might be reconsidering its strategy concerning this distinctive browser.</w:t>
      </w:r>
      <w:r/>
    </w:p>
    <w:p>
      <w:r/>
      <w:r>
        <w:t>Arc has been praised for reimagining the web browsing experience. With features like Spaces, which allows for sophisticated tab management, and tools such as the command feature, split view, Little Arc, and Peek, it sets itself apart from more traditional browsers like Google Chrome and Opera. These features have fostered a small but passionate user base that appreciates the unique browsing experience that Arc provides.</w:t>
      </w:r>
      <w:r/>
    </w:p>
    <w:p>
      <w:r/>
      <w:r>
        <w:t>Despite its success among certain circles, the future of Arc is uncertain. The Browser Company has announced plans to develop a new browser that aims to have broader appeal and integrate more deeply with AI technology. According to Josh Miller, CEO of The Browser Company, the goal is to transform the web browser into an "app platform" that leverages the power of generative AI to change how people interact with software. This shift reflects a growing industry interest in AI-driven solutions, signalling a potential change in the way browsers operate in the future.</w:t>
      </w:r>
      <w:r/>
    </w:p>
    <w:p>
      <w:r/>
      <w:r>
        <w:t>Concerns have been raised among Arc's devotees about the potential for the browser to be sidelined in favour of this new, simpler product. The company assures that it does not plan to abandon Arc entirely, recognising the browser's devoted fan base. However, there is speculation about whether Arc will continue to receive substantial updates beyond essential security patches, given that resources may be reallocated to the development of the new browser.</w:t>
      </w:r>
      <w:r/>
    </w:p>
    <w:p>
      <w:r/>
      <w:r>
        <w:t>The prospect of Arc being discontinued or deprioritised has sparked discussions among its users, many of whom see the browser as an ideal tool in its current form. The possibility that Arc might only see maintenance updates, without further feature enhancements, is a concern for those who have made it their default choice over other browsers.</w:t>
      </w:r>
      <w:r/>
    </w:p>
    <w:p>
      <w:r/>
      <w:r>
        <w:t>As users wait to see how The Browser Company's plans unfold, the fate of Arc hangs in the balance. While some optimistic followers hope that a surge in user adoption could validate Arc as a successful endeavour in its own right, others prepare for a potential transition back to alternative browsers like Opera, which also offers robust features such as Dynamic Themes.</w:t>
      </w:r>
      <w:r/>
    </w:p>
    <w:p>
      <w:r/>
      <w:r>
        <w:t>For now, Arc remains a staple for those who appreciate its advanced capabilities and design. Whether The Browser Company will continue to support it with the vigour it once did, or pivot entirely towards its new AI-driven project, remains to be seen. This evolution in digital browsing technology underscores the enduring tension between innovation and mass market appeal, a balance that tech companies must navigate as they develop new software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https://www.reddit.com/r/ArcBrowser/comments/1ffp0gt/is_arc_dying/</w:t>
        </w:r>
      </w:hyperlink>
      <w:r>
        <w:t xml:space="preserve"> - Discusses the uncertainty around Arc's future, the lack of updates, and the potential shift towards AI integration and a new browser version.</w:t>
      </w:r>
      <w:r/>
    </w:p>
    <w:p>
      <w:pPr>
        <w:pStyle w:val="ListNumber"/>
        <w:spacing w:line="240" w:lineRule="auto"/>
        <w:ind w:left="720"/>
      </w:pPr>
      <w:r/>
      <w:hyperlink r:id="rId11">
        <w:r>
          <w:rPr>
            <w:color w:val="0000EE"/>
            <w:u w:val="single"/>
          </w:rPr>
          <w:t>https://www.neatprompts.com/p/arc-search-transforming-web-browsing-with-ai-integration</w:t>
        </w:r>
      </w:hyperlink>
      <w:r>
        <w:t xml:space="preserve"> - Explains the integration of AI in Arc Search, combining web browsing, search engine, and AI chatbot functionalities, and its impact on the future of web browsing.</w:t>
      </w:r>
      <w:r/>
    </w:p>
    <w:p>
      <w:pPr>
        <w:pStyle w:val="ListNumber"/>
        <w:spacing w:line="240" w:lineRule="auto"/>
        <w:ind w:left="720"/>
      </w:pPr>
      <w:r/>
      <w:hyperlink r:id="rId12">
        <w:r>
          <w:rPr>
            <w:color w:val="0000EE"/>
            <w:u w:val="single"/>
          </w:rPr>
          <w:t>https://www.inc.com/kit-eaton/arcs-new-app-marries-search-with-ai-hints-at-webs-future.html</w:t>
        </w:r>
      </w:hyperlink>
      <w:r>
        <w:t xml:space="preserve"> - Details how Arc Search merges AI with web browsing, creating a new paradigm in searching and highlighting the challenges and potential of this approach.</w:t>
      </w:r>
      <w:r/>
    </w:p>
    <w:p>
      <w:pPr>
        <w:pStyle w:val="ListNumber"/>
        <w:spacing w:line="240" w:lineRule="auto"/>
        <w:ind w:left="720"/>
      </w:pPr>
      <w:r/>
      <w:hyperlink r:id="rId13">
        <w:r>
          <w:rPr>
            <w:color w:val="0000EE"/>
            <w:u w:val="single"/>
          </w:rPr>
          <w:t>https://www.reddit.com/r/ArcBrowser/comments/1etn41c/arc_ceo_discusses_upcoming_arc_20/</w:t>
        </w:r>
      </w:hyperlink>
      <w:r>
        <w:t xml:space="preserve"> - Provides insights into the upcoming Arc 2.0, the potential for a paid membership model, and the CEO's vision for transforming the browser into an 'app platform' with AI integration.</w:t>
      </w:r>
      <w:r/>
    </w:p>
    <w:p>
      <w:pPr>
        <w:pStyle w:val="ListNumber"/>
        <w:spacing w:line="240" w:lineRule="auto"/>
        <w:ind w:left="720"/>
      </w:pPr>
      <w:r/>
      <w:hyperlink r:id="rId14">
        <w:r>
          <w:rPr>
            <w:color w:val="0000EE"/>
            <w:u w:val="single"/>
          </w:rPr>
          <w:t>https://www.zdnet.com/article/why-arc-is-my-browser-of-choice-for-using-ai-tools/</w:t>
        </w:r>
      </w:hyperlink>
      <w:r>
        <w:t xml:space="preserve"> - Highlights Arc's AI features, such as Arc Max and the ChatGPT Writer extension, and why these make Arc a preferred choice for AI tool usage.</w:t>
      </w:r>
      <w:r/>
    </w:p>
    <w:p>
      <w:pPr>
        <w:pStyle w:val="ListNumber"/>
        <w:spacing w:line="240" w:lineRule="auto"/>
        <w:ind w:left="720"/>
      </w:pPr>
      <w:r/>
      <w:hyperlink r:id="rId11">
        <w:r>
          <w:rPr>
            <w:color w:val="0000EE"/>
            <w:u w:val="single"/>
          </w:rPr>
          <w:t>https://www.neatprompts.com/p/arc-search-transforming-web-browsing-with-ai-integration</w:t>
        </w:r>
      </w:hyperlink>
      <w:r>
        <w:t xml:space="preserve"> - Describes Arc's unique features like Spaces, command feature, split view, Little Arc, and Peek, which set it apart from traditional browsers.</w:t>
      </w:r>
      <w:r/>
    </w:p>
    <w:p>
      <w:pPr>
        <w:pStyle w:val="ListNumber"/>
        <w:spacing w:line="240" w:lineRule="auto"/>
        <w:ind w:left="720"/>
      </w:pPr>
      <w:r/>
      <w:hyperlink r:id="rId12">
        <w:r>
          <w:rPr>
            <w:color w:val="0000EE"/>
            <w:u w:val="single"/>
          </w:rPr>
          <w:t>https://www.inc.com/kit-eaton/arcs-new-app-marries-search-with-ai-hints-at-webs-future.html</w:t>
        </w:r>
      </w:hyperlink>
      <w:r>
        <w:t xml:space="preserve"> - Mentions the industry interest in AI-driven solutions and how Arc's new approach reflects this trend, potentially changing how browsers operate.</w:t>
      </w:r>
      <w:r/>
    </w:p>
    <w:p>
      <w:pPr>
        <w:pStyle w:val="ListNumber"/>
        <w:spacing w:line="240" w:lineRule="auto"/>
        <w:ind w:left="720"/>
      </w:pPr>
      <w:r/>
      <w:hyperlink r:id="rId10">
        <w:r>
          <w:rPr>
            <w:color w:val="0000EE"/>
            <w:u w:val="single"/>
          </w:rPr>
          <w:t>https://www.reddit.com/r/ArcBrowser/comments/1ffp0gt/is_arc_dying/</w:t>
        </w:r>
      </w:hyperlink>
      <w:r>
        <w:t xml:space="preserve"> - Discusses user concerns about Arc being sidelined in favor of the new browser and the possibility of only maintenance updates for Arc.</w:t>
      </w:r>
      <w:r/>
    </w:p>
    <w:p>
      <w:pPr>
        <w:pStyle w:val="ListNumber"/>
        <w:spacing w:line="240" w:lineRule="auto"/>
        <w:ind w:left="720"/>
      </w:pPr>
      <w:r/>
      <w:hyperlink r:id="rId13">
        <w:r>
          <w:rPr>
            <w:color w:val="0000EE"/>
            <w:u w:val="single"/>
          </w:rPr>
          <w:t>https://www.reddit.com/r/ArcBrowser/comments/1etn41c/arc_ceo_discusses_upcoming_arc_20/</w:t>
        </w:r>
      </w:hyperlink>
      <w:r>
        <w:t xml:space="preserve"> - Addresses the speculation about Arc's future updates and the potential reallocation of resources to the new browser development.</w:t>
      </w:r>
      <w:r/>
    </w:p>
    <w:p>
      <w:pPr>
        <w:pStyle w:val="ListNumber"/>
        <w:spacing w:line="240" w:lineRule="auto"/>
        <w:ind w:left="720"/>
      </w:pPr>
      <w:r/>
      <w:hyperlink r:id="rId14">
        <w:r>
          <w:rPr>
            <w:color w:val="0000EE"/>
            <w:u w:val="single"/>
          </w:rPr>
          <w:t>https://www.zdnet.com/article/why-arc-is-my-browser-of-choice-for-using-ai-tools/</w:t>
        </w:r>
      </w:hyperlink>
      <w:r>
        <w:t xml:space="preserve"> - Compares Arc's features with those of other browsers like Opera, highlighting the unique value proposition of Arc despite the potential transition to new AI-driven projects.</w:t>
      </w:r>
      <w:r/>
    </w:p>
    <w:p>
      <w:pPr>
        <w:pStyle w:val="ListNumber"/>
        <w:spacing w:line="240" w:lineRule="auto"/>
        <w:ind w:left="720"/>
      </w:pPr>
      <w:r/>
      <w:hyperlink r:id="rId12">
        <w:r>
          <w:rPr>
            <w:color w:val="0000EE"/>
            <w:u w:val="single"/>
          </w:rPr>
          <w:t>https://www.inc.com/kit-eaton/arcs-new-app-marries-search-with-ai-hints-at-webs-future.html</w:t>
        </w:r>
      </w:hyperlink>
      <w:r>
        <w:t xml:space="preserve"> - Underlines the balance between innovation and mass market appeal that tech companies must navigate, as seen in The Browser Company's development strategies.</w:t>
      </w:r>
      <w:r/>
    </w:p>
    <w:p>
      <w:pPr>
        <w:pStyle w:val="ListNumber"/>
        <w:spacing w:line="240" w:lineRule="auto"/>
        <w:ind w:left="720"/>
      </w:pPr>
      <w:r/>
      <w:hyperlink r:id="rId15">
        <w:r>
          <w:rPr>
            <w:color w:val="0000EE"/>
            <w:u w:val="single"/>
          </w:rPr>
          <w:t>https://www.zdnet.com/home-and-office/work-life/try-the-worlds-best-browser-while-you-can-because-arcs-creator-has-other-plans/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ArcBrowser/comments/1ffp0gt/is_arc_dying/" TargetMode="External"/><Relationship Id="rId11" Type="http://schemas.openxmlformats.org/officeDocument/2006/relationships/hyperlink" Target="https://www.neatprompts.com/p/arc-search-transforming-web-browsing-with-ai-integration" TargetMode="External"/><Relationship Id="rId12" Type="http://schemas.openxmlformats.org/officeDocument/2006/relationships/hyperlink" Target="https://www.inc.com/kit-eaton/arcs-new-app-marries-search-with-ai-hints-at-webs-future.html" TargetMode="External"/><Relationship Id="rId13" Type="http://schemas.openxmlformats.org/officeDocument/2006/relationships/hyperlink" Target="https://www.reddit.com/r/ArcBrowser/comments/1etn41c/arc_ceo_discusses_upcoming_arc_20/" TargetMode="External"/><Relationship Id="rId14" Type="http://schemas.openxmlformats.org/officeDocument/2006/relationships/hyperlink" Target="https://www.zdnet.com/article/why-arc-is-my-browser-of-choice-for-using-ai-tools/" TargetMode="External"/><Relationship Id="rId15" Type="http://schemas.openxmlformats.org/officeDocument/2006/relationships/hyperlink" Target="https://www.zdnet.com/home-and-office/work-life/try-the-worlds-best-browser-while-you-can-because-arcs-creator-has-other-pl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