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content creation and the emergence of AI detectors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has progressively become a ubiquitous tool used globally by a diverse range of individuals, including students, parents, grandparents, and authors. The increasing integration of AI-powered tools in content creation is reshaping the literary landscape, with several published works now entirely produced by AI tools.</w:t>
      </w:r>
      <w:r/>
    </w:p>
    <w:p>
      <w:r/>
      <w:r>
        <w:t>AI writing tools such as ChatGPT, Google Gemini, and Jasper have gained widespread popularity among authors. These tools offer various capabilities that assist authors in brainstorming, researching, and enhancing their skills in the competitive realm of freelance writing and publishing. However, despite their efficiencies, concerns linger about them overshadowing traditional writers who rely on their innate creativity to craft unique narratives.</w:t>
      </w:r>
      <w:r/>
    </w:p>
    <w:p>
      <w:r/>
      <w:r>
        <w:t>Amid this AI-driven revolution, a new kind of technology has emerged—AI Detectors. These tools are designed to determine if a piece of content was written by an AI or a human. By being modelled on the same technology as AI writers, AI Detectors can identify patterns specific to AI-generated text. Although these tools are advancing, they are not without faults. Their effectiveness largely depends on the programming and the extent of training they have received, making them fallible at times.</w:t>
      </w:r>
      <w:r/>
    </w:p>
    <w:p>
      <w:r/>
      <w:r>
        <w:t>The debate surrounding AI content replacing human-generated writing continues to grow. Proponents argue that AI tools serve as invaluable aids in drafting blog entries and developing Search Engine Optimisation (SEO) strategised content, among other uses. Furthermore, they are seen as powerful allies during brainstorming sessions, allowing authors to efficiently produce ideas and outlines without entirely supplanting their creative processes.</w:t>
      </w:r>
      <w:r/>
    </w:p>
    <w:p>
      <w:r/>
      <w:r>
        <w:t>In response to this shifting dynamic, AI Detectors have been developed to maintain authenticity in published content. These technological tools can discern whether the text is AI-generated, providing users the choice to select the type of content they prefer to engage with. Despite their utility, these detectors require continual refinement through human input to accurately distinguish between AI and human writing.</w:t>
      </w:r>
      <w:r/>
    </w:p>
    <w:p>
      <w:r/>
      <w:r>
        <w:t>Currently, there are approximately six popular AI Detectors available, each offering users a method to identify AI contributions in written content. As these tools improve, they are poised to play a significant role in the future of content consumption. By enabling a balance between technology and human creativity, these detectors aim to preserve the authenticity of the written word amidst the increasing prevalence of AI.</w:t>
      </w:r>
      <w:r/>
    </w:p>
    <w:p>
      <w:r/>
      <w:r>
        <w:t>With technology advancing rapidly, the discourse surrounding AI's role in content creation and the ethical considerations it entails will likely continue to evolve. As end-users continue to embrace AI technologies, the importance of tools like AI Detectors in ensuring the integrity of content cannot be overstated.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https://surferseo.com/blog/best-chatgpt-alternatives/</w:t>
        </w:r>
      </w:hyperlink>
      <w:r>
        <w:t xml:space="preserve"> - This article discusses various AI writing tools, including Surfer AI, Gemini, and Jasper AI, highlighting their capabilities in content creation, SEO optimization, and the integration of advanced features like fact-checking and human-like content generation.</w:t>
      </w:r>
      <w:r/>
    </w:p>
    <w:p>
      <w:pPr>
        <w:pStyle w:val="ListNumber"/>
        <w:spacing w:line="240" w:lineRule="auto"/>
        <w:ind w:left="720"/>
      </w:pPr>
      <w:r/>
      <w:hyperlink r:id="rId11">
        <w:r>
          <w:rPr>
            <w:color w:val="0000EE"/>
            <w:u w:val="single"/>
          </w:rPr>
          <w:t>https://www.autonomous.ai/ourblog/best-ai-tools-for-writing</w:t>
        </w:r>
      </w:hyperlink>
      <w:r>
        <w:t xml:space="preserve"> - This article lists and compares several AI tools for writing, including ChatGPT, Google’s Gemini, Jasper.ai, and others, detailing their strengths and use cases in content creation, SEO, and marketing.</w:t>
      </w:r>
      <w:r/>
    </w:p>
    <w:p>
      <w:pPr>
        <w:pStyle w:val="ListNumber"/>
        <w:spacing w:line="240" w:lineRule="auto"/>
        <w:ind w:left="720"/>
      </w:pPr>
      <w:r/>
      <w:hyperlink r:id="rId12">
        <w:r>
          <w:rPr>
            <w:color w:val="0000EE"/>
            <w:u w:val="single"/>
          </w:rPr>
          <w:t>https://www.clearscope.io/blog/best-ai-content-writing-tools</w:t>
        </w:r>
      </w:hyperlink>
      <w:r>
        <w:t xml:space="preserve"> - This article reviews top AI content writing tools such as ChatGPT, Google’s Gemini, and Jasper.ai, discussing their features, benefits, and the types of users who would benefit from each tool.</w:t>
      </w:r>
      <w:r/>
    </w:p>
    <w:p>
      <w:pPr>
        <w:pStyle w:val="ListNumber"/>
        <w:spacing w:line="240" w:lineRule="auto"/>
        <w:ind w:left="720"/>
      </w:pPr>
      <w:r/>
      <w:hyperlink r:id="rId13">
        <w:r>
          <w:rPr>
            <w:color w:val="0000EE"/>
            <w:u w:val="single"/>
          </w:rPr>
          <w:t>https://traveltractions.com/chatgpt-vs-jasper-ai/</w:t>
        </w:r>
      </w:hyperlink>
      <w:r>
        <w:t xml:space="preserve"> - This article compares ChatGPT and Jasper AI, discussing their pros and cons, particularly in terms of creativity, human-like responses, and marketing content creation, which supports the debate on AI tools in writing.</w:t>
      </w:r>
      <w:r/>
    </w:p>
    <w:p>
      <w:pPr>
        <w:pStyle w:val="ListNumber"/>
        <w:spacing w:line="240" w:lineRule="auto"/>
        <w:ind w:left="720"/>
      </w:pPr>
      <w:r/>
      <w:hyperlink r:id="rId10">
        <w:r>
          <w:rPr>
            <w:color w:val="0000EE"/>
            <w:u w:val="single"/>
          </w:rPr>
          <w:t>https://surferseo.com/blog/best-chatgpt-alternatives/</w:t>
        </w:r>
      </w:hyperlink>
      <w:r>
        <w:t xml:space="preserve"> - This article mentions AI Detectors and their role in identifying AI-generated content, which aligns with the discussion on maintaining authenticity in published content.</w:t>
      </w:r>
      <w:r/>
    </w:p>
    <w:p>
      <w:pPr>
        <w:pStyle w:val="ListNumber"/>
        <w:spacing w:line="240" w:lineRule="auto"/>
        <w:ind w:left="720"/>
      </w:pPr>
      <w:r/>
      <w:hyperlink r:id="rId11">
        <w:r>
          <w:rPr>
            <w:color w:val="0000EE"/>
            <w:u w:val="single"/>
          </w:rPr>
          <w:t>https://www.autonomous.ai/ourblog/best-ai-tools-for-writing</w:t>
        </w:r>
      </w:hyperlink>
      <w:r>
        <w:t xml:space="preserve"> - The article discusses the integration of AI tools in content creation and their impact on traditional writing, supporting the argument that AI tools serve as aids rather than replacements for human writers.</w:t>
      </w:r>
      <w:r/>
    </w:p>
    <w:p>
      <w:pPr>
        <w:pStyle w:val="ListNumber"/>
        <w:spacing w:line="240" w:lineRule="auto"/>
        <w:ind w:left="720"/>
      </w:pPr>
      <w:r/>
      <w:hyperlink r:id="rId12">
        <w:r>
          <w:rPr>
            <w:color w:val="0000EE"/>
            <w:u w:val="single"/>
          </w:rPr>
          <w:t>https://www.clearscope.io/blog/best-ai-content-writing-tools</w:t>
        </w:r>
      </w:hyperlink>
      <w:r>
        <w:t xml:space="preserve"> - This source highlights the importance of AI tools in drafting blog entries and developing SEO strategies, which is a key point in the debate about AI's role in content creation.</w:t>
      </w:r>
      <w:r/>
    </w:p>
    <w:p>
      <w:pPr>
        <w:pStyle w:val="ListNumber"/>
        <w:spacing w:line="240" w:lineRule="auto"/>
        <w:ind w:left="720"/>
      </w:pPr>
      <w:r/>
      <w:hyperlink r:id="rId13">
        <w:r>
          <w:rPr>
            <w:color w:val="0000EE"/>
            <w:u w:val="single"/>
          </w:rPr>
          <w:t>https://traveltractions.com/chatgpt-vs-jasper-ai/</w:t>
        </w:r>
      </w:hyperlink>
      <w:r>
        <w:t xml:space="preserve"> - The article touches on the ethical considerations and the ongoing debate about AI's role in content creation, emphasizing the need for tools like AI Detectors to ensure content authenticity.</w:t>
      </w:r>
      <w:r/>
    </w:p>
    <w:p>
      <w:pPr>
        <w:pStyle w:val="ListNumber"/>
        <w:spacing w:line="240" w:lineRule="auto"/>
        <w:ind w:left="720"/>
      </w:pPr>
      <w:r/>
      <w:hyperlink r:id="rId14">
        <w:r>
          <w:rPr>
            <w:color w:val="0000EE"/>
            <w:u w:val="single"/>
          </w:rPr>
          <w:t>https://www.youtube.com/watch?v=hGQ2YS3i1tU</w:t>
        </w:r>
      </w:hyperlink>
      <w:r>
        <w:t xml:space="preserve"> - This video compares various AI tools, including ChatGPT, Gemini, and Jasper AI, discussing their strengths and weaknesses, which supports the broader discussion on AI's impact on content creation and the need for balance between technology and human creativity.</w:t>
      </w:r>
      <w:r/>
    </w:p>
    <w:p>
      <w:pPr>
        <w:pStyle w:val="ListNumber"/>
        <w:spacing w:line="240" w:lineRule="auto"/>
        <w:ind w:left="720"/>
      </w:pPr>
      <w:r/>
      <w:hyperlink r:id="rId11">
        <w:r>
          <w:rPr>
            <w:color w:val="0000EE"/>
            <w:u w:val="single"/>
          </w:rPr>
          <w:t>https://www.autonomous.ai/ourblog/best-ai-tools-for-writing</w:t>
        </w:r>
      </w:hyperlink>
      <w:r>
        <w:t xml:space="preserve"> - The article mentions the continuous refinement needed for AI Detectors to accurately distinguish between AI and human writing, aligning with the point about the importance of human input in maintaining content integrity.</w:t>
      </w:r>
      <w:r/>
    </w:p>
    <w:p>
      <w:pPr>
        <w:pStyle w:val="ListNumber"/>
        <w:spacing w:line="240" w:lineRule="auto"/>
        <w:ind w:left="720"/>
      </w:pPr>
      <w:r/>
      <w:hyperlink r:id="rId12">
        <w:r>
          <w:rPr>
            <w:color w:val="0000EE"/>
            <w:u w:val="single"/>
          </w:rPr>
          <w:t>https://www.clearscope.io/blog/best-ai-content-writing-tools</w:t>
        </w:r>
      </w:hyperlink>
      <w:r>
        <w:t xml:space="preserve"> - This source discusses the future of content consumption and the evolving role of AI in writing, highlighting the significance of tools that ensure the integrity of the written word.</w:t>
      </w:r>
      <w:r/>
    </w:p>
    <w:p>
      <w:pPr>
        <w:pStyle w:val="ListNumber"/>
        <w:spacing w:line="240" w:lineRule="auto"/>
        <w:ind w:left="720"/>
      </w:pPr>
      <w:r/>
      <w:hyperlink r:id="rId15">
        <w:r>
          <w:rPr>
            <w:color w:val="0000EE"/>
            <w:u w:val="single"/>
          </w:rPr>
          <w:t>https://missoulian.com/curated-commerce/ai-detector-detects-published-ai-content/article_b1da70c7-9cb5-5b57-97ba-acbb5ab9827b.html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urferseo.com/blog/best-chatgpt-alternatives/" TargetMode="External"/><Relationship Id="rId11" Type="http://schemas.openxmlformats.org/officeDocument/2006/relationships/hyperlink" Target="https://www.autonomous.ai/ourblog/best-ai-tools-for-writing" TargetMode="External"/><Relationship Id="rId12" Type="http://schemas.openxmlformats.org/officeDocument/2006/relationships/hyperlink" Target="https://www.clearscope.io/blog/best-ai-content-writing-tools" TargetMode="External"/><Relationship Id="rId13" Type="http://schemas.openxmlformats.org/officeDocument/2006/relationships/hyperlink" Target="https://traveltractions.com/chatgpt-vs-jasper-ai/" TargetMode="External"/><Relationship Id="rId14" Type="http://schemas.openxmlformats.org/officeDocument/2006/relationships/hyperlink" Target="https://www.youtube.com/watch?v=hGQ2YS3i1tU" TargetMode="External"/><Relationship Id="rId15" Type="http://schemas.openxmlformats.org/officeDocument/2006/relationships/hyperlink" Target="https://missoulian.com/curated-commerce/ai-detector-detects-published-ai-content/article_b1da70c7-9cb5-5b57-97ba-acbb5ab9827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