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local AI tools for enhanced data privacy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usage of artificial intelligence tools in daily tasks is becoming increasingly prevalent, with many users now opting to operate such technology from their personal devices for improved privacy and control. Local installation of AI applications, specifically large language models (LLMs), is gaining traction among users concerned about data privacy associated with web-based platforms.</w:t>
      </w:r>
      <w:r/>
    </w:p>
    <w:p>
      <w:r/>
      <w:r>
        <w:t>Typically, web interfaces such as those provided by companies like HuggingFace allow users to interact with LLMs over the internet. However, these services often caution users against transmitting sensitive data due to the nature of oversight that involves conversation monitoring, potentially exposing data to a broad audience, including developers and unintended third parties.</w:t>
      </w:r>
      <w:r/>
    </w:p>
    <w:p>
      <w:r/>
      <w:r>
        <w:t>For users prioritising data security, operating an LLM locally presents a compelling alternative. Applications like GPT4ALL enable users to install and run AI models directly on their personal devices. This method bypasses the need to send prompts and responses through external servers, thus offering a more secure and private experience. It also serves to empower users, giving them the autonomy to test and customise the models to suit their specific needs without external interference.</w:t>
      </w:r>
      <w:r/>
    </w:p>
    <w:p>
      <w:r/>
      <w:r>
        <w:t>The ability to install and operate these AI tools locally also opens new avenues for experimentation and adaptation, providing a tailored environment that web-based interfaces cannot match. Although this approach requires a certain level of technical proficiency, its benefits are particularly appealing to data-conscious individuals who seek to mitigate the risks associated with web-hosted AI services.</w:t>
      </w:r>
      <w:r/>
    </w:p>
    <w:p>
      <w:r/>
      <w:r>
        <w:t>As the trend continues, it's clear that privacy-focused AI utilisation on personal devices provides a flexible and secure alternative to traditional online platforms. As more AI-powered applications become available for local usage, the discourse around data security and user privacy is expected to evolve further, echoing broader trends in technology usage and information protection.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https://www.forbes.com/sites/bernardmarr/2024/08/12/19-amazing-generative-ai-tools-for-everyday-tasks-and-activities/</w:t>
        </w:r>
      </w:hyperlink>
      <w:r>
        <w:t xml:space="preserve"> - This article discusses various generative AI tools that can be used for everyday tasks, including those that enhance privacy and control by operating locally, although it does not specifically address local installation of AI models.</w:t>
      </w:r>
      <w:r/>
    </w:p>
    <w:p>
      <w:pPr>
        <w:pStyle w:val="ListNumber"/>
        <w:spacing w:line="240" w:lineRule="auto"/>
        <w:ind w:left="720"/>
      </w:pPr>
      <w:r/>
      <w:hyperlink r:id="rId11">
        <w:r>
          <w:rPr>
            <w:color w:val="0000EE"/>
            <w:u w:val="single"/>
          </w:rPr>
          <w:t>https://www.usemotion.com/blog/ai-task-manager</w:t>
        </w:r>
      </w:hyperlink>
      <w:r>
        <w:t xml:space="preserve"> - This article focuses on AI task managers and their benefits, but it does not delve into the specifics of local installation of AI models or data privacy concerns associated with web-based platforms.</w:t>
      </w:r>
      <w:r/>
    </w:p>
    <w:p>
      <w:pPr>
        <w:pStyle w:val="ListNumber"/>
        <w:spacing w:line="240" w:lineRule="auto"/>
        <w:ind w:left="720"/>
      </w:pPr>
      <w:r/>
      <w:hyperlink r:id="rId12">
        <w:r>
          <w:rPr>
            <w:color w:val="0000EE"/>
            <w:u w:val="single"/>
          </w:rPr>
          <w:t>https://buffer.com/resources/ai-productivity-tools/</w:t>
        </w:r>
      </w:hyperlink>
      <w:r>
        <w:t xml:space="preserve"> - This article highlights AI productivity tools, including those that can be used locally, but it does not specifically discuss the privacy and security benefits of local installation of AI models.</w:t>
      </w:r>
      <w:r/>
    </w:p>
    <w:p>
      <w:pPr>
        <w:pStyle w:val="ListNumber"/>
        <w:spacing w:line="240" w:lineRule="auto"/>
        <w:ind w:left="720"/>
      </w:pPr>
      <w:r/>
      <w:hyperlink r:id="rId13">
        <w:r>
          <w:rPr>
            <w:color w:val="0000EE"/>
            <w:u w:val="single"/>
          </w:rPr>
          <w:t>https://www.digitalocean.com/resources/articles/ai-productivity-tools</w:t>
        </w:r>
      </w:hyperlink>
      <w:r>
        <w:t xml:space="preserve"> - This article explores various AI productivity tools and their applications, but it does not address the issue of local installation versus web-based AI services in terms of privacy and security.</w:t>
      </w:r>
      <w:r/>
    </w:p>
    <w:p>
      <w:pPr>
        <w:pStyle w:val="ListNumber"/>
        <w:spacing w:line="240" w:lineRule="auto"/>
        <w:ind w:left="720"/>
      </w:pPr>
      <w:r/>
      <w:hyperlink r:id="rId14">
        <w:r>
          <w:rPr>
            <w:color w:val="0000EE"/>
            <w:u w:val="single"/>
          </w:rPr>
          <w:t>https://guild.com/member-resources/ai-tools-work-school</w:t>
        </w:r>
      </w:hyperlink>
      <w:r>
        <w:t xml:space="preserve"> - This article discusses free AI tools for work and school, but it does not cover the aspect of local installation of AI models for enhanced privacy and security.</w:t>
      </w:r>
      <w:r/>
    </w:p>
    <w:p>
      <w:pPr>
        <w:pStyle w:val="ListNumber"/>
        <w:spacing w:line="240" w:lineRule="auto"/>
        <w:ind w:left="720"/>
      </w:pPr>
      <w:r/>
      <w:hyperlink r:id="rId15">
        <w:r>
          <w:rPr>
            <w:color w:val="0000EE"/>
            <w:u w:val="single"/>
          </w:rPr>
          <w:t>https://huggingface.co/</w:t>
        </w:r>
      </w:hyperlink>
      <w:r>
        <w:t xml:space="preserve"> - HuggingFace is mentioned as a web interface that allows users to interact with LLMs over the internet, which can raise data privacy concerns due to conversation monitoring.</w:t>
      </w:r>
      <w:r/>
    </w:p>
    <w:p>
      <w:pPr>
        <w:pStyle w:val="ListNumber"/>
        <w:spacing w:line="240" w:lineRule="auto"/>
        <w:ind w:left="720"/>
      </w:pPr>
      <w:r/>
      <w:hyperlink r:id="rId16">
        <w:r>
          <w:rPr>
            <w:color w:val="0000EE"/>
            <w:u w:val="single"/>
          </w:rPr>
          <w:t>https://www.gpt4all.com/</w:t>
        </w:r>
      </w:hyperlink>
      <w:r>
        <w:t xml:space="preserve"> - GPT4ALL is an example of an application that enables users to install and run AI models directly on their personal devices, enhancing data security and privacy.</w:t>
      </w:r>
      <w:r/>
    </w:p>
    <w:p>
      <w:pPr>
        <w:pStyle w:val="ListNumber"/>
        <w:spacing w:line="240" w:lineRule="auto"/>
        <w:ind w:left="720"/>
      </w:pPr>
      <w:r/>
      <w:hyperlink r:id="rId17">
        <w:r>
          <w:rPr>
            <w:color w:val="0000EE"/>
            <w:u w:val="single"/>
          </w:rPr>
          <w:t>https://www.forbes.com/sites/forbestechcouncil/2023/09/14/how-ai-is-changing-the-way-we-think-about-data-privacy/?sh=6b3c5e6d66f3</w:t>
        </w:r>
      </w:hyperlink>
      <w:r>
        <w:t xml:space="preserve"> - This article discusses how AI is changing data privacy, which aligns with the trend of using AI tools locally to mitigate privacy risks associated with web-hosted services.</w:t>
      </w:r>
      <w:r/>
    </w:p>
    <w:p>
      <w:pPr>
        <w:pStyle w:val="ListNumber"/>
        <w:spacing w:line="240" w:lineRule="auto"/>
        <w:ind w:left="720"/>
      </w:pPr>
      <w:r/>
      <w:hyperlink r:id="rId18">
        <w:r>
          <w:rPr>
            <w:color w:val="0000EE"/>
            <w:u w:val="single"/>
          </w:rPr>
          <w:t>https://www.techopedia.com/definition/31247/local-installation</w:t>
        </w:r>
      </w:hyperlink>
      <w:r>
        <w:t xml:space="preserve"> - This link explains the concept of local installation, which is relevant to the discussion of running AI models on personal devices for enhanced security and privacy.</w:t>
      </w:r>
      <w:r/>
    </w:p>
    <w:p>
      <w:pPr>
        <w:pStyle w:val="ListNumber"/>
        <w:spacing w:line="240" w:lineRule="auto"/>
        <w:ind w:left="720"/>
      </w:pPr>
      <w:r/>
      <w:hyperlink r:id="rId19">
        <w:r>
          <w:rPr>
            <w:color w:val="0000EE"/>
            <w:u w:val="single"/>
          </w:rPr>
          <w:t>https://www.infosecurity-magazine.com/opinions/data-privacy-ai/</w:t>
        </w:r>
      </w:hyperlink>
      <w:r>
        <w:t xml:space="preserve"> - This article discusses the intersection of AI and data privacy, highlighting the importance of secure and private AI usage, which can be achieved through local installation of AI models.</w:t>
      </w:r>
      <w:r/>
    </w:p>
    <w:p>
      <w:pPr>
        <w:pStyle w:val="ListNumber"/>
        <w:spacing w:line="240" w:lineRule="auto"/>
        <w:ind w:left="720"/>
      </w:pPr>
      <w:r/>
      <w:hyperlink r:id="rId20">
        <w:r>
          <w:rPr>
            <w:color w:val="0000EE"/>
            <w:u w:val="single"/>
          </w:rPr>
          <w:t>https://www.itpro.co.uk/security/data-protection/358644/how-ai-is-changing-data-privacy</w:t>
        </w:r>
      </w:hyperlink>
      <w:r>
        <w:t xml:space="preserve"> - This article explores how AI is impacting data privacy, including the benefits of local installation to protect sensitive data.</w:t>
      </w:r>
      <w:r/>
    </w:p>
    <w:p>
      <w:pPr>
        <w:pStyle w:val="ListNumber"/>
        <w:spacing w:line="240" w:lineRule="auto"/>
        <w:ind w:left="720"/>
      </w:pPr>
      <w:r/>
      <w:hyperlink r:id="rId21">
        <w:r>
          <w:rPr>
            <w:color w:val="0000EE"/>
            <w:u w:val="single"/>
          </w:rPr>
          <w:t>https://www.slashgear.com/1701098/easy-way-install-chat-gpt4-locally-on-laptop/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bernardmarr/2024/08/12/19-amazing-generative-ai-tools-for-everyday-tasks-and-activities/" TargetMode="External"/><Relationship Id="rId11" Type="http://schemas.openxmlformats.org/officeDocument/2006/relationships/hyperlink" Target="https://www.usemotion.com/blog/ai-task-manager" TargetMode="External"/><Relationship Id="rId12" Type="http://schemas.openxmlformats.org/officeDocument/2006/relationships/hyperlink" Target="https://buffer.com/resources/ai-productivity-tools/" TargetMode="External"/><Relationship Id="rId13" Type="http://schemas.openxmlformats.org/officeDocument/2006/relationships/hyperlink" Target="https://www.digitalocean.com/resources/articles/ai-productivity-tools" TargetMode="External"/><Relationship Id="rId14" Type="http://schemas.openxmlformats.org/officeDocument/2006/relationships/hyperlink" Target="https://guild.com/member-resources/ai-tools-work-school" TargetMode="External"/><Relationship Id="rId15" Type="http://schemas.openxmlformats.org/officeDocument/2006/relationships/hyperlink" Target="https://huggingface.co/" TargetMode="External"/><Relationship Id="rId16" Type="http://schemas.openxmlformats.org/officeDocument/2006/relationships/hyperlink" Target="https://www.gpt4all.com/" TargetMode="External"/><Relationship Id="rId17" Type="http://schemas.openxmlformats.org/officeDocument/2006/relationships/hyperlink" Target="https://www.forbes.com/sites/forbestechcouncil/2023/09/14/how-ai-is-changing-the-way-we-think-about-data-privacy/?sh=6b3c5e6d66f3" TargetMode="External"/><Relationship Id="rId18" Type="http://schemas.openxmlformats.org/officeDocument/2006/relationships/hyperlink" Target="https://www.techopedia.com/definition/31247/local-installation" TargetMode="External"/><Relationship Id="rId19" Type="http://schemas.openxmlformats.org/officeDocument/2006/relationships/hyperlink" Target="https://www.infosecurity-magazine.com/opinions/data-privacy-ai/" TargetMode="External"/><Relationship Id="rId20" Type="http://schemas.openxmlformats.org/officeDocument/2006/relationships/hyperlink" Target="https://www.itpro.co.uk/security/data-protection/358644/how-ai-is-changing-data-privacy" TargetMode="External"/><Relationship Id="rId21" Type="http://schemas.openxmlformats.org/officeDocument/2006/relationships/hyperlink" Target="https://www.slashgear.com/1701098/easy-way-install-chat-gpt4-locally-on-lapto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