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Travellers increasingly turn to AI for holiday planning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holiday season approaches, an increasing number of travellers are turning towards artificial intelligence (AI) to aid in planning their vacations. According to a survey conducted by Matador Networks, approximately 30 percent of individuals anticipate using AI to assist with travel arrangements this year, highlighting a growing trend towards technological solutions for what can often be a complex and daunting task.</w:t>
      </w:r>
      <w:r/>
    </w:p>
    <w:p>
      <w:r/>
      <w:r>
        <w:t>The survey, which involved over 1,000 participants, reveals that the appeal of AI in trip planning is particularly strong among younger generations. Millennials and Generation Z, notably, show a high inclination towards using AI, with about half indicating they plan to utilise such tools. This contrasts with Gen X and Baby Boomers, who are less inclined to engage AI for planning their travels.</w:t>
      </w:r>
      <w:r/>
    </w:p>
    <w:p>
      <w:r/>
      <w:r>
        <w:t>The use of AI is especially prevalent among those organising family trips or those with specific requirements, such as accommodating disabilities. The CEO of Matador Network, Ross Borden, emphasises AI’s advantages in crafting itineraries for diverse groups. Borden notes how generative AI can efficiently propose activities suitable for a broad range of interests and needs. For instance, inquirers can receive tailored dining suggestions in Chicago that accommodate both a wheelchair-using elder and a vegetarian teenager, all through the AI's capability to handle specific queries.</w:t>
      </w:r>
      <w:r/>
    </w:p>
    <w:p>
      <w:r/>
      <w:r>
        <w:t>This trend towards AI-driven travel planning coincides with Google’s recent announcement of new AI features being incorporated into its Maps application. These enhancements are set to assist users in effectively organising their trips, aligning well with the rising demand for AI in travel.</w:t>
      </w:r>
      <w:r/>
    </w:p>
    <w:p>
      <w:r/>
      <w:r>
        <w:t>Central to this innovation is GuideGeek, a free AI chatbot based on OpenAI technology. GuideGeek offers instant responses to travel-related questions via platforms such as WhatsApp, Facebook, and Instagram. Users can engage with the chatbot to design comprehensive travel plans, including recommended accommodations, dining options, and notable attractions, all swiftly and efficiently. The suggestions provided by GuideGeek are said to be drawn from human travel experts within the Matador network.</w:t>
      </w:r>
      <w:r/>
    </w:p>
    <w:p>
      <w:r/>
      <w:r>
        <w:t>Anecdotal evidence from individuals using GuideGeek demonstrates its efficiency; a complete trip plan, from locations to visit to potential places to dine and stay, can be curated in as little as 20 minutes. The rising reliance on AI tools like GuideGeek signifies a significant shift in how travellers approach the often onerous task of planning.</w:t>
      </w:r>
      <w:r/>
    </w:p>
    <w:p>
      <w:r/>
      <w:r>
        <w:t>As travel enthusiasts prepare to reconnect with family and friends over the festive period, the integration of AI tools in planning processes offers a less time-consuming and more streamlined approach. Whether satisfying a wide array of preferences or addressing unique personal requirements, AI presents a promising means to enhance the travel planning experience, regardless of the traveller's age or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https://rvshare.com/blog/travel-planning-with-ai-travel-trend-report-2024/</w:t>
        </w:r>
      </w:hyperlink>
      <w:r>
        <w:t xml:space="preserve"> - This article supports the claim that younger generations, such as Millennials and Gen Z, are more inclined to use AI for travel planning, and it highlights the benefits of AI in reducing time and effort in the travel planning process.</w:t>
      </w:r>
      <w:r/>
    </w:p>
    <w:p>
      <w:pPr>
        <w:pStyle w:val="ListNumber"/>
        <w:spacing w:line="240" w:lineRule="auto"/>
        <w:ind w:left="720"/>
      </w:pPr>
      <w:r/>
      <w:hyperlink r:id="rId11">
        <w:r>
          <w:rPr>
            <w:color w:val="0000EE"/>
            <w:u w:val="single"/>
          </w:rPr>
          <w:t>https://www.hospitalitynet.org/opinion/4123572.html</w:t>
        </w:r>
      </w:hyperlink>
      <w:r>
        <w:t xml:space="preserve"> - This source corroborates the use of AI in creating personalized itineraries and enhancing guest experiences, aligning with the trend of AI-driven travel planning and its advantages in handling diverse group needs.</w:t>
      </w:r>
      <w:r/>
    </w:p>
    <w:p>
      <w:pPr>
        <w:pStyle w:val="ListNumber"/>
        <w:spacing w:line="240" w:lineRule="auto"/>
        <w:ind w:left="720"/>
      </w:pPr>
      <w:r/>
      <w:hyperlink r:id="rId12">
        <w:r>
          <w:rPr>
            <w:color w:val="0000EE"/>
            <w:u w:val="single"/>
          </w:rPr>
          <w:t>https://www.beyondpricing.com/blog/ai-travel-trends</w:t>
        </w:r>
      </w:hyperlink>
      <w:r>
        <w:t xml:space="preserve"> - This article discusses the growing adoption of AI in travel planning, including the use of AI to find hidden gems, attractions, and dining options, and how AI streamlines the booking process and enhances guest experiences.</w:t>
      </w:r>
      <w:r/>
    </w:p>
    <w:p>
      <w:pPr>
        <w:pStyle w:val="ListNumber"/>
        <w:spacing w:line="240" w:lineRule="auto"/>
        <w:ind w:left="720"/>
      </w:pPr>
      <w:r/>
      <w:hyperlink r:id="rId13">
        <w:r>
          <w:rPr>
            <w:color w:val="0000EE"/>
            <w:u w:val="single"/>
          </w:rPr>
          <w:t>https://noblestudios.com/industry/tourism-marketing/ai-travel-planners-dmos/</w:t>
        </w:r>
      </w:hyperlink>
      <w:r>
        <w:t xml:space="preserve"> - This source highlights the preference of Gen Z and Millennials for personalized travel planning aided by AI tools, and it mentions Google’s AI-powered travel planning features, which align with the integration of AI in travel planning.</w:t>
      </w:r>
      <w:r/>
    </w:p>
    <w:p>
      <w:pPr>
        <w:pStyle w:val="ListNumber"/>
        <w:spacing w:line="240" w:lineRule="auto"/>
        <w:ind w:left="720"/>
      </w:pPr>
      <w:r/>
      <w:hyperlink r:id="rId14">
        <w:r>
          <w:rPr>
            <w:color w:val="0000EE"/>
            <w:u w:val="single"/>
          </w:rPr>
          <w:t>https://planingo.ai/blog/travel-trends-2024-shaping-the-future</w:t>
        </w:r>
      </w:hyperlink>
      <w:r>
        <w:t xml:space="preserve"> - This article explains how AI-generated itineraries are revolutionizing travel planning by considering real-time data and individual preferences, supporting the claim of AI's efficiency in crafting tailored travel plans.</w:t>
      </w:r>
      <w:r/>
    </w:p>
    <w:p>
      <w:pPr>
        <w:pStyle w:val="ListNumber"/>
        <w:spacing w:line="240" w:lineRule="auto"/>
        <w:ind w:left="720"/>
      </w:pPr>
      <w:r/>
      <w:hyperlink r:id="rId10">
        <w:r>
          <w:rPr>
            <w:color w:val="0000EE"/>
            <w:u w:val="single"/>
          </w:rPr>
          <w:t>https://rvshare.com/blog/travel-planning-with-ai-travel-trend-report-2024/</w:t>
        </w:r>
      </w:hyperlink>
      <w:r>
        <w:t xml:space="preserve"> - This source details the interest in AI tools among travelers, particularly in finding accommodations and activities that fit their needs and budget, which is relevant to the use of AI for family trips and specific requirements.</w:t>
      </w:r>
      <w:r/>
    </w:p>
    <w:p>
      <w:pPr>
        <w:pStyle w:val="ListNumber"/>
        <w:spacing w:line="240" w:lineRule="auto"/>
        <w:ind w:left="720"/>
      </w:pPr>
      <w:r/>
      <w:hyperlink r:id="rId11">
        <w:r>
          <w:rPr>
            <w:color w:val="0000EE"/>
            <w:u w:val="single"/>
          </w:rPr>
          <w:t>https://www.hospitalitynet.org/opinion/4123572.html</w:t>
        </w:r>
      </w:hyperlink>
      <w:r>
        <w:t xml:space="preserve"> - This article discusses how AI enables proactive guest relations and predictive analytics, which can address unique personal requirements and enhance the overall travel experience.</w:t>
      </w:r>
      <w:r/>
    </w:p>
    <w:p>
      <w:pPr>
        <w:pStyle w:val="ListNumber"/>
        <w:spacing w:line="240" w:lineRule="auto"/>
        <w:ind w:left="720"/>
      </w:pPr>
      <w:r/>
      <w:hyperlink r:id="rId12">
        <w:r>
          <w:rPr>
            <w:color w:val="0000EE"/>
            <w:u w:val="single"/>
          </w:rPr>
          <w:t>https://www.beyondpricing.com/blog/ai-travel-trends</w:t>
        </w:r>
      </w:hyperlink>
      <w:r>
        <w:t xml:space="preserve"> - This source mentions the use of AI in refining pricing strategies and enhancing guest experiences, which is part of the broader trend of AI adoption in travel planning and hospitality.</w:t>
      </w:r>
      <w:r/>
    </w:p>
    <w:p>
      <w:pPr>
        <w:pStyle w:val="ListNumber"/>
        <w:spacing w:line="240" w:lineRule="auto"/>
        <w:ind w:left="720"/>
      </w:pPr>
      <w:r/>
      <w:hyperlink r:id="rId13">
        <w:r>
          <w:rPr>
            <w:color w:val="0000EE"/>
            <w:u w:val="single"/>
          </w:rPr>
          <w:t>https://noblestudios.com/industry/tourism-marketing/ai-travel-planners-dmos/</w:t>
        </w:r>
      </w:hyperlink>
      <w:r>
        <w:t xml:space="preserve"> - This article highlights Google’s AI-powered itinerary generator and other AI tools that streamline the planning process, offering personalized recommendations and experiences.</w:t>
      </w:r>
      <w:r/>
    </w:p>
    <w:p>
      <w:pPr>
        <w:pStyle w:val="ListNumber"/>
        <w:spacing w:line="240" w:lineRule="auto"/>
        <w:ind w:left="720"/>
      </w:pPr>
      <w:r/>
      <w:hyperlink r:id="rId14">
        <w:r>
          <w:rPr>
            <w:color w:val="0000EE"/>
            <w:u w:val="single"/>
          </w:rPr>
          <w:t>https://planingo.ai/blog/travel-trends-2024-shaping-the-future</w:t>
        </w:r>
      </w:hyperlink>
      <w:r>
        <w:t xml:space="preserve"> - This source explains how AI-generated itineraries can enhance wellness travel and digital nomad experiences, further supporting the versatility of AI in travel planning.</w:t>
      </w:r>
      <w:r/>
    </w:p>
    <w:p>
      <w:pPr>
        <w:pStyle w:val="ListNumber"/>
        <w:spacing w:line="240" w:lineRule="auto"/>
        <w:ind w:left="720"/>
      </w:pPr>
      <w:r/>
      <w:hyperlink r:id="rId12">
        <w:r>
          <w:rPr>
            <w:color w:val="0000EE"/>
            <w:u w:val="single"/>
          </w:rPr>
          <w:t>https://www.beyondpricing.com/blog/ai-travel-trends</w:t>
        </w:r>
      </w:hyperlink>
      <w:r>
        <w:t xml:space="preserve"> - This article discusses the future trends in AI and travel, including augmented reality and AI-driven language translation, which indicates the ongoing innovation and adoption of AI in the travel industry.</w:t>
      </w:r>
      <w:r/>
    </w:p>
    <w:p>
      <w:pPr>
        <w:pStyle w:val="ListNumber"/>
        <w:spacing w:line="240" w:lineRule="auto"/>
        <w:ind w:left="720"/>
      </w:pPr>
      <w:r/>
      <w:hyperlink r:id="rId15">
        <w:r>
          <w:rPr>
            <w:color w:val="0000EE"/>
            <w:u w:val="single"/>
          </w:rPr>
          <w:t>https://neefina.com/ai-travel-apps-how-guidegeek-is-revolutionizing-holiday-planning/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vshare.com/blog/travel-planning-with-ai-travel-trend-report-2024/" TargetMode="External"/><Relationship Id="rId11" Type="http://schemas.openxmlformats.org/officeDocument/2006/relationships/hyperlink" Target="https://www.hospitalitynet.org/opinion/4123572.html" TargetMode="External"/><Relationship Id="rId12" Type="http://schemas.openxmlformats.org/officeDocument/2006/relationships/hyperlink" Target="https://www.beyondpricing.com/blog/ai-travel-trends" TargetMode="External"/><Relationship Id="rId13" Type="http://schemas.openxmlformats.org/officeDocument/2006/relationships/hyperlink" Target="https://noblestudios.com/industry/tourism-marketing/ai-travel-planners-dmos/" TargetMode="External"/><Relationship Id="rId14" Type="http://schemas.openxmlformats.org/officeDocument/2006/relationships/hyperlink" Target="https://planingo.ai/blog/travel-trends-2024-shaping-the-future" TargetMode="External"/><Relationship Id="rId15" Type="http://schemas.openxmlformats.org/officeDocument/2006/relationships/hyperlink" Target="https://neefina.com/ai-travel-apps-how-guidegeek-is-revolutionizing-holiday-plan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