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Troveo unveils new platform to bridge creators and AI companies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Troveo Unveils New Platform to Bridge Creators and AI Companies</w:t>
      </w:r>
      <w:r/>
    </w:p>
    <w:p>
      <w:r/>
      <w:r>
        <w:t>A new venture has emerged at the intersection of creativity and artificial intelligence. Marty Pesis, the entrepreneurial mind previously behind Vouch, has launched Troveo—a platform designed to empower content creators in managing and monetising their intellectual property within the AI landscape. This initiative is backed by a notable $4.5 million in seed funding and promises to redefine the way content owners interact with AI companies.</w:t>
      </w:r>
      <w:r/>
    </w:p>
    <w:p>
      <w:r/>
      <w:r>
        <w:t>Troveo's debut is bolstered by investment from Seven Seven Six, an early-stage venture capital firm established by Reddit co-founder Alexis Ohanian. The platform also enjoys support from high-profile angel investors, including Zynga founder Mark Pincus, industry figures Siqi Chen and Andreas Klinger. Such backing reflects the growing interest and confidence in the potential of Troveo’s business model.</w:t>
      </w:r>
      <w:r/>
    </w:p>
    <w:p>
      <w:r/>
      <w:r>
        <w:t>The platform aims to serve a diverse range of content owners, including filmmakers, production companies, and creators. Troveo facilitates licensing arrangements that allow these parties to retain ownership of their content while supporting AI entities in accessing high-quality data to train machine learning models. As part of its initial rollout, the company has already secured agreements with leading AI companies to channel more than $5 million back to content owners and digital rights managers by the end of the year.</w:t>
      </w:r>
      <w:r/>
    </w:p>
    <w:p>
      <w:r/>
      <w:r>
        <w:t>Joining Pesis in this venture is Trent Krupp, who steps in as the Chief Revenue Officer. Krupp brings a wealth of experience from his tenure at Impact, the so-called LinkedIn for Hollywood created by Ron Howard and Brian Grazer for industry crew workers. His expertise is expected to help push Troveo’s vision forward.</w:t>
      </w:r>
      <w:r/>
    </w:p>
    <w:p>
      <w:r/>
      <w:r>
        <w:t xml:space="preserve">Troveo arrives at a time marked by a significant regulatory void in AI legislation. As AI companies increasingly extract and utilise data from the internet, often without compensation to the data's originators, Troveo positions itself as a remedy to this unregulated practice. The platform aims to provide a structured environment where creators can profit fairly from their contributions to the AI sector. </w:t>
      </w:r>
      <w:r/>
    </w:p>
    <w:p>
      <w:r/>
      <w:r>
        <w:t>CEO Marty Pesis expressed that while AI entities have not always been favourably viewed within the creative community, Troveo offers a new, cooperative approach. "AI companies have been seen as adversaries to the creative industry, but we believe there’s a better path forward. We’re enabling creators to work side-by-side with AI companies in a way that ensures they are fairly compensated for their contributions," Pesis commented.</w:t>
      </w:r>
      <w:r/>
    </w:p>
    <w:p>
      <w:r/>
      <w:r>
        <w:t>The central offering of Troveo is its licensing platform which allows content owners to upload their work and strike licensing deals conducive to their interests. Creators maintain full ownership rights, granting them the ability to license their content multiple times, thus opening new revenue channels.</w:t>
      </w:r>
      <w:r/>
    </w:p>
    <w:p>
      <w:r/>
      <w:r>
        <w:t>Investors like Ohanian are optimistic, noting, "There’s significant traction in the data training space. Creatives are looking for more revenue streams, and AI companies are seeking quality data." This sentiment underpins the wider vision of Troveo to cultivate a harmonious relationship between tech innovators and the creative sector.</w:t>
      </w:r>
      <w:r/>
    </w:p>
    <w:p>
      <w:r/>
      <w:r>
        <w:t>Pesis' history of successful ventures adds credibility to this new initiative. From founding and selling SociaLink to facilitating celebrity engagements through Cameo, and most recently, creating Vouch before its acquisition by MrBeast, Pesis continues to demonstrate his ability to innovate within the digital ecosystem.</w:t>
      </w:r>
      <w:r/>
    </w:p>
    <w:p>
      <w:r/>
      <w:r>
        <w:t>As Troveo sets its sights on reshaping the collaborative landscape between creators and AI companies, the industry will be watching closely to see how this innovative approach transforms content licensing and AI training practices.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https://www.hollywoodreporter.com/business/business-news/troveo-launch-content-license-ai-reddit-zynga-founders-1236047368/</w:t>
        </w:r>
      </w:hyperlink>
      <w:r>
        <w:t xml:space="preserve"> - Corroborates the launch of Troveo, its funding, and the involvement of Reddit and Zynga founders.</w:t>
      </w:r>
      <w:r/>
    </w:p>
    <w:p>
      <w:pPr>
        <w:pStyle w:val="ListNumber"/>
        <w:spacing w:line="240" w:lineRule="auto"/>
        <w:ind w:left="720"/>
      </w:pPr>
      <w:r/>
      <w:hyperlink r:id="rId11">
        <w:r>
          <w:rPr>
            <w:color w:val="0000EE"/>
            <w:u w:val="single"/>
          </w:rPr>
          <w:t>https://www.webwire.com/ViewPressRel.asp?aId=329037</w:t>
        </w:r>
      </w:hyperlink>
      <w:r>
        <w:t xml:space="preserve"> - Confirms Troveo's $4.5 million in seed funding and its mission to help creators monetize in the AI era.</w:t>
      </w:r>
      <w:r/>
    </w:p>
    <w:p>
      <w:pPr>
        <w:pStyle w:val="ListNumber"/>
        <w:spacing w:line="240" w:lineRule="auto"/>
        <w:ind w:left="720"/>
      </w:pPr>
      <w:r/>
      <w:hyperlink r:id="rId12">
        <w:r>
          <w:rPr>
            <w:color w:val="0000EE"/>
            <w:u w:val="single"/>
          </w:rPr>
          <w:t>https://ourladyoftheassumptionparish.ca/2024/11/02/patheur/UBs20409dXe27cO.html</w:t>
        </w:r>
      </w:hyperlink>
      <w:r>
        <w:t xml:space="preserve"> - Details Troveo's agreements with AI companies to pay over $5 million to content owners and digital rights managers.</w:t>
      </w:r>
      <w:r/>
    </w:p>
    <w:p>
      <w:pPr>
        <w:pStyle w:val="ListNumber"/>
        <w:spacing w:line="240" w:lineRule="auto"/>
        <w:ind w:left="720"/>
      </w:pPr>
      <w:r/>
      <w:hyperlink r:id="rId13">
        <w:r>
          <w:rPr>
            <w:color w:val="0000EE"/>
            <w:u w:val="single"/>
          </w:rPr>
          <w:t>https://news.thepublishpress.com/p/how-to-make-money-when-ai-uses-your-content</w:t>
        </w:r>
      </w:hyperlink>
      <w:r>
        <w:t xml:space="preserve"> - Explains how Troveo facilitates licensing deals between content owners and AI companies on a per-model or per-year basis.</w:t>
      </w:r>
      <w:r/>
    </w:p>
    <w:p>
      <w:pPr>
        <w:pStyle w:val="ListNumber"/>
        <w:spacing w:line="240" w:lineRule="auto"/>
        <w:ind w:left="720"/>
      </w:pPr>
      <w:r/>
      <w:hyperlink r:id="rId14">
        <w:r>
          <w:rPr>
            <w:color w:val="0000EE"/>
            <w:u w:val="single"/>
          </w:rPr>
          <w:t>https://www.linkedin.com/posts/mpesis_reddit-zynga-founders-funding-new-platform-activity-7258201952579133440-9Yeh</w:t>
        </w:r>
      </w:hyperlink>
      <w:r>
        <w:t xml:space="preserve"> - Mentions the launch of Troveo and its goal to cross $5 million in payouts to partners.</w:t>
      </w:r>
      <w:r/>
    </w:p>
    <w:p>
      <w:pPr>
        <w:pStyle w:val="ListNumber"/>
        <w:spacing w:line="240" w:lineRule="auto"/>
        <w:ind w:left="720"/>
      </w:pPr>
      <w:r/>
      <w:hyperlink r:id="rId10">
        <w:r>
          <w:rPr>
            <w:color w:val="0000EE"/>
            <w:u w:val="single"/>
          </w:rPr>
          <w:t>https://www.hollywoodreporter.com/business/business-news/troveo-launch-content-license-ai-reddit-zynga-founders-1236047368/</w:t>
        </w:r>
      </w:hyperlink>
      <w:r>
        <w:t xml:space="preserve"> - Provides details on the investment from Seven Seven Six and the involvement of high-profile angel investors like Mark Pincus.</w:t>
      </w:r>
      <w:r/>
    </w:p>
    <w:p>
      <w:pPr>
        <w:pStyle w:val="ListNumber"/>
        <w:spacing w:line="240" w:lineRule="auto"/>
        <w:ind w:left="720"/>
      </w:pPr>
      <w:r/>
      <w:hyperlink r:id="rId11">
        <w:r>
          <w:rPr>
            <w:color w:val="0000EE"/>
            <w:u w:val="single"/>
          </w:rPr>
          <w:t>https://www.webwire.com/ViewPressRel.asp?aId=329037</w:t>
        </w:r>
      </w:hyperlink>
      <w:r>
        <w:t xml:space="preserve"> - Supports the diverse range of content owners Troveo aims to serve, including filmmakers and production companies.</w:t>
      </w:r>
      <w:r/>
    </w:p>
    <w:p>
      <w:pPr>
        <w:pStyle w:val="ListNumber"/>
        <w:spacing w:line="240" w:lineRule="auto"/>
        <w:ind w:left="720"/>
      </w:pPr>
      <w:r/>
      <w:hyperlink r:id="rId12">
        <w:r>
          <w:rPr>
            <w:color w:val="0000EE"/>
            <w:u w:val="single"/>
          </w:rPr>
          <w:t>https://ourladyoftheassumptionparish.ca/2024/11/02/patheur/UBs20409dXe27cO.html</w:t>
        </w:r>
      </w:hyperlink>
      <w:r>
        <w:t xml:space="preserve"> - Corroborates the regulatory void in AI legislation and Troveo's role in providing a structured environment for fair compensation.</w:t>
      </w:r>
      <w:r/>
    </w:p>
    <w:p>
      <w:pPr>
        <w:pStyle w:val="ListNumber"/>
        <w:spacing w:line="240" w:lineRule="auto"/>
        <w:ind w:left="720"/>
      </w:pPr>
      <w:r/>
      <w:hyperlink r:id="rId13">
        <w:r>
          <w:rPr>
            <w:color w:val="0000EE"/>
            <w:u w:val="single"/>
          </w:rPr>
          <w:t>https://news.thepublishpress.com/p/how-to-make-money-when-ai-uses-your-content</w:t>
        </w:r>
      </w:hyperlink>
      <w:r>
        <w:t xml:space="preserve"> - Details the central offering of Troveo's licensing platform and the maintenance of full ownership rights by creators.</w:t>
      </w:r>
      <w:r/>
    </w:p>
    <w:p>
      <w:pPr>
        <w:pStyle w:val="ListNumber"/>
        <w:spacing w:line="240" w:lineRule="auto"/>
        <w:ind w:left="720"/>
      </w:pPr>
      <w:r/>
      <w:hyperlink r:id="rId10">
        <w:r>
          <w:rPr>
            <w:color w:val="0000EE"/>
            <w:u w:val="single"/>
          </w:rPr>
          <w:t>https://www.hollywoodreporter.com/business/business-news/troveo-launch-content-license-ai-reddit-zynga-founders-1236047368/</w:t>
        </w:r>
      </w:hyperlink>
      <w:r>
        <w:t xml:space="preserve"> - Quotes CEO Marty Pesis on the cooperative approach between creators and AI companies.</w:t>
      </w:r>
      <w:r/>
    </w:p>
    <w:p>
      <w:pPr>
        <w:pStyle w:val="ListNumber"/>
        <w:spacing w:line="240" w:lineRule="auto"/>
        <w:ind w:left="720"/>
      </w:pPr>
      <w:r/>
      <w:hyperlink r:id="rId10">
        <w:r>
          <w:rPr>
            <w:color w:val="0000EE"/>
            <w:u w:val="single"/>
          </w:rPr>
          <w:t>https://www.hollywoodreporter.com/business/business-news/troveo-launch-content-license-ai-reddit-zynga-founders-1236047368/</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hollywoodreporter.com/business/business-news/troveo-launch-content-license-ai-reddit-zynga-founders-1236047368/" TargetMode="External"/><Relationship Id="rId11" Type="http://schemas.openxmlformats.org/officeDocument/2006/relationships/hyperlink" Target="https://www.webwire.com/ViewPressRel.asp?aId=329037" TargetMode="External"/><Relationship Id="rId12" Type="http://schemas.openxmlformats.org/officeDocument/2006/relationships/hyperlink" Target="https://ourladyoftheassumptionparish.ca/2024/11/02/patheur/UBs20409dXe27cO.html" TargetMode="External"/><Relationship Id="rId13" Type="http://schemas.openxmlformats.org/officeDocument/2006/relationships/hyperlink" Target="https://news.thepublishpress.com/p/how-to-make-money-when-ai-uses-your-content" TargetMode="External"/><Relationship Id="rId14" Type="http://schemas.openxmlformats.org/officeDocument/2006/relationships/hyperlink" Target="https://www.linkedin.com/posts/mpesis_reddit-zynga-founders-funding-new-platform-activity-7258201952579133440-9Yeh"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