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enhances applications with AI-powered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under Alphabet Inc., has unveiled enhancements to its suite of popular applications, including Google Maps, Waze, and Google Earth, through advanced generative AI capabilities powered by its Gemini AI model. These updates mark Google's latest stride in incorporating artificial intelligence into everyday technology, creating more interactive and intelligent user experiences.</w:t>
      </w:r>
      <w:r/>
    </w:p>
    <w:p>
      <w:r/>
      <w:r>
        <w:t>In Google Maps, users are now presented with a more personalised approach to exploring their environment. The new feature allows users to query Google Maps for recommendations on activities and destinations, tailored by the Gemini AI. For instance, a query such as "things to do with friends at night" will yield a curated list of local suggestions, complete with summarised reviews. Users can further interact with the system by asking successive questions concerning logistics such as parking availability or outdoor seating options at a venue.</w:t>
      </w:r>
      <w:r/>
    </w:p>
    <w:p>
      <w:r/>
      <w:r>
        <w:t>Waze, another application under the Alphabet umbrella, now boasts a Conversational Reporting feature. This update enables users to report incidents within their commute, such as traffic jams, potholes, or accidents, by simply speaking after activating the reporting function. The Gemini AI plays a pivotal role in interpreting these verbal reports, integrating them into the live map, and prompting users with pertinent follow-up questions to better classify the incident. The feature is set for an initial beta release to a select group of English-speaking users, with plans for broader language and geographical expansion in the upcoming months.</w:t>
      </w:r>
      <w:r/>
    </w:p>
    <w:p>
      <w:r/>
      <w:r>
        <w:t>Google Earth has also been revamped with AI enhancements aimed at developers and urban planners. The introduction of a feature called "Grounding" allows developers to incorporate Google's extensive place data into their applications, ensuring that AI-generated answers are accurate and reflect the latest updates from over 250 million locations catalogued in Google Maps. Starting next month, Gemini AI will extend its capabilities to Google Earth, offering urban planners detailed insights at city levels, thereby streamlining the data analysis process significantly.</w:t>
      </w:r>
      <w:r/>
    </w:p>
    <w:p>
      <w:r/>
      <w:r>
        <w:t>These innovative updates from Google are seen in the context of an ongoing competitive landscape, with major tech companies like OpenAI pushing similar advancements. OpenAI recently announced that its ChatGPT now has the ability to browse the internet for real-time updates on news, sports scores, and stock information, escalating the race to integrate AI seamlessly into consumer technologies.</w:t>
      </w:r>
      <w:r/>
    </w:p>
    <w:p>
      <w:r/>
      <w:r>
        <w:t>Despite these technological advances, Alphabet’s stock experienced a marginal decline. At the close of the most recent trading session, Alphabet shares were priced at $172.65, reflecting a slight drop of 0.02%, as reported by Benzinga Pro.</w:t>
      </w:r>
      <w:r/>
    </w:p>
    <w:p>
      <w:r/>
      <w:r>
        <w:t>These developments highlight the continuing evolution of AI in improving digital services and user interactions, as companies leverage their capabilities to offer smarter, more responsive tools to consumers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https://www.cnet.com/tech/services-and-software/google-maps-meet-gemini-new-ai-tools-coming-to-maps-and-waze/</w:t>
        </w:r>
      </w:hyperlink>
      <w:r>
        <w:t xml:space="preserve"> - Corroborates the integration of Gemini AI into Google Maps for personalized recommendations and the ability to ask follow-up questions about venues.</w:t>
      </w:r>
      <w:r/>
    </w:p>
    <w:p>
      <w:pPr>
        <w:pStyle w:val="ListNumber"/>
        <w:spacing w:line="240" w:lineRule="auto"/>
        <w:ind w:left="720"/>
      </w:pPr>
      <w:r/>
      <w:hyperlink r:id="rId11">
        <w:r>
          <w:rPr>
            <w:color w:val="0000EE"/>
            <w:u w:val="single"/>
          </w:rPr>
          <w:t>https://www.newsbytesapp.com/news/science/google-maps-gets-gemini-ai-powered-features-for-personalized-recommendations/story</w:t>
        </w:r>
      </w:hyperlink>
      <w:r>
        <w:t xml:space="preserve"> - Supports the feature of Gemini AI generating activity plans and summarizing reviews for places in Google Maps.</w:t>
      </w:r>
      <w:r/>
    </w:p>
    <w:p>
      <w:pPr>
        <w:pStyle w:val="ListNumber"/>
        <w:spacing w:line="240" w:lineRule="auto"/>
        <w:ind w:left="720"/>
      </w:pPr>
      <w:r/>
      <w:hyperlink r:id="rId12">
        <w:r>
          <w:rPr>
            <w:color w:val="0000EE"/>
            <w:u w:val="single"/>
          </w:rPr>
          <w:t>https://www.tomsguide.com/computing/mobile-apps/google-maps-just-got-a-huge-upgrade-with-gemini-ai-heres-all-the-new-features</w:t>
        </w:r>
      </w:hyperlink>
      <w:r>
        <w:t xml:space="preserve"> - Details the new AI features in Google Maps, including asking complex questions and receiving curated recommendations powered by Gemini.</w:t>
      </w:r>
      <w:r/>
    </w:p>
    <w:p>
      <w:pPr>
        <w:pStyle w:val="ListNumber"/>
        <w:spacing w:line="240" w:lineRule="auto"/>
        <w:ind w:left="720"/>
      </w:pPr>
      <w:r/>
      <w:hyperlink r:id="rId13">
        <w:r>
          <w:rPr>
            <w:color w:val="0000EE"/>
            <w:u w:val="single"/>
          </w:rPr>
          <w:t>https://timesofindia.indiatimes.com/technology/tech-news/google-maps-reaches-this-milestone-three-major-ai-updates-coming-to-app/articleshow/114852393.cms</w:t>
        </w:r>
      </w:hyperlink>
      <w:r>
        <w:t xml:space="preserve"> - Explains the integration of Gemini AI for open-ended questions and detailed inquiries about locations in Google Maps.</w:t>
      </w:r>
      <w:r/>
    </w:p>
    <w:p>
      <w:pPr>
        <w:pStyle w:val="ListNumber"/>
        <w:spacing w:line="240" w:lineRule="auto"/>
        <w:ind w:left="720"/>
      </w:pPr>
      <w:r/>
      <w:hyperlink r:id="rId14">
        <w:r>
          <w:rPr>
            <w:color w:val="0000EE"/>
            <w:u w:val="single"/>
          </w:rPr>
          <w:t>https://techcrunch.com/2024/10/31/google-maps-is-getting-new-ai-features-powered-by-gemini/</w:t>
        </w:r>
      </w:hyperlink>
      <w:r>
        <w:t xml:space="preserve"> - Describes how Gemini AI enhances navigation features and provides recommendations for places to visit and things to do in Google Maps.</w:t>
      </w:r>
      <w:r/>
    </w:p>
    <w:p>
      <w:pPr>
        <w:pStyle w:val="ListNumber"/>
        <w:spacing w:line="240" w:lineRule="auto"/>
        <w:ind w:left="720"/>
      </w:pPr>
      <w:r/>
      <w:hyperlink r:id="rId10">
        <w:r>
          <w:rPr>
            <w:color w:val="0000EE"/>
            <w:u w:val="single"/>
          </w:rPr>
          <w:t>https://www.cnet.com/tech/services-and-software/google-maps-meet-gemini-new-ai-tools-coming-to-maps-and-waze/</w:t>
        </w:r>
      </w:hyperlink>
      <w:r>
        <w:t xml:space="preserve"> - Supports the introduction of the Conversational Reporting feature in Waze, powered by Gemini AI.</w:t>
      </w:r>
      <w:r/>
    </w:p>
    <w:p>
      <w:pPr>
        <w:pStyle w:val="ListNumber"/>
        <w:spacing w:line="240" w:lineRule="auto"/>
        <w:ind w:left="720"/>
      </w:pPr>
      <w:r/>
      <w:hyperlink r:id="rId11">
        <w:r>
          <w:rPr>
            <w:color w:val="0000EE"/>
            <w:u w:val="single"/>
          </w:rPr>
          <w:t>https://www.newsbytesapp.com/news/science/google-maps-gets-gemini-ai-powered-features-for-personalized-recommendations/story</w:t>
        </w:r>
      </w:hyperlink>
      <w:r>
        <w:t xml:space="preserve"> - Mentions the Conversational Reporting feature in Waze and its ability to interpret verbal reports and prompt follow-up questions.</w:t>
      </w:r>
      <w:r/>
    </w:p>
    <w:p>
      <w:pPr>
        <w:pStyle w:val="ListNumber"/>
        <w:spacing w:line="240" w:lineRule="auto"/>
        <w:ind w:left="720"/>
      </w:pPr>
      <w:r/>
      <w:hyperlink r:id="rId13">
        <w:r>
          <w:rPr>
            <w:color w:val="0000EE"/>
            <w:u w:val="single"/>
          </w:rPr>
          <w:t>https://timesofindia.indiatimes.com/technology/tech-news/google-maps-reaches-this-milestone-three-major-ai-updates-coming-to-app/articleshow/114852393.cms</w:t>
        </w:r>
      </w:hyperlink>
      <w:r>
        <w:t xml:space="preserve"> - Does not directly mention Google Earth updates but explains the broader use of Gemini AI in enhancing Google's services, including potential applications for urban planners.</w:t>
      </w:r>
      <w:r/>
    </w:p>
    <w:p>
      <w:pPr>
        <w:pStyle w:val="ListNumber"/>
        <w:spacing w:line="240" w:lineRule="auto"/>
        <w:ind w:left="720"/>
      </w:pPr>
      <w:r/>
      <w:hyperlink r:id="rId10">
        <w:r>
          <w:rPr>
            <w:color w:val="0000EE"/>
            <w:u w:val="single"/>
          </w:rPr>
          <w:t>https://www.cnet.com/tech/services-and-software/google-maps-meet-gemini-new-ai-tools-coming-to-maps-and-waze/</w:t>
        </w:r>
      </w:hyperlink>
      <w:r>
        <w:t xml:space="preserve"> - Discusses the 'grounding' process to ensure AI-generated answers are accurate, which could be relevant to Google Earth updates.</w:t>
      </w:r>
      <w:r/>
    </w:p>
    <w:p>
      <w:pPr>
        <w:pStyle w:val="ListNumber"/>
        <w:spacing w:line="240" w:lineRule="auto"/>
        <w:ind w:left="720"/>
      </w:pPr>
      <w:r/>
      <w:hyperlink r:id="rId14">
        <w:r>
          <w:rPr>
            <w:color w:val="0000EE"/>
            <w:u w:val="single"/>
          </w:rPr>
          <w:t>https://techcrunch.com/2024/10/31/google-maps-is-getting-new-ai-features-powered-by-gemini/</w:t>
        </w:r>
      </w:hyperlink>
      <w:r>
        <w:t xml:space="preserve"> - Provides context on the competitive landscape of AI integration, including mentions of other companies like OpenAI.</w:t>
      </w:r>
      <w:r/>
    </w:p>
    <w:p>
      <w:pPr>
        <w:pStyle w:val="ListNumber"/>
        <w:spacing w:line="240" w:lineRule="auto"/>
        <w:ind w:left="720"/>
      </w:pPr>
      <w:r/>
      <w:hyperlink r:id="rId13">
        <w:r>
          <w:rPr>
            <w:color w:val="0000EE"/>
            <w:u w:val="single"/>
          </w:rPr>
          <w:t>https://timesofindia.indiatimes.com/technology/tech-news/google-maps-reaches-this-milestone-three-major-ai-updates-coming-to-app/articleshow/114852393.cms</w:t>
        </w:r>
      </w:hyperlink>
      <w:r>
        <w:t xml:space="preserve"> - Highlights the ongoing evolution of AI in improving digital services and user interactions, reflecting the broader context of AI advancements.</w:t>
      </w:r>
      <w:r/>
    </w:p>
    <w:p>
      <w:pPr>
        <w:pStyle w:val="ListNumber"/>
        <w:spacing w:line="240" w:lineRule="auto"/>
        <w:ind w:left="720"/>
      </w:pPr>
      <w:r/>
      <w:hyperlink r:id="rId15">
        <w:r>
          <w:rPr>
            <w:color w:val="0000EE"/>
            <w:u w:val="single"/>
          </w:rPr>
          <w:t>https://www.benzinga.com/news/large-cap/24/11/41703422/google-delivers-new-ai-features-to-maps-google-earth-waze-apps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services-and-software/google-maps-meet-gemini-new-ai-tools-coming-to-maps-and-waze/" TargetMode="External"/><Relationship Id="rId11" Type="http://schemas.openxmlformats.org/officeDocument/2006/relationships/hyperlink" Target="https://www.newsbytesapp.com/news/science/google-maps-gets-gemini-ai-powered-features-for-personalized-recommendations/story" TargetMode="External"/><Relationship Id="rId12" Type="http://schemas.openxmlformats.org/officeDocument/2006/relationships/hyperlink" Target="https://www.tomsguide.com/computing/mobile-apps/google-maps-just-got-a-huge-upgrade-with-gemini-ai-heres-all-the-new-features" TargetMode="External"/><Relationship Id="rId13" Type="http://schemas.openxmlformats.org/officeDocument/2006/relationships/hyperlink" Target="https://timesofindia.indiatimes.com/technology/tech-news/google-maps-reaches-this-milestone-three-major-ai-updates-coming-to-app/articleshow/114852393.cms" TargetMode="External"/><Relationship Id="rId14" Type="http://schemas.openxmlformats.org/officeDocument/2006/relationships/hyperlink" Target="https://techcrunch.com/2024/10/31/google-maps-is-getting-new-ai-features-powered-by-gemini/" TargetMode="External"/><Relationship Id="rId15" Type="http://schemas.openxmlformats.org/officeDocument/2006/relationships/hyperlink" Target="https://www.benzinga.com/news/large-cap/24/11/41703422/google-delivers-new-ai-features-to-maps-google-earth-waze-ap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