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LAVA GENIE: A revolutionary step in musical instrument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LAVA GENIE: A Revolutionary Step in Musical Instrument Design</w:t>
      </w:r>
      <w:r/>
    </w:p>
    <w:p>
      <w:r/>
      <w:r>
        <w:t>Introducing innovation to the realm of musical instruments, the LAVA GENIE has appeared as a transformative tool for enthusiasts and professionals alike. Designed by LAVA Music Team, this state-of-the-art guitar embraces modern technology, doing away with traditional strings and incorporating touch-sensitive pads, thus redefining music learning and performance.</w:t>
      </w:r>
      <w:r/>
    </w:p>
    <w:p>
      <w:r/>
      <w:r>
        <w:rPr>
          <w:b/>
        </w:rPr>
        <w:t>Design and Functionality</w:t>
      </w:r>
      <w:r/>
    </w:p>
    <w:p>
      <w:r/>
      <w:r>
        <w:t>LAVA GENIE emerges as an all-in-one instrument, abandoning conventional strings in favour of TapPads - touch-sensitive and pressure-responsive interfaces. This feature makes it particularly accessible to individuals with hand disabilities or those who have struggled with traditional stringed instruments. The TapPads are fully customisable, allowing the user to manipulate chords, tempo, or infuse beats with simple presses and taps. This aspect shifts the musician’s experience, eliminating barriers and making it accommodating for beginners as well as experts.</w:t>
      </w:r>
      <w:r/>
    </w:p>
    <w:p>
      <w:r/>
      <w:r>
        <w:rPr>
          <w:b/>
        </w:rPr>
        <w:t>Technological Integration with LAVA+ App</w:t>
      </w:r>
      <w:r/>
    </w:p>
    <w:p>
      <w:r/>
      <w:r>
        <w:t>Central to the GENIE's innovation is the LAVA+ app, which offers an expansive library of tracks for users to explore and learn. Paired with an AI-powered engine, the app simplifies the process of transcribing personal compositions into chord charts, providing a unique learning experience. Musicians can upload audio files and see them transformed, with the GENIE syncing up seamlessly. The result is akin to having a personal music mentor ready to facilitate the artistic journey at any moment.</w:t>
      </w:r>
      <w:r/>
    </w:p>
    <w:p>
      <w:r/>
      <w:r>
        <w:rPr>
          <w:b/>
        </w:rPr>
        <w:t>Sound and Synth Capabilities</w:t>
      </w:r>
      <w:r/>
    </w:p>
    <w:p>
      <w:r/>
      <w:r>
        <w:t>The GENIE isn't simply a digital adaptation of a guitar; it houses more than 500 preloaded synths and sounds within its comprehensive sound bank. This includes a wide array of instruments, from piano and electric guitar to drums and nylon strings, effectively creating a mini recording studio within the device. Regular updates from LAVA Music ensure a continually expanding universe of sounds, keeping a musician’s repertoire fresh and dynamic.</w:t>
      </w:r>
      <w:r/>
    </w:p>
    <w:p>
      <w:r/>
      <w:r>
        <w:rPr>
          <w:b/>
        </w:rPr>
        <w:t>Customisation and Creative Modes</w:t>
      </w:r>
      <w:r/>
    </w:p>
    <w:p>
      <w:r/>
      <w:r>
        <w:t>The band width broadens with the introduction of Auto Mode, ideal for novices as it offers built-in harmonies and rhythm adjustments. Meanwhile, Creative Mode offers adept musicians a platform to tweak patterns, tempo, and other musical elements, allowing them to tailor their musical expressions. The device's five customisable TapPads further extend this creative flexibility, serving as dynamic zones for intense musical manipulations.</w:t>
      </w:r>
      <w:r/>
    </w:p>
    <w:p>
      <w:r/>
      <w:r>
        <w:rPr>
          <w:b/>
        </w:rPr>
        <w:t>Innovative Design Features</w:t>
      </w:r>
      <w:r/>
    </w:p>
    <w:p>
      <w:r/>
      <w:r>
        <w:t>A notable aspect of the GENIE is its integrated speaker system, eliminating the need for external amplifiers or headphones. A powerful 12-watt treble output, equipped with bass enhancement, brings studio-quality sound directly from the device’s sleek, modern body. Lightweight and travel-friendly, the GENIE features a folding hollow design and removable fretboard, enhancing portability without undermining sound integrity.</w:t>
      </w:r>
      <w:r/>
    </w:p>
    <w:p>
      <w:r/>
      <w:r>
        <w:rPr>
          <w:b/>
        </w:rPr>
        <w:t>Portability and Versatility</w:t>
      </w:r>
      <w:r/>
    </w:p>
    <w:p>
      <w:r/>
      <w:r>
        <w:t>A mere 35% thinner than most traditional instruments, the device is tailored for mobility, suitable for impromptu performances whether in a casual setting or travel scenario. Its portability does not compromise on performance, rendering it an excellent choice for musicians who prize flexibility and the ability to easily access creative ventures wherever they might be.</w:t>
      </w:r>
      <w:r/>
    </w:p>
    <w:p>
      <w:r/>
      <w:r>
        <w:t>The LAVA GENIE, thus, carves out a new niche in the musical instrument market, bridging the gap between an electronic musician's toolkit and a traditional performance experience. By doing so, it offers users the appearance and feel of a classic rockstar, simultaneously harnessing advanced digital capabilities, ultimately extending the horizons of what musicians can achieve with just a touchpad.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https://www.youtube.com/watch?v=WkbwnP3YjFk</w:t>
        </w:r>
      </w:hyperlink>
      <w:r>
        <w:t xml:space="preserve"> - Corroborates the design and functionality of LAVA GENIE, including the use of TapPads and its accessibility features.</w:t>
      </w:r>
      <w:r/>
    </w:p>
    <w:p>
      <w:pPr>
        <w:pStyle w:val="ListNumber"/>
        <w:spacing w:line="240" w:lineRule="auto"/>
        <w:ind w:left="720"/>
      </w:pPr>
      <w:r/>
      <w:hyperlink r:id="rId11">
        <w:r>
          <w:rPr>
            <w:color w:val="0000EE"/>
            <w:u w:val="single"/>
          </w:rPr>
          <w:t>https://www.youtube.com/watch?v=RGRtNCxhuNI</w:t>
        </w:r>
      </w:hyperlink>
      <w:r>
        <w:t xml:space="preserve"> - Supports the innovative design and technological integration of LAVA GENIE, including its smart sampler features.</w:t>
      </w:r>
      <w:r/>
    </w:p>
    <w:p>
      <w:pPr>
        <w:pStyle w:val="ListNumber"/>
        <w:spacing w:line="240" w:lineRule="auto"/>
        <w:ind w:left="720"/>
      </w:pPr>
      <w:r/>
      <w:hyperlink r:id="rId12">
        <w:r>
          <w:rPr>
            <w:color w:val="0000EE"/>
            <w:u w:val="single"/>
          </w:rPr>
          <w:t>https://www.lavamusic.com/m-lava-genie?srsltid=AfmBOorDm6-W3AIUmMtpZHP75sTRJQIQXs6lbgRaNPPBmMjQuT6VHABs</w:t>
        </w:r>
      </w:hyperlink>
      <w:r>
        <w:t xml:space="preserve"> - Details the sound and synth capabilities, including the preloaded synths and sounds within the GENIE's sound bank.</w:t>
      </w:r>
      <w:r/>
    </w:p>
    <w:p>
      <w:pPr>
        <w:pStyle w:val="ListNumber"/>
        <w:spacing w:line="240" w:lineRule="auto"/>
        <w:ind w:left="720"/>
      </w:pPr>
      <w:r/>
      <w:hyperlink r:id="rId13">
        <w:r>
          <w:rPr>
            <w:color w:val="0000EE"/>
            <w:u w:val="single"/>
          </w:rPr>
          <w:t>https://www.lavamusic.com/lava-genie/order?srsltid=AfmBOoqrt0SxULz7Am-MjOP-Ma-gsAqCNSElq0AZLhFNYDK5TF-8zcCh</w:t>
        </w:r>
      </w:hyperlink>
      <w:r>
        <w:t xml:space="preserve"> - Provides information on the portability and versatility of the LAVA GENIE, including its compact design and travel-friendly features.</w:t>
      </w:r>
      <w:r/>
    </w:p>
    <w:p>
      <w:pPr>
        <w:pStyle w:val="ListNumber"/>
        <w:spacing w:line="240" w:lineRule="auto"/>
        <w:ind w:left="720"/>
      </w:pPr>
      <w:r/>
      <w:hyperlink r:id="rId14">
        <w:r>
          <w:rPr>
            <w:color w:val="0000EE"/>
            <w:u w:val="single"/>
          </w:rPr>
          <w:t>https://www.kickstarter.com/projects/2073384220/lava-genie-sampler-guitar-60-seconds-to-musical-freedom/description</w:t>
        </w:r>
      </w:hyperlink>
      <w:r>
        <w:t xml:space="preserve"> - Supports the overall innovation and design of the LAVA GENIE, highlighting its unique features and musical freedom.</w:t>
      </w:r>
      <w:r/>
    </w:p>
    <w:p>
      <w:pPr>
        <w:pStyle w:val="ListNumber"/>
        <w:spacing w:line="240" w:lineRule="auto"/>
        <w:ind w:left="720"/>
      </w:pPr>
      <w:r/>
      <w:hyperlink r:id="rId10">
        <w:r>
          <w:rPr>
            <w:color w:val="0000EE"/>
            <w:u w:val="single"/>
          </w:rPr>
          <w:t>https://www.youtube.com/watch?v=WkbwnP3YjFk</w:t>
        </w:r>
      </w:hyperlink>
      <w:r>
        <w:t xml:space="preserve"> - Explains the technological integration with the LAVA+ app and its AI-powered engine for learning and composition.</w:t>
      </w:r>
      <w:r/>
    </w:p>
    <w:p>
      <w:pPr>
        <w:pStyle w:val="ListNumber"/>
        <w:spacing w:line="240" w:lineRule="auto"/>
        <w:ind w:left="720"/>
      </w:pPr>
      <w:r/>
      <w:hyperlink r:id="rId12">
        <w:r>
          <w:rPr>
            <w:color w:val="0000EE"/>
            <w:u w:val="single"/>
          </w:rPr>
          <w:t>https://www.lavamusic.com/m-lava-genie?srsltid=AfmBOorDm6-W3AIUmMtpZHP75sTRJQIQXs6lbgRaNPPBmMjQuT6VHABs</w:t>
        </w:r>
      </w:hyperlink>
      <w:r>
        <w:t xml:space="preserve"> - Details the customisation and creative modes available on the LAVA GENIE, including Auto Mode and Creative Mode.</w:t>
      </w:r>
      <w:r/>
    </w:p>
    <w:p>
      <w:pPr>
        <w:pStyle w:val="ListNumber"/>
        <w:spacing w:line="240" w:lineRule="auto"/>
        <w:ind w:left="720"/>
      </w:pPr>
      <w:r/>
      <w:hyperlink r:id="rId11">
        <w:r>
          <w:rPr>
            <w:color w:val="0000EE"/>
            <w:u w:val="single"/>
          </w:rPr>
          <w:t>https://www.youtube.com/watch?v=RGRtNCxhuNI</w:t>
        </w:r>
      </w:hyperlink>
      <w:r>
        <w:t xml:space="preserve"> - Highlights the innovative design features, such as the integrated speaker system and the device's sleek, modern body.</w:t>
      </w:r>
      <w:r/>
    </w:p>
    <w:p>
      <w:pPr>
        <w:pStyle w:val="ListNumber"/>
        <w:spacing w:line="240" w:lineRule="auto"/>
        <w:ind w:left="720"/>
      </w:pPr>
      <w:r/>
      <w:hyperlink r:id="rId13">
        <w:r>
          <w:rPr>
            <w:color w:val="0000EE"/>
            <w:u w:val="single"/>
          </w:rPr>
          <w:t>https://www.lavamusic.com/lava-genie/order?srsltid=AfmBOoqrt0SxULz7Am-MjOP-Ma-gsAqCNSElq0AZLhFNYDK5TF-8zcCh</w:t>
        </w:r>
      </w:hyperlink>
      <w:r>
        <w:t xml:space="preserve"> - Supports the portability and versatility of the LAVA GENIE, including its folding hollow design and removable fretboard.</w:t>
      </w:r>
      <w:r/>
    </w:p>
    <w:p>
      <w:pPr>
        <w:pStyle w:val="ListNumber"/>
        <w:spacing w:line="240" w:lineRule="auto"/>
        <w:ind w:left="720"/>
      </w:pPr>
      <w:r/>
      <w:hyperlink r:id="rId14">
        <w:r>
          <w:rPr>
            <w:color w:val="0000EE"/>
            <w:u w:val="single"/>
          </w:rPr>
          <w:t>https://www.kickstarter.com/projects/2073384220/lava-genie-sampler-guitar-60-seconds-to-musical-freedom/description</w:t>
        </w:r>
      </w:hyperlink>
      <w:r>
        <w:t xml:space="preserve"> - Corroborates the overall portability and travel-friendly nature of the LAVA GENIE, suitable for various performance settings.</w:t>
      </w:r>
      <w:r/>
    </w:p>
    <w:p>
      <w:pPr>
        <w:pStyle w:val="ListNumber"/>
        <w:spacing w:line="240" w:lineRule="auto"/>
        <w:ind w:left="720"/>
      </w:pPr>
      <w:r/>
      <w:hyperlink r:id="rId10">
        <w:r>
          <w:rPr>
            <w:color w:val="0000EE"/>
            <w:u w:val="single"/>
          </w:rPr>
          <w:t>https://www.youtube.com/watch?v=WkbwnP3YjFk</w:t>
        </w:r>
      </w:hyperlink>
      <w:r>
        <w:t xml:space="preserve"> - Provides a comprehensive overview of the LAVA GENIE's features, including its compact design and user-friendly interface.</w:t>
      </w:r>
      <w:r/>
    </w:p>
    <w:p>
      <w:pPr>
        <w:pStyle w:val="ListNumber"/>
        <w:spacing w:line="240" w:lineRule="auto"/>
        <w:ind w:left="720"/>
      </w:pPr>
      <w:r/>
      <w:hyperlink r:id="rId15">
        <w:r>
          <w:rPr>
            <w:color w:val="0000EE"/>
            <w:u w:val="single"/>
          </w:rPr>
          <w:t>https://www.yankodesign.com/2024/11/03/stringless-sampler-guitar-with-a-built-in-speaker-and-ai-music-app-turns-you-into-a-one-man-band/?utm_source=rss&amp;utm_medium=rss&amp;utm_campaign=stringless-sampler-guitar-with-a-built-in-speaker-and-ai-music-app-turns-you-into-a-one-man-ba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WkbwnP3YjFk" TargetMode="External"/><Relationship Id="rId11" Type="http://schemas.openxmlformats.org/officeDocument/2006/relationships/hyperlink" Target="https://www.youtube.com/watch?v=RGRtNCxhuNI" TargetMode="External"/><Relationship Id="rId12" Type="http://schemas.openxmlformats.org/officeDocument/2006/relationships/hyperlink" Target="https://www.lavamusic.com/m-lava-genie?srsltid=AfmBOorDm6-W3AIUmMtpZHP75sTRJQIQXs6lbgRaNPPBmMjQuT6VHABs" TargetMode="External"/><Relationship Id="rId13" Type="http://schemas.openxmlformats.org/officeDocument/2006/relationships/hyperlink" Target="https://www.lavamusic.com/lava-genie/order?srsltid=AfmBOoqrt0SxULz7Am-MjOP-Ma-gsAqCNSElq0AZLhFNYDK5TF-8zcCh" TargetMode="External"/><Relationship Id="rId14" Type="http://schemas.openxmlformats.org/officeDocument/2006/relationships/hyperlink" Target="https://www.kickstarter.com/projects/2073384220/lava-genie-sampler-guitar-60-seconds-to-musical-freedom/description" TargetMode="External"/><Relationship Id="rId15" Type="http://schemas.openxmlformats.org/officeDocument/2006/relationships/hyperlink" Target="https://www.yankodesign.com/2024/11/03/stringless-sampler-guitar-with-a-built-in-speaker-and-ai-music-app-turns-you-into-a-one-man-band/?utm_source=rss&amp;utm_medium=rss&amp;utm_campaign=stringless-sampler-guitar-with-a-built-in-speaker-and-ai-music-app-turns-you-into-a-one-man-b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