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Perplexity launches Election Information Hub to assist voters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Perplexity, an AI search company, has introduced an innovative Election Information Hub, aiming to streamline the distribution of crucial voting details through advanced AI technology. Announced on Friday, this new initiative seeks to provide AI-generated responses to voting queries, summaries of candidates, and track live vote counts on November 5th, Election Day. The data for these updates will be sourced from reputable organisations like The Associated Press (AP).</w:t>
      </w:r>
      <w:r/>
    </w:p>
    <w:p>
      <w:r/>
      <w:r>
        <w:t>Drawing on information from Democracy Works, Perplexity's hub offers details pertinent to specific locations, including polling requirements, locations, and times. Democracy Works is also responsible for powering similar election features on Google. To maintain the integrity and accuracy of the information, Perplexity has curated its election-related answers from a selection of non-partisan, fact-checked sources, including Ballotpedia and various trusted news outlets.</w:t>
      </w:r>
      <w:r/>
    </w:p>
    <w:p>
      <w:r/>
      <w:r>
        <w:t>Sara Plotnick, a spokesperson for Perplexity, confirmed via email that AP and Democracy Works are official collaborators for the hub. Plotnick emphasized the company's commitment to prioritising these reliable sources in its election-related content and stated that Perplexity continuously monitors its systems for quality assurance.</w:t>
      </w:r>
      <w:r/>
    </w:p>
    <w:p>
      <w:r/>
      <w:r>
        <w:t>The Election Information Hub provides users with a comprehensive view of the ballot for their specified location. It also includes features for tracking the status of the Presidential, U.S. Senate, and U.S. House races with detailed state-by-state breakdowns, showing vote counts and leading candidates.</w:t>
      </w:r>
      <w:r/>
    </w:p>
    <w:p>
      <w:r/>
      <w:r>
        <w:t>However, some inaccuracies have been noted in the AI-generated summaries of candidates. For example, an error was found where Robert F. Kennedy was not indicated as having dropped out of the race. Additionally, an unconventional listing was presented under "Future Madam Potus", which redirected users to a summary of Vice President Kamala Harris, albeit with some meme images.</w:t>
      </w:r>
      <w:r/>
    </w:p>
    <w:p>
      <w:r/>
      <w:r>
        <w:t>Addressing these inaccuracies, Plotnick acknowledged the errors in Kennedy's summary and attributed the appearance of the "Future Madam Potus" listing to the fact that, depending on one's location, write-in candidates might be displayed. Although this explained the appearance of the candidate, it did not fully clarify the content associated with Harris. Nevertheless, according to Ballotpedia, "Future Madam Potus" is indeed a registered write-in candidate.</w:t>
      </w:r>
      <w:r/>
    </w:p>
    <w:p>
      <w:r/>
      <w:r>
        <w:t>As Election Day approaches, Perplexity's hub presents a novel approach to providing voters with timely and accurate election information, despite some technological hiccups. The collaboration with esteemed data sources highlights the potential of AI in transforming the way electoral data is accessed and presented.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https://www.morphic.sh/articles/sSpl9Ou</w:t>
        </w:r>
      </w:hyperlink>
      <w:r>
        <w:t xml:space="preserve"> - Perplexity AI's launch of the Election Information Hub, providing comprehensive and real-time updates on the 2024 U.S. presidential election, and its use of data from The Associated Press and Democracy Works.</w:t>
      </w:r>
      <w:r/>
    </w:p>
    <w:p>
      <w:pPr>
        <w:pStyle w:val="ListNumber"/>
        <w:spacing w:line="240" w:lineRule="auto"/>
        <w:ind w:left="720"/>
      </w:pPr>
      <w:r/>
      <w:hyperlink r:id="rId11">
        <w:r>
          <w:rPr>
            <w:color w:val="0000EE"/>
            <w:u w:val="single"/>
          </w:rPr>
          <w:t>https://www.mediapost.com/publications/article/400808/perplexity-debuts-election-tracking-hub.html</w:t>
        </w:r>
      </w:hyperlink>
      <w:r>
        <w:t xml:space="preserve"> - Perplexity's announcement of the Election Information Hub, offering live updates on elections, and its partnership with The Associated Press for data.</w:t>
      </w:r>
      <w:r/>
    </w:p>
    <w:p>
      <w:pPr>
        <w:pStyle w:val="ListNumber"/>
        <w:spacing w:line="240" w:lineRule="auto"/>
        <w:ind w:left="720"/>
      </w:pPr>
      <w:r/>
      <w:hyperlink r:id="rId12">
        <w:r>
          <w:rPr>
            <w:color w:val="0000EE"/>
            <w:u w:val="single"/>
          </w:rPr>
          <w:t>https://techcrunch.com/2024/11/01/perplexity-launches-an-elections-tracker/</w:t>
        </w:r>
      </w:hyperlink>
      <w:r>
        <w:t xml:space="preserve"> - Perplexity's dedicated hub for U.S. general election information, including live updates and data from The Associated Press and Democracy Works.</w:t>
      </w:r>
      <w:r/>
    </w:p>
    <w:p>
      <w:pPr>
        <w:pStyle w:val="ListNumber"/>
        <w:spacing w:line="240" w:lineRule="auto"/>
        <w:ind w:left="720"/>
      </w:pPr>
      <w:r/>
      <w:hyperlink r:id="rId13">
        <w:r>
          <w:rPr>
            <w:color w:val="0000EE"/>
            <w:u w:val="single"/>
          </w:rPr>
          <w:t>https://www.benzinga.com/news/24/11/41705075/jeff-bezos-backed-perplexitys-new-ai-election-hub-promises-real-time-vote-counts-and-candidate-summa</w:t>
        </w:r>
      </w:hyperlink>
      <w:r>
        <w:t xml:space="preserve"> - Perplexity's AI-powered Election Information Hub providing real-time vote counts, candidate summaries, and voter information sourced from The Associated Press and Democracy Works.</w:t>
      </w:r>
      <w:r/>
    </w:p>
    <w:p>
      <w:pPr>
        <w:pStyle w:val="ListNumber"/>
        <w:spacing w:line="240" w:lineRule="auto"/>
        <w:ind w:left="720"/>
      </w:pPr>
      <w:r/>
      <w:hyperlink r:id="rId10">
        <w:r>
          <w:rPr>
            <w:color w:val="0000EE"/>
            <w:u w:val="single"/>
          </w:rPr>
          <w:t>https://www.morphic.sh/articles/sSpl9Ou</w:t>
        </w:r>
      </w:hyperlink>
      <w:r>
        <w:t xml:space="preserve"> - Details on polling requirements, locations, and times provided by Democracy Works, which also powers similar features on Google.</w:t>
      </w:r>
      <w:r/>
    </w:p>
    <w:p>
      <w:pPr>
        <w:pStyle w:val="ListNumber"/>
        <w:spacing w:line="240" w:lineRule="auto"/>
        <w:ind w:left="720"/>
      </w:pPr>
      <w:r/>
      <w:hyperlink r:id="rId12">
        <w:r>
          <w:rPr>
            <w:color w:val="0000EE"/>
            <w:u w:val="single"/>
          </w:rPr>
          <w:t>https://techcrunch.com/2024/11/01/perplexity-launches-an-elections-tracker/</w:t>
        </w:r>
      </w:hyperlink>
      <w:r>
        <w:t xml:space="preserve"> - Perplexity's use of non-partisan, fact-checked sources such as Ballotpedia and trusted news outlets to maintain the integrity and accuracy of the information.</w:t>
      </w:r>
      <w:r/>
    </w:p>
    <w:p>
      <w:pPr>
        <w:pStyle w:val="ListNumber"/>
        <w:spacing w:line="240" w:lineRule="auto"/>
        <w:ind w:left="720"/>
      </w:pPr>
      <w:r/>
      <w:hyperlink r:id="rId13">
        <w:r>
          <w:rPr>
            <w:color w:val="0000EE"/>
            <w:u w:val="single"/>
          </w:rPr>
          <w:t>https://www.benzinga.com/news/24/11/41705075/jeff-bezos-backed-perplexitys-new-ai-election-hub-promises-real-time-vote-counts-and-candidate-summa</w:t>
        </w:r>
      </w:hyperlink>
      <w:r>
        <w:t xml:space="preserve"> - Sara Plotnick's confirmation of AP and Democracy Works as official collaborators and Perplexity's commitment to reliable sources.</w:t>
      </w:r>
      <w:r/>
    </w:p>
    <w:p>
      <w:pPr>
        <w:pStyle w:val="ListNumber"/>
        <w:spacing w:line="240" w:lineRule="auto"/>
        <w:ind w:left="720"/>
      </w:pPr>
      <w:r/>
      <w:hyperlink r:id="rId11">
        <w:r>
          <w:rPr>
            <w:color w:val="0000EE"/>
            <w:u w:val="single"/>
          </w:rPr>
          <w:t>https://www.mediapost.com/publications/article/400808/perplexity-debuts-election-tracking-hub.html</w:t>
        </w:r>
      </w:hyperlink>
      <w:r>
        <w:t xml:space="preserve"> - The Election Information Hub's features for tracking the status of Presidential, U.S. Senate, and U.S. House races with detailed state-by-state breakdowns.</w:t>
      </w:r>
      <w:r/>
    </w:p>
    <w:p>
      <w:pPr>
        <w:pStyle w:val="ListNumber"/>
        <w:spacing w:line="240" w:lineRule="auto"/>
        <w:ind w:left="720"/>
      </w:pPr>
      <w:r/>
      <w:hyperlink r:id="rId13">
        <w:r>
          <w:rPr>
            <w:color w:val="0000EE"/>
            <w:u w:val="single"/>
          </w:rPr>
          <w:t>https://www.benzinga.com/news/24/11/41705075/jeff-bezos-backed-perplexitys-new-ai-election-hub-promises-real-time-vote-counts-and-candidate-summa</w:t>
        </w:r>
      </w:hyperlink>
      <w:r>
        <w:t xml:space="preserve"> - Inaccuracies noted in AI-generated summaries, such as the error regarding Robert F. Kennedy and the 'Future Madam Potus' listing.</w:t>
      </w:r>
      <w:r/>
    </w:p>
    <w:p>
      <w:pPr>
        <w:pStyle w:val="ListNumber"/>
        <w:spacing w:line="240" w:lineRule="auto"/>
        <w:ind w:left="720"/>
      </w:pPr>
      <w:r/>
      <w:hyperlink r:id="rId14">
        <w:r>
          <w:rPr>
            <w:color w:val="0000EE"/>
            <w:u w:val="single"/>
          </w:rPr>
          <w:t>https://www.youtube.com/watch?v=vZxCsCewhL0</w:t>
        </w:r>
      </w:hyperlink>
      <w:r>
        <w:t xml:space="preserve"> - Discussion on the potential and challenges of Perplexity's Election Information Hub, including the appearance of inaccuracies and the need for verification.</w:t>
      </w:r>
      <w:r/>
    </w:p>
    <w:p>
      <w:pPr>
        <w:pStyle w:val="ListNumber"/>
        <w:spacing w:line="240" w:lineRule="auto"/>
        <w:ind w:left="720"/>
      </w:pPr>
      <w:r/>
      <w:hyperlink r:id="rId12">
        <w:r>
          <w:rPr>
            <w:color w:val="0000EE"/>
            <w:u w:val="single"/>
          </w:rPr>
          <w:t>https://techcrunch.com/2024/11/01/perplexity-launches-an-elections-tracker/</w:t>
        </w:r>
      </w:hyperlink>
      <w:r>
        <w:t xml:space="preserve"> - The contrast between Perplexity's approach and the caution of other AI companies like OpenAI, Anthropic, and Google in providing direct election information.</w:t>
      </w:r>
      <w:r/>
    </w:p>
    <w:p>
      <w:pPr>
        <w:pStyle w:val="ListNumber"/>
        <w:spacing w:line="240" w:lineRule="auto"/>
        <w:ind w:left="720"/>
      </w:pPr>
      <w:r/>
      <w:hyperlink r:id="rId15">
        <w:r>
          <w:rPr>
            <w:color w:val="0000EE"/>
            <w:u w:val="single"/>
          </w:rPr>
          <w:t>https://www.theverge.com/2024/11/3/24287157/perplexity-ai-election-voting-information-tracking-hub-us-presidential-election-2024-trump-harris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phic.sh/articles/sSpl9Ou" TargetMode="External"/><Relationship Id="rId11" Type="http://schemas.openxmlformats.org/officeDocument/2006/relationships/hyperlink" Target="https://www.mediapost.com/publications/article/400808/perplexity-debuts-election-tracking-hub.html" TargetMode="External"/><Relationship Id="rId12" Type="http://schemas.openxmlformats.org/officeDocument/2006/relationships/hyperlink" Target="https://techcrunch.com/2024/11/01/perplexity-launches-an-elections-tracker/" TargetMode="External"/><Relationship Id="rId13" Type="http://schemas.openxmlformats.org/officeDocument/2006/relationships/hyperlink" Target="https://www.benzinga.com/news/24/11/41705075/jeff-bezos-backed-perplexitys-new-ai-election-hub-promises-real-time-vote-counts-and-candidate-summa" TargetMode="External"/><Relationship Id="rId14" Type="http://schemas.openxmlformats.org/officeDocument/2006/relationships/hyperlink" Target="https://www.youtube.com/watch?v=vZxCsCewhL0" TargetMode="External"/><Relationship Id="rId15" Type="http://schemas.openxmlformats.org/officeDocument/2006/relationships/hyperlink" Target="https://www.theverge.com/2024/11/3/24287157/perplexity-ai-election-voting-information-tracking-hub-us-presidential-election-2024-trump-harr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