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PITT OHIO modernises logistics with AI-driven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Pennsylvania-based logistics company PITT OHIO has made significant strides in modernising its linehaul trucking and delivery services by integrating an artificial intelligence-powered enterprise model. In an effort to enhance operational efficiency and broaden service capabilities, PITT OHIO partnered with AI software developer Maven to replace its legacy systems and achieve significant advancements across its extensive U.S. operations.</w:t>
      </w:r>
      <w:r/>
    </w:p>
    <w:p>
      <w:r/>
      <w:r>
        <w:t>The transformation has resulted in financial savings exceeding $11,000 since the system's launch, including reducing the average driver's daily schedule by 20 minutes. The initiative began taking shape in 2023 and is expected to continue evolving into the first quarter of 2024. Providing a real-time operational snapshot, the AI-powered platform replaces manual processes, enhances dispatch and delivery services, and ensures seamless fleet management.</w:t>
      </w:r>
      <w:r/>
    </w:p>
    <w:p>
      <w:r/>
      <w:r>
        <w:t>PITT OHIO's forward-thinking approach stems from the need for reliable and efficient systems capable of handling extensive data-driven operations. The newly implemented platform effectively digitises processes, aligning with broader sustainability goals by reducing paper waste and operational costs. This strategic move ensures that dispatching, pickup, and delivery information — all crucial to maintaining the company's LTL freight services — are integrated into a streamlined, user-friendly system.</w:t>
      </w:r>
      <w:r/>
    </w:p>
    <w:p>
      <w:r/>
      <w:r>
        <w:t>The collaboration with Maven, also based in Pennsylvania, brought together expertise from both companies to facilitate a comprehensive rollout. Maven specialises in AI solutions tailored to trucking operations, offering functionalities such as reporting dashboards and optimised dispatch routes. With this partnership, PITT OHIO successfully onboarded over 2,600 employees to the new system, including drivers, dispatchers, and safety managers.</w:t>
      </w:r>
      <w:r/>
    </w:p>
    <w:p>
      <w:r/>
      <w:r>
        <w:t>The new platform offers several key enhancements: it enables drivers to access relevant information via a mobile application while at delivery stops, automatically logs drivers in and out of vehicles, and permits real-time issue flagging to customer service. Additionally, communication channels between drivers and dispatchers have been significantly improved, enabling updates on customer requirements, weather, and traffic conditions.</w:t>
      </w:r>
      <w:r/>
    </w:p>
    <w:p>
      <w:r/>
      <w:r>
        <w:t>One notable improvement is in the handling of maintenance operations. The digitised system allows maintenance requests to be sent directly to truck depots as soon as a vehicle requires attention, facilitating prompt repairs. Moreover, time spent on pickups has been reduced by an average of 15 minutes at major distribution centres, owing to the automatic population of customer data.</w:t>
      </w:r>
      <w:r/>
    </w:p>
    <w:p>
      <w:r/>
      <w:r>
        <w:t>In response to market shifts, such as the recent closure of a competitor, PITT OHIO smoothly absorbed additional shipments into its network thanks to streamlined dispatch-driver communications, negating the need for additional back-office staff.</w:t>
      </w:r>
      <w:r/>
    </w:p>
    <w:p>
      <w:r/>
      <w:r>
        <w:t>Looking ahead, PITT OHIO plans to further refine its system, with ongoing collaboration with Maven to uncover additional opportunities for increasing productivity and profitability. The company aims to set a benchmark for modernising outdated systems within the trucking and logistics industry, providing invaluable insights for similarly minded companies seeking technological advancement.</w:t>
      </w:r>
      <w:r/>
    </w:p>
    <w:p>
      <w:r/>
      <w:r>
        <w:t>Through the integration of cutting-edge technology, PITT OHIO is not only enhancing its own operational capabilities but also illustrating the broader benefits of AI-driven innovations in the logistics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https://www.thescxchange.com/articles/7956-pitt-ohio-deploys-maven-as-its-p-d-and-eld-telematics-platform</w:t>
        </w:r>
      </w:hyperlink>
      <w:r>
        <w:t xml:space="preserve"> - Corroborates PITT OHIO's partnership with Maven to deploy an AI-powered platform for P&amp;D, ELD/telematics, and the expected improvements in operational efficiency and driver experience.</w:t>
      </w:r>
      <w:r/>
    </w:p>
    <w:p>
      <w:pPr>
        <w:pStyle w:val="ListNumber"/>
        <w:spacing w:line="240" w:lineRule="auto"/>
        <w:ind w:left="720"/>
      </w:pPr>
      <w:r/>
      <w:hyperlink r:id="rId11">
        <w:r>
          <w:rPr>
            <w:color w:val="0000EE"/>
            <w:u w:val="single"/>
          </w:rPr>
          <w:t>https://pittohio.com/myPittOhio/news/awards/2024/pitt-ohio-maven-finalist-2024-cscmp-supply-chain-innovation-award</w:t>
        </w:r>
      </w:hyperlink>
      <w:r>
        <w:t xml:space="preserve"> - Supports the financial savings and operational efficiencies achieved by PITT OHIO through Maven's platform, including a 10X ROI and improved productivity.</w:t>
      </w:r>
      <w:r/>
    </w:p>
    <w:p>
      <w:pPr>
        <w:pStyle w:val="ListNumber"/>
        <w:spacing w:line="240" w:lineRule="auto"/>
        <w:ind w:left="720"/>
      </w:pPr>
      <w:r/>
      <w:hyperlink r:id="rId12">
        <w:r>
          <w:rPr>
            <w:color w:val="0000EE"/>
            <w:u w:val="single"/>
          </w:rPr>
          <w:t>https://pittohio.com/myPittOhio/Contents/Item/Display/43527</w:t>
        </w:r>
      </w:hyperlink>
      <w:r>
        <w:t xml:space="preserve"> - Details the integration of Maven's AI-enabled platform, its impact on dispatching, driver workflow, and the benefits of accurate location data and geofencing.</w:t>
      </w:r>
      <w:r/>
    </w:p>
    <w:p>
      <w:pPr>
        <w:pStyle w:val="ListNumber"/>
        <w:spacing w:line="240" w:lineRule="auto"/>
        <w:ind w:left="720"/>
      </w:pPr>
      <w:r/>
      <w:hyperlink r:id="rId13">
        <w:r>
          <w:rPr>
            <w:color w:val="0000EE"/>
            <w:u w:val="single"/>
          </w:rPr>
          <w:t>https://pittohio.com/myPittOhio/news/awards/2024/pitt-ohio-announced-as-2024-cio-100-award-winner</w:t>
        </w:r>
      </w:hyperlink>
      <w:r>
        <w:t xml:space="preserve"> - Explains the deployment of Maven's platform, the modernization of PITT OHIO's fleet operations, and the recognition through the CIO 100 Award.</w:t>
      </w:r>
      <w:r/>
    </w:p>
    <w:p>
      <w:pPr>
        <w:pStyle w:val="ListNumber"/>
        <w:spacing w:line="240" w:lineRule="auto"/>
        <w:ind w:left="720"/>
      </w:pPr>
      <w:r/>
      <w:hyperlink r:id="rId14">
        <w:r>
          <w:rPr>
            <w:color w:val="0000EE"/>
            <w:u w:val="single"/>
          </w:rPr>
          <w:t>https://www.prnewswire.com/news-releases/pitt-ohio-deploys-maven-as-its-pd-and-eldtelematics-platform-301793831.html</w:t>
        </w:r>
      </w:hyperlink>
      <w:r>
        <w:t xml:space="preserve"> - Provides information on the deployment timeline, the features of Maven's platform, and the expected improvements in driver safety and compliance.</w:t>
      </w:r>
      <w:r/>
    </w:p>
    <w:p>
      <w:pPr>
        <w:pStyle w:val="ListNumber"/>
        <w:spacing w:line="240" w:lineRule="auto"/>
        <w:ind w:left="720"/>
      </w:pPr>
      <w:r/>
      <w:hyperlink r:id="rId10">
        <w:r>
          <w:rPr>
            <w:color w:val="0000EE"/>
            <w:u w:val="single"/>
          </w:rPr>
          <w:t>https://www.thescxchange.com/articles/7956-pitt-ohio-deploys-maven-as-its-p-d-and-eld-telematics-platform</w:t>
        </w:r>
      </w:hyperlink>
      <w:r>
        <w:t xml:space="preserve"> - Corroborates the reduction in average driver's daily schedule by 20 minutes and the overall enhancement in operational efficiency.</w:t>
      </w:r>
      <w:r/>
    </w:p>
    <w:p>
      <w:pPr>
        <w:pStyle w:val="ListNumber"/>
        <w:spacing w:line="240" w:lineRule="auto"/>
        <w:ind w:left="720"/>
      </w:pPr>
      <w:r/>
      <w:hyperlink r:id="rId11">
        <w:r>
          <w:rPr>
            <w:color w:val="0000EE"/>
            <w:u w:val="single"/>
          </w:rPr>
          <w:t>https://pittohio.com/myPittOhio/news/awards/2024/pitt-ohio-maven-finalist-2024-cscmp-supply-chain-innovation-award</w:t>
        </w:r>
      </w:hyperlink>
      <w:r>
        <w:t xml:space="preserve"> - Supports the digitization of processes, alignment with sustainability goals, and the reduction of paper waste and operational costs.</w:t>
      </w:r>
      <w:r/>
    </w:p>
    <w:p>
      <w:pPr>
        <w:pStyle w:val="ListNumber"/>
        <w:spacing w:line="240" w:lineRule="auto"/>
        <w:ind w:left="720"/>
      </w:pPr>
      <w:r/>
      <w:hyperlink r:id="rId12">
        <w:r>
          <w:rPr>
            <w:color w:val="0000EE"/>
            <w:u w:val="single"/>
          </w:rPr>
          <w:t>https://pittohio.com/myPittOhio/Contents/Item/Display/43527</w:t>
        </w:r>
      </w:hyperlink>
      <w:r>
        <w:t xml:space="preserve"> - Details the collaboration between PITT OHIO and Maven, the onboarding of over 2,600 employees, and the integration of crucial information into a streamlined system.</w:t>
      </w:r>
      <w:r/>
    </w:p>
    <w:p>
      <w:pPr>
        <w:pStyle w:val="ListNumber"/>
        <w:spacing w:line="240" w:lineRule="auto"/>
        <w:ind w:left="720"/>
      </w:pPr>
      <w:r/>
      <w:hyperlink r:id="rId14">
        <w:r>
          <w:rPr>
            <w:color w:val="0000EE"/>
            <w:u w:val="single"/>
          </w:rPr>
          <w:t>https://www.prnewswire.com/news-releases/pitt-ohio-deploys-maven-as-its-pd-and-eldtelematics-platform-301793831.html</w:t>
        </w:r>
      </w:hyperlink>
      <w:r>
        <w:t xml:space="preserve"> - Explains the key enhancements of the new platform, including mobile application access, automatic logging, and real-time issue flagging.</w:t>
      </w:r>
      <w:r/>
    </w:p>
    <w:p>
      <w:pPr>
        <w:pStyle w:val="ListNumber"/>
        <w:spacing w:line="240" w:lineRule="auto"/>
        <w:ind w:left="720"/>
      </w:pPr>
      <w:r/>
      <w:hyperlink r:id="rId13">
        <w:r>
          <w:rPr>
            <w:color w:val="0000EE"/>
            <w:u w:val="single"/>
          </w:rPr>
          <w:t>https://pittohio.com/myPittOhio/news/awards/2024/pitt-ohio-announced-as-2024-cio-100-award-winner</w:t>
        </w:r>
      </w:hyperlink>
      <w:r>
        <w:t xml:space="preserve"> - Supports the improvement in maintenance operations, the reduction in time spent on pickups, and the automatic population of customer data.</w:t>
      </w:r>
      <w:r/>
    </w:p>
    <w:p>
      <w:pPr>
        <w:pStyle w:val="ListNumber"/>
        <w:spacing w:line="240" w:lineRule="auto"/>
        <w:ind w:left="720"/>
      </w:pPr>
      <w:r/>
      <w:hyperlink r:id="rId12">
        <w:r>
          <w:rPr>
            <w:color w:val="0000EE"/>
            <w:u w:val="single"/>
          </w:rPr>
          <w:t>https://pittohio.com/myPittOhio/Contents/Item/Display/43527</w:t>
        </w:r>
      </w:hyperlink>
      <w:r>
        <w:t xml:space="preserve"> - Corroborates the ability of PITT OHIO to absorb additional shipments smoothly due to streamlined dispatch-driver communications and the ongoing collaboration with Maven for further improvements.</w:t>
      </w:r>
      <w:r/>
    </w:p>
    <w:p>
      <w:pPr>
        <w:pStyle w:val="ListNumber"/>
        <w:spacing w:line="240" w:lineRule="auto"/>
        <w:ind w:left="720"/>
      </w:pPr>
      <w:r/>
      <w:hyperlink r:id="rId15">
        <w:r>
          <w:rPr>
            <w:color w:val="0000EE"/>
            <w:u w:val="single"/>
          </w:rPr>
          <w:t>https://www.supplychainbrain.com/articles/40617-a-trucker-uses-ai-to-boost-efficiency-for-linehaul-operations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cxchange.com/articles/7956-pitt-ohio-deploys-maven-as-its-p-d-and-eld-telematics-platform" TargetMode="External"/><Relationship Id="rId11" Type="http://schemas.openxmlformats.org/officeDocument/2006/relationships/hyperlink" Target="https://pittohio.com/myPittOhio/news/awards/2024/pitt-ohio-maven-finalist-2024-cscmp-supply-chain-innovation-award" TargetMode="External"/><Relationship Id="rId12" Type="http://schemas.openxmlformats.org/officeDocument/2006/relationships/hyperlink" Target="https://pittohio.com/myPittOhio/Contents/Item/Display/43527" TargetMode="External"/><Relationship Id="rId13" Type="http://schemas.openxmlformats.org/officeDocument/2006/relationships/hyperlink" Target="https://pittohio.com/myPittOhio/news/awards/2024/pitt-ohio-announced-as-2024-cio-100-award-winner" TargetMode="External"/><Relationship Id="rId14" Type="http://schemas.openxmlformats.org/officeDocument/2006/relationships/hyperlink" Target="https://www.prnewswire.com/news-releases/pitt-ohio-deploys-maven-as-its-pd-and-eldtelematics-platform-301793831.html" TargetMode="External"/><Relationship Id="rId15" Type="http://schemas.openxmlformats.org/officeDocument/2006/relationships/hyperlink" Target="https://www.supplychainbrain.com/articles/40617-a-trucker-uses-ai-to-boost-efficiency-for-linehaul-oper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