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emergence of the Whisperverse: a new era in personal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 industry is poised for a significant transformation as advances in artificial intelligence (AI) and augmented reality (AR) converge to create a new paradigm in personal computing known as the 'Whisperverse'. This vision of the future, anticipated to materialise within the next few years, centres around AI-powered devices that seamlessly integrate into our daily lives, offering real-time guidance and assistance.</w:t>
      </w:r>
      <w:r/>
    </w:p>
    <w:p>
      <w:r/>
      <w:r>
        <w:t>Leading this transition are major tech giants including Meta, Apple, and Google, who are investing heavily in developing AR and AI technologies. The evolution of these technologies is expected to shift the landscape of mobile computing, transitioning from handheld devices to wearable tech such as AI-enhanced glasses and earbuds.</w:t>
      </w:r>
      <w:r/>
    </w:p>
    <w:p>
      <w:r/>
      <w:r>
        <w:t>These innovations promise to transform how individuals interact with technology and the world around them. Instead of passively receiving information, users will be guided by AI that anticipates their needs and provides contextual advice. It is envisaged that these AI assistants will coach users throughout their day, reminding them of tasks, enhancing social interactions, and providing support in professional environments.</w:t>
      </w:r>
      <w:r/>
    </w:p>
    <w:p>
      <w:r/>
      <w:r>
        <w:t>The use of AI-powered glasses is particularly notable. These devices will blend the digital and physical worlds, displaying visual content such as text and images integrated into the user’s environment. This provides the AI the ability to offer discreet and unobtrusive assistance, making the user experience more immersive and interactive. Equipped with cameras and sensors, these glasses can capture the user's surroundings, using AI to deliver relevant information directly to the user.</w:t>
      </w:r>
      <w:r/>
    </w:p>
    <w:p>
      <w:r/>
      <w:r>
        <w:t>Meta, in particular, has been at the forefront of this innovation with the release of their AI-powered Ray-Ban smart glasses. These devices, although currently marketed as a niche product, are seen as a pivotal development in this new era of mobile computing. At the recent Meta Connect event, the company introduced new features such as car location assistance, real-time language translation, and the ability to answer questions based on visual cues.</w:t>
      </w:r>
      <w:r/>
    </w:p>
    <w:p>
      <w:r/>
      <w:r>
        <w:t>Looking ahead, experts anticipate further advancements, including the development of photorealistic avatars and 'Electronic Life Facilitators' (ELFs), as conceptualised by computer scientist Louis Rosenberg. These AI entities could eventually appear as small, interactive characters that provide assistance in a user-friendly manner, potentially transforming how individuals engage with their environments and technology.</w:t>
      </w:r>
      <w:r/>
    </w:p>
    <w:p>
      <w:r/>
      <w:r>
        <w:t>However, amid the enthusiasm for these technological advancements, there are concerns about privacy and the potential for misuse. The powerful influence of AI-driven guidance and its integration of digital elements into daily life raises questions about personal privacy and autonomy. As these technologies develop, there is a call for careful consideration of the implications, particularly regarding the potential for persuasion and manipulation.</w:t>
      </w:r>
      <w:r/>
    </w:p>
    <w:p>
      <w:r/>
      <w:r>
        <w:t>It is clear that the 'Whisperverse' represents a significant leap in how technology can integrate with human lives. As these developments continue to unfold, they are poised to create an impactful shift in not only technology use but also social interactions and professional dynamics, sparking a new chapter in digital evolution by the early 2030s.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https://bigthink.com/the-future/the-whisperverse-the-future-of-mobile-computing-is-an-ai-voice-inside-your-head/</w:t>
        </w:r>
      </w:hyperlink>
      <w:r>
        <w:t xml:space="preserve"> - This article explains the concept of the 'Whisperverse', where AI-powered devices integrate into daily life, offering real-time guidance and assistance through wearable tech like AI-enhanced glasses and earbuds.</w:t>
      </w:r>
      <w:r/>
    </w:p>
    <w:p>
      <w:pPr>
        <w:pStyle w:val="ListNumber"/>
        <w:spacing w:line="240" w:lineRule="auto"/>
        <w:ind w:left="720"/>
      </w:pPr>
      <w:r/>
      <w:hyperlink r:id="rId11">
        <w:r>
          <w:rPr>
            <w:color w:val="0000EE"/>
            <w:u w:val="single"/>
          </w:rPr>
          <w:t>https://app.daily.dev/posts/enter-the-whisperverse-how-ai-voice-agents-will-guide-us-through-our-days-rb6gxyfot</w:t>
        </w:r>
      </w:hyperlink>
      <w:r>
        <w:t xml:space="preserve"> - This post discusses how AI-powered voice agents in the 'Whisperverse' will provide context-aware assistance, transforming mobile computing with features like real-time translations and social coaching.</w:t>
      </w:r>
      <w:r/>
    </w:p>
    <w:p>
      <w:pPr>
        <w:pStyle w:val="ListNumber"/>
        <w:spacing w:line="240" w:lineRule="auto"/>
        <w:ind w:left="720"/>
      </w:pPr>
      <w:r/>
      <w:hyperlink r:id="rId10">
        <w:r>
          <w:rPr>
            <w:color w:val="0000EE"/>
            <w:u w:val="single"/>
          </w:rPr>
          <w:t>https://bigthink.com/the-future/the-whisperverse-the-future-of-mobile-computing-is-an-ai-voice-inside-your-head/</w:t>
        </w:r>
      </w:hyperlink>
      <w:r>
        <w:t xml:space="preserve"> - The article highlights the role of AI-powered glasses in blending the digital and physical worlds, displaying visual content integrated into the user’s environment.</w:t>
      </w:r>
      <w:r/>
    </w:p>
    <w:p>
      <w:pPr>
        <w:pStyle w:val="ListNumber"/>
        <w:spacing w:line="240" w:lineRule="auto"/>
        <w:ind w:left="720"/>
      </w:pPr>
      <w:r/>
      <w:hyperlink r:id="rId12">
        <w:r>
          <w:rPr>
            <w:color w:val="0000EE"/>
            <w:u w:val="single"/>
          </w:rPr>
          <w:t>https://www.youtube.com/watch?v=BQ5dVznum78</w:t>
        </w:r>
      </w:hyperlink>
      <w:r>
        <w:t xml:space="preserve"> - This video discusses the convergence of AI and AR, particularly in industrial settings, using AR glasses to improve productivity and provide real-time assistance.</w:t>
      </w:r>
      <w:r/>
    </w:p>
    <w:p>
      <w:pPr>
        <w:pStyle w:val="ListNumber"/>
        <w:spacing w:line="240" w:lineRule="auto"/>
        <w:ind w:left="720"/>
      </w:pPr>
      <w:r/>
      <w:hyperlink r:id="rId13">
        <w:r>
          <w:rPr>
            <w:color w:val="0000EE"/>
            <w:u w:val="single"/>
          </w:rPr>
          <w:t>https://arinsider.co/2023/02/08/how-will-ar-and-ai-converge/</w:t>
        </w:r>
      </w:hyperlink>
      <w:r>
        <w:t xml:space="preserve"> - This article speculates on how generative AI will converge with AR, creating new use cases such as serendipitous AR experiences and enhancing developer workflows.</w:t>
      </w:r>
      <w:r/>
    </w:p>
    <w:p>
      <w:pPr>
        <w:pStyle w:val="ListNumber"/>
        <w:spacing w:line="240" w:lineRule="auto"/>
        <w:ind w:left="720"/>
      </w:pPr>
      <w:r/>
      <w:hyperlink r:id="rId10">
        <w:r>
          <w:rPr>
            <w:color w:val="0000EE"/>
            <w:u w:val="single"/>
          </w:rPr>
          <w:t>https://bigthink.com/the-future/the-whisperverse-the-future-of-mobile-computing-is-an-ai-voice-inside-your-head/</w:t>
        </w:r>
      </w:hyperlink>
      <w:r>
        <w:t xml:space="preserve"> - The article mentions the potential development of photorealistic avatars and 'Electronic Life Facilitators' (ELFs) as conceptualised by Louis Rosenberg, which could transform user interactions.</w:t>
      </w:r>
      <w:r/>
    </w:p>
    <w:p>
      <w:pPr>
        <w:pStyle w:val="ListNumber"/>
        <w:spacing w:line="240" w:lineRule="auto"/>
        <w:ind w:left="720"/>
      </w:pPr>
      <w:r/>
      <w:hyperlink r:id="rId11">
        <w:r>
          <w:rPr>
            <w:color w:val="0000EE"/>
            <w:u w:val="single"/>
          </w:rPr>
          <w:t>https://app.daily.dev/posts/enter-the-whisperverse-how-ai-voice-agents-will-guide-us-through-our-days-rb6gxyfot</w:t>
        </w:r>
      </w:hyperlink>
      <w:r>
        <w:t xml:space="preserve"> - This post touches on the concerns about privacy and the potential for misuse of AI-driven guidance in the 'Whisperverse'.</w:t>
      </w:r>
      <w:r/>
    </w:p>
    <w:p>
      <w:pPr>
        <w:pStyle w:val="ListNumber"/>
        <w:spacing w:line="240" w:lineRule="auto"/>
        <w:ind w:left="720"/>
      </w:pPr>
      <w:r/>
      <w:hyperlink r:id="rId10">
        <w:r>
          <w:rPr>
            <w:color w:val="0000EE"/>
            <w:u w:val="single"/>
          </w:rPr>
          <w:t>https://bigthink.com/the-future/the-whisperverse-the-future-of-mobile-computing-is-an-ai-voice-inside-your-head/</w:t>
        </w:r>
      </w:hyperlink>
      <w:r>
        <w:t xml:space="preserve"> - The article discusses the potential impact on social interactions and professional dynamics as these technologies develop, and the need for careful consideration of their implications.</w:t>
      </w:r>
      <w:r/>
    </w:p>
    <w:p>
      <w:pPr>
        <w:pStyle w:val="ListNumber"/>
        <w:spacing w:line="240" w:lineRule="auto"/>
        <w:ind w:left="720"/>
      </w:pPr>
      <w:r/>
      <w:hyperlink r:id="rId13">
        <w:r>
          <w:rPr>
            <w:color w:val="0000EE"/>
            <w:u w:val="single"/>
          </w:rPr>
          <w:t>https://arinsider.co/2023/02/08/how-will-ar-and-ai-converge/</w:t>
        </w:r>
      </w:hyperlink>
      <w:r>
        <w:t xml:space="preserve"> - This article outlines the evolutionary cycle of how AI and AR will converge, similar to the early days of smartphones, leading to new and innovative applications.</w:t>
      </w:r>
      <w:r/>
    </w:p>
    <w:p>
      <w:pPr>
        <w:pStyle w:val="ListNumber"/>
        <w:spacing w:line="240" w:lineRule="auto"/>
        <w:ind w:left="720"/>
      </w:pPr>
      <w:r/>
      <w:hyperlink r:id="rId10">
        <w:r>
          <w:rPr>
            <w:color w:val="0000EE"/>
            <w:u w:val="single"/>
          </w:rPr>
          <w:t>https://bigthink.com/the-future/the-whisperverse-the-future-of-mobile-computing-is-an-ai-voice-inside-your-head/</w:t>
        </w:r>
      </w:hyperlink>
      <w:r>
        <w:t xml:space="preserve"> - The article predicts that by the early 2030s, the convergence of AI and AR will be refined enough to create impactful shifts in technology use and social interactions.</w:t>
      </w:r>
      <w:r/>
    </w:p>
    <w:p>
      <w:pPr>
        <w:pStyle w:val="ListNumber"/>
        <w:spacing w:line="240" w:lineRule="auto"/>
        <w:ind w:left="720"/>
      </w:pPr>
      <w:r/>
      <w:hyperlink r:id="rId11">
        <w:r>
          <w:rPr>
            <w:color w:val="0000EE"/>
            <w:u w:val="single"/>
          </w:rPr>
          <w:t>https://app.daily.dev/posts/enter-the-whisperverse-how-ai-voice-agents-will-guide-us-through-our-days-rb6gxyfot</w:t>
        </w:r>
      </w:hyperlink>
      <w:r>
        <w:t xml:space="preserve"> - This post summarizes the transformative potential of the 'Whisperverse' in creating a new chapter in digital evolution.</w:t>
      </w:r>
      <w:r/>
    </w:p>
    <w:p>
      <w:pPr>
        <w:pStyle w:val="ListNumber"/>
        <w:spacing w:line="240" w:lineRule="auto"/>
        <w:ind w:left="720"/>
      </w:pPr>
      <w:r/>
      <w:hyperlink r:id="rId14">
        <w:r>
          <w:rPr>
            <w:color w:val="0000EE"/>
            <w:u w:val="single"/>
          </w:rPr>
          <w:t>https://venturebeat.com/ai/enter-the-whisperverse-how-ai-voice-agents-will-guide-us-through-our-days/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gthink.com/the-future/the-whisperverse-the-future-of-mobile-computing-is-an-ai-voice-inside-your-head/" TargetMode="External"/><Relationship Id="rId11" Type="http://schemas.openxmlformats.org/officeDocument/2006/relationships/hyperlink" Target="https://app.daily.dev/posts/enter-the-whisperverse-how-ai-voice-agents-will-guide-us-through-our-days-rb6gxyfot" TargetMode="External"/><Relationship Id="rId12" Type="http://schemas.openxmlformats.org/officeDocument/2006/relationships/hyperlink" Target="https://www.youtube.com/watch?v=BQ5dVznum78" TargetMode="External"/><Relationship Id="rId13" Type="http://schemas.openxmlformats.org/officeDocument/2006/relationships/hyperlink" Target="https://arinsider.co/2023/02/08/how-will-ar-and-ai-converge/" TargetMode="External"/><Relationship Id="rId14" Type="http://schemas.openxmlformats.org/officeDocument/2006/relationships/hyperlink" Target="https://venturebeat.com/ai/enter-the-whisperverse-how-ai-voice-agents-will-guide-us-through-our-d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