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1minAI lifetime subscription offers innovative AI tools at discounted rate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1minAI Lifetime Subscription Offers Innovative AI Tools at Discounted Rate</w:t>
      </w:r>
      <w:r/>
    </w:p>
    <w:p>
      <w:r/>
      <w:r>
        <w:t>In the ever-evolving world of artificial intelligence, new tools and technologies continuously emerge, aiming to simplify daily tasks and improve productivity. One such offering is the 1minAI, an all-in-one AI tool now available to users seeking efficient digital solutions. The product is available as a lifetime subscription for a one-time payment of $39.99, significantly reduced from its regular price of $234, through StackCommerce, a popular platform for discovering new startups, services, and products.</w:t>
      </w:r>
      <w:r/>
    </w:p>
    <w:p>
      <w:r/>
      <w:r>
        <w:t>1minAI has been designed to cater to both newcomers to AI technology and those who are more familiar with it. It offers a user-friendly interface, which is accessible through a single dashboard, providing a cohesive and simplified experience compared to other AI tools like ChatGPT. The platform is developed to help users automate routine tasks, potentially transforming how they approach their work.</w:t>
      </w:r>
      <w:r/>
    </w:p>
    <w:p>
      <w:r/>
      <w:r>
        <w:t>The features available through 1minAI are diverse, encompassing a range of daily operational needs. With this tool, users can generate blog articles, create images, reply to emails, transcribe speech to text, translate audio files, create voice-overs from text, and much more. For example, an employee looking to draft an article for a company newsletter will find the AI article generator particularly useful. By entering specified parameters such as tone, word count, and keywords, the tool can produce an article draft in a fraction of the time it would take to write manually. While some manual editing and proofreading are recommended to ensure the content meets personal standards and specifications, the initial time-saving is substantial.</w:t>
      </w:r>
      <w:r/>
    </w:p>
    <w:p>
      <w:r/>
      <w:r>
        <w:t>Despite its expansive capabilities, the 1minAI service does have monthly usage limitations. Users can generate roughly 35 articles or 16 images per month, depending on the complexity and demands of their projects. However, the platform encourages user engagement by offering ways to earn additional credits. This can be achieved by providing feedback through reviews and daily visits to the web application.</w:t>
      </w:r>
      <w:r/>
    </w:p>
    <w:p>
      <w:r/>
      <w:r>
        <w:t>The appeal of a single payment model without any recurring fees has attracted a significant interest, especially from those who require regular AI assistance yet prefer an economical solution. As more businesses and individuals seek to integrate AI into their workflows to enhance productivity, services like 1minAI are poised to meet this growing demand.</w:t>
      </w:r>
      <w:r/>
    </w:p>
    <w:p>
      <w:r/>
      <w:r>
        <w:t>StackSocial, by offering the product at a considerable discount, enhances accessibility, allowing a wider audience to explore AI and its potential applications in various professional settings. It is noted, however, that the prices on StackSocial are subject to change, emphasizing the need for interested individuals to act promptly to secure the discounted rate.</w:t>
      </w:r>
      <w:r/>
    </w:p>
    <w:p>
      <w:r/>
      <w:r>
        <w:t>Overall, the introduction of 1minAI highlights the ongoing trend towards integrating artificial intelligence into everyday professional activities, promising to simplify complex tasks and save valuable time for users across a range of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https://www.pcworld.com/article/2496314/one-subscription-countless-ai-tools-for-40-meet-1minai.html</w:t>
        </w:r>
      </w:hyperlink>
      <w:r>
        <w:t xml:space="preserve"> - Corroborates the one-time payment of $39.99 for a lifetime subscription to 1minAI and its various AI tools.</w:t>
      </w:r>
      <w:r/>
    </w:p>
    <w:p>
      <w:pPr>
        <w:pStyle w:val="ListNumber"/>
        <w:spacing w:line="240" w:lineRule="auto"/>
        <w:ind w:left="720"/>
      </w:pPr>
      <w:r/>
      <w:hyperlink r:id="rId11">
        <w:r>
          <w:rPr>
            <w:color w:val="0000EE"/>
            <w:u w:val="single"/>
          </w:rPr>
          <w:t>https://gizmodo.com/access-all-the-ai-you-need-in-just-one-minute-for-only-40-with-a-lifetime-subscription-to-1minai-2000513099</w:t>
        </w:r>
      </w:hyperlink>
      <w:r>
        <w:t xml:space="preserve"> - Supports the 82% discount from the original price of $234 and the comprehensive features of 1minAI.</w:t>
      </w:r>
      <w:r/>
    </w:p>
    <w:p>
      <w:pPr>
        <w:pStyle w:val="ListNumber"/>
        <w:spacing w:line="240" w:lineRule="auto"/>
        <w:ind w:left="720"/>
      </w:pPr>
      <w:r/>
      <w:hyperlink r:id="rId12">
        <w:r>
          <w:rPr>
            <w:color w:val="0000EE"/>
            <w:u w:val="single"/>
          </w:rPr>
          <w:t>https://appleworld.today/2024/11/todays-deal-1minai-lifetime-subscription-for-39-99-2/</w:t>
        </w:r>
      </w:hyperlink>
      <w:r>
        <w:t xml:space="preserve"> - Details the diverse range of AI features, including writing tools, image processing, and audio/video editing, available with 1minAI.</w:t>
      </w:r>
      <w:r/>
    </w:p>
    <w:p>
      <w:pPr>
        <w:pStyle w:val="ListNumber"/>
        <w:spacing w:line="240" w:lineRule="auto"/>
        <w:ind w:left="720"/>
      </w:pPr>
      <w:r/>
      <w:hyperlink r:id="rId13">
        <w:r>
          <w:rPr>
            <w:color w:val="0000EE"/>
            <w:u w:val="single"/>
          </w:rPr>
          <w:t>https://store.entrepreneur.com/sales/1minai-pro-plan-lifetime-subscription?scsonar=1</w:t>
        </w:r>
      </w:hyperlink>
      <w:r>
        <w:t xml:space="preserve"> - Provides information on the 1minAI Pro Plan, including the monthly credits, unlimited storage, and brand voice options.</w:t>
      </w:r>
      <w:r/>
    </w:p>
    <w:p>
      <w:pPr>
        <w:pStyle w:val="ListNumber"/>
        <w:spacing w:line="240" w:lineRule="auto"/>
        <w:ind w:left="720"/>
      </w:pPr>
      <w:r/>
      <w:hyperlink r:id="rId14">
        <w:r>
          <w:rPr>
            <w:color w:val="0000EE"/>
            <w:u w:val="single"/>
          </w:rPr>
          <w:t>https://lifetimo.com/deal/1minal-lifetime-deal/</w:t>
        </w:r>
      </w:hyperlink>
      <w:r>
        <w:t xml:space="preserve"> - Outlines the specific usage limits and additional ways to earn credits through daily visits and reviews.</w:t>
      </w:r>
      <w:r/>
    </w:p>
    <w:p>
      <w:pPr>
        <w:pStyle w:val="ListNumber"/>
        <w:spacing w:line="240" w:lineRule="auto"/>
        <w:ind w:left="720"/>
      </w:pPr>
      <w:r/>
      <w:hyperlink r:id="rId10">
        <w:r>
          <w:rPr>
            <w:color w:val="0000EE"/>
            <w:u w:val="single"/>
          </w:rPr>
          <w:t>https://www.pcworld.com/article/2496314/one-subscription-countless-ai-tools-for-40-meet-1minai.html</w:t>
        </w:r>
      </w:hyperlink>
      <w:r>
        <w:t xml:space="preserve"> - Explains how 1minAI helps automate routine tasks and transforms workflows with its user-friendly interface.</w:t>
      </w:r>
      <w:r/>
    </w:p>
    <w:p>
      <w:pPr>
        <w:pStyle w:val="ListNumber"/>
        <w:spacing w:line="240" w:lineRule="auto"/>
        <w:ind w:left="720"/>
      </w:pPr>
      <w:r/>
      <w:hyperlink r:id="rId11">
        <w:r>
          <w:rPr>
            <w:color w:val="0000EE"/>
            <w:u w:val="single"/>
          </w:rPr>
          <w:t>https://gizmodo.com/access-all-the-ai-you-need-in-just-one-minute-for-only-40-with-a-lifetime-subscription-to-1minai-2000513099</w:t>
        </w:r>
      </w:hyperlink>
      <w:r>
        <w:t xml:space="preserve"> - Describes the ability to generate blog articles, create images, and perform other tasks efficiently using 1minAI.</w:t>
      </w:r>
      <w:r/>
    </w:p>
    <w:p>
      <w:pPr>
        <w:pStyle w:val="ListNumber"/>
        <w:spacing w:line="240" w:lineRule="auto"/>
        <w:ind w:left="720"/>
      </w:pPr>
      <w:r/>
      <w:hyperlink r:id="rId12">
        <w:r>
          <w:rPr>
            <w:color w:val="0000EE"/>
            <w:u w:val="single"/>
          </w:rPr>
          <w:t>https://appleworld.today/2024/11/todays-deal-1minai-lifetime-subscription-for-39-99-2/</w:t>
        </w:r>
      </w:hyperlink>
      <w:r>
        <w:t xml:space="preserve"> - Details the monthly usage limitations and the methods to earn additional credits through engagement.</w:t>
      </w:r>
      <w:r/>
    </w:p>
    <w:p>
      <w:pPr>
        <w:pStyle w:val="ListNumber"/>
        <w:spacing w:line="240" w:lineRule="auto"/>
        <w:ind w:left="720"/>
      </w:pPr>
      <w:r/>
      <w:hyperlink r:id="rId13">
        <w:r>
          <w:rPr>
            <w:color w:val="0000EE"/>
            <w:u w:val="single"/>
          </w:rPr>
          <w:t>https://store.entrepreneur.com/sales/1minai-pro-plan-lifetime-subscription?scsonar=1</w:t>
        </w:r>
      </w:hyperlink>
      <w:r>
        <w:t xml:space="preserve"> - Highlights the appeal of the single payment model without recurring fees and its economic benefits.</w:t>
      </w:r>
      <w:r/>
    </w:p>
    <w:p>
      <w:pPr>
        <w:pStyle w:val="ListNumber"/>
        <w:spacing w:line="240" w:lineRule="auto"/>
        <w:ind w:left="720"/>
      </w:pPr>
      <w:r/>
      <w:hyperlink r:id="rId14">
        <w:r>
          <w:rPr>
            <w:color w:val="0000EE"/>
            <w:u w:val="single"/>
          </w:rPr>
          <w:t>https://lifetimo.com/deal/1minal-lifetime-deal/</w:t>
        </w:r>
      </w:hyperlink>
      <w:r>
        <w:t xml:space="preserve"> - Mentions the importance of acting promptly to secure the discounted rate due to potential price changes on StackSocial.</w:t>
      </w:r>
      <w:r/>
    </w:p>
    <w:p>
      <w:pPr>
        <w:pStyle w:val="ListNumber"/>
        <w:spacing w:line="240" w:lineRule="auto"/>
        <w:ind w:left="720"/>
      </w:pPr>
      <w:r/>
      <w:hyperlink r:id="rId12">
        <w:r>
          <w:rPr>
            <w:color w:val="0000EE"/>
            <w:u w:val="single"/>
          </w:rPr>
          <w:t>https://appleworld.today/2024/11/todays-deal-1minai-lifetime-subscription-for-39-99-2/</w:t>
        </w:r>
      </w:hyperlink>
      <w:r>
        <w:t xml:space="preserve"> - Corroborates the ongoing trend of integrating AI into professional activities to simplify complex tasks and save time.</w:t>
      </w:r>
      <w:r/>
    </w:p>
    <w:p>
      <w:pPr>
        <w:pStyle w:val="ListNumber"/>
        <w:spacing w:line="240" w:lineRule="auto"/>
        <w:ind w:left="720"/>
      </w:pPr>
      <w:r/>
      <w:hyperlink r:id="rId15">
        <w:r>
          <w:rPr>
            <w:color w:val="0000EE"/>
            <w:u w:val="single"/>
          </w:rPr>
          <w:t>https://nypost.com/2024/11/04/shopping/1minai-lifetime-subscription-is-82-off/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cworld.com/article/2496314/one-subscription-countless-ai-tools-for-40-meet-1minai.html" TargetMode="External"/><Relationship Id="rId11" Type="http://schemas.openxmlformats.org/officeDocument/2006/relationships/hyperlink" Target="https://gizmodo.com/access-all-the-ai-you-need-in-just-one-minute-for-only-40-with-a-lifetime-subscription-to-1minai-2000513099" TargetMode="External"/><Relationship Id="rId12" Type="http://schemas.openxmlformats.org/officeDocument/2006/relationships/hyperlink" Target="https://appleworld.today/2024/11/todays-deal-1minai-lifetime-subscription-for-39-99-2/" TargetMode="External"/><Relationship Id="rId13" Type="http://schemas.openxmlformats.org/officeDocument/2006/relationships/hyperlink" Target="https://store.entrepreneur.com/sales/1minai-pro-plan-lifetime-subscription?scsonar=1" TargetMode="External"/><Relationship Id="rId14" Type="http://schemas.openxmlformats.org/officeDocument/2006/relationships/hyperlink" Target="https://lifetimo.com/deal/1minal-lifetime-deal/" TargetMode="External"/><Relationship Id="rId15" Type="http://schemas.openxmlformats.org/officeDocument/2006/relationships/hyperlink" Target="https://nypost.com/2024/11/04/shopping/1minai-lifetime-subscription-is-82-of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