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window cleaning robots make U.S. debut in Dallas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Window Cleaning Robots Make U.S. Debut in Dallas</w:t>
      </w:r>
      <w:r/>
    </w:p>
    <w:p>
      <w:r/>
      <w:r>
        <w:t>Dallas, known for its iconic skyline, is now becoming the forefront of technological advancement in building maintenance. An Israeli company, Verbotics, has introduced a groundbreaking solution to the perilous task of high-rise window cleaning with the U.S. launch of its robotic window cleaner in North Texas.</w:t>
      </w:r>
      <w:r/>
    </w:p>
    <w:p>
      <w:r/>
      <w:r>
        <w:t>The launch took place at the 17Seventeen McKinney building located in uptown Dallas. Those present witnessed the innovative 'Ibex' robot in action. Named after the nimble mountain-climbing goat, the Ibex combines cutting-edge artificial intelligence with mechanical prowess to navigate and clean building exteriors with precision.</w:t>
      </w:r>
      <w:r/>
    </w:p>
    <w:p>
      <w:r/>
      <w:r>
        <w:t>Verbotics CEO, Ido Genosar, described the robot as a vertical cleaning unit akin to a combination of Spiderman and a modern sanitation device. The technology harnesses complex AI algorithms alongside advanced vision and sensor systems to efficiently map and clean window surfaces, ensuring no spot is left untouched.</w:t>
      </w:r>
      <w:r/>
    </w:p>
    <w:p>
      <w:r/>
      <w:r>
        <w:t xml:space="preserve">One of the most significant advantages of the Ibex robot is its elimination of the human risk factor associated with high-rise window cleaning. Traditionally, workers have had to operate at significant heights, posing undeniable safety concerns. The introduction of these robots, which are equipped with cameras to scan surfaces and manoeuvre around window frames, revolutionises the process by keeping human involvement to a minimum. </w:t>
      </w:r>
      <w:r/>
    </w:p>
    <w:p>
      <w:r/>
      <w:r>
        <w:t>Despite the advanced autonomous capabilities of the Ibex, a human operator is still required, although only minimally. This operator, described by Genosar as more of a "babysitter," manages the process through a tablet interface that allows them to simply press a button to set the robot to task.</w:t>
      </w:r>
      <w:r/>
    </w:p>
    <w:p>
      <w:r/>
      <w:r>
        <w:t>Ibex has already gained traction in various markets across Asia and the Middle East. The decision to debut in Dallas was driven by Texas's rapid growth and increasing market demand. Verbotics views Texas as a strategic entry point into the United States due to its economic dynamism and burgeoning urban landscapes.</w:t>
      </w:r>
      <w:r/>
    </w:p>
    <w:p>
      <w:r/>
      <w:r>
        <w:t>In addition to cleaning functions, the robot also serves an inspection role by evaluating building exteriors and alerting property managers to potential maintenance issues. Genosar highlighted the anachronism of relying on old methods in a world rapidly embracing technological solutions, suggesting that this innovation signifies a leap toward modernity in building maintenance.</w:t>
      </w:r>
      <w:r/>
    </w:p>
    <w:p>
      <w:r/>
      <w:r>
        <w:t>The introduction of Ibex in Dallas is not just an advancement in cleaning technology but a wider symbol of technological growth, reflecting the city’s commitment to integrating AI into daily operations, ultimately setting a new standard for urban building maintenance in North America.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https://www.cbsnews.com/texas/news/ai-window-washing-robots-us-debut-dallas/</w:t>
        </w:r>
      </w:hyperlink>
      <w:r>
        <w:t xml:space="preserve"> - Corroborates the launch of Verbotics' AI window-washing robots in Dallas, the naming of the robot 'Ibex,' and the use of AI algorithms and vision systems.</w:t>
      </w:r>
      <w:r/>
    </w:p>
    <w:p>
      <w:pPr>
        <w:pStyle w:val="ListNumber"/>
        <w:spacing w:line="240" w:lineRule="auto"/>
        <w:ind w:left="720"/>
      </w:pPr>
      <w:r/>
      <w:hyperlink r:id="rId11">
        <w:r>
          <w:rPr>
            <w:color w:val="0000EE"/>
            <w:u w:val="single"/>
          </w:rPr>
          <w:t>https://www.audacy.com/jackontheweb/latest/ai-window-washing-robots-make-u-s-debut-in-dallas</w:t>
        </w:r>
      </w:hyperlink>
      <w:r>
        <w:t xml:space="preserve"> - Supports the details of the robot's launch at the 17Seventeen McKinney building, the role of Verbotics CEO Ido Genosar, and the robot's inspection capabilities.</w:t>
      </w:r>
      <w:r/>
    </w:p>
    <w:p>
      <w:pPr>
        <w:pStyle w:val="ListNumber"/>
        <w:spacing w:line="240" w:lineRule="auto"/>
        <w:ind w:left="720"/>
      </w:pPr>
      <w:r/>
      <w:hyperlink r:id="rId12">
        <w:r>
          <w:rPr>
            <w:color w:val="0000EE"/>
            <w:u w:val="single"/>
          </w:rPr>
          <w:t>https://dallasinnovates.com/in-a-u-s-first-tel-avivs-verobotics-launches-its-robot-window-cleaners-in-dallas/</w:t>
        </w:r>
      </w:hyperlink>
      <w:r>
        <w:t xml:space="preserve"> - Provides information on the partnership between Verobotics and Gaedeke Group, the robot's ability to scan surfaces and detect window frames, and the predictive maintenance feature.</w:t>
      </w:r>
      <w:r/>
    </w:p>
    <w:p>
      <w:pPr>
        <w:pStyle w:val="ListNumber"/>
        <w:spacing w:line="240" w:lineRule="auto"/>
        <w:ind w:left="720"/>
      </w:pPr>
      <w:r/>
      <w:hyperlink r:id="rId10">
        <w:r>
          <w:rPr>
            <w:color w:val="0000EE"/>
            <w:u w:val="single"/>
          </w:rPr>
          <w:t>https://www.cbsnews.com/texas/news/ai-window-washing-robots-us-debut-dallas/</w:t>
        </w:r>
      </w:hyperlink>
      <w:r>
        <w:t xml:space="preserve"> - Details the safety benefits of using the Ibex robot, reducing human risk in high-rise window cleaning, and the minimal human operator involvement.</w:t>
      </w:r>
      <w:r/>
    </w:p>
    <w:p>
      <w:pPr>
        <w:pStyle w:val="ListNumber"/>
        <w:spacing w:line="240" w:lineRule="auto"/>
        <w:ind w:left="720"/>
      </w:pPr>
      <w:r/>
      <w:hyperlink r:id="rId11">
        <w:r>
          <w:rPr>
            <w:color w:val="0000EE"/>
            <w:u w:val="single"/>
          </w:rPr>
          <w:t>https://www.audacy.com/jackontheweb/latest/ai-window-washing-robots-make-u-s-debut-in-dallas</w:t>
        </w:r>
      </w:hyperlink>
      <w:r>
        <w:t xml:space="preserve"> - Explains the decision to launch in Dallas due to Texas's rapid growth and market demand, and the robot's existing presence in Asia and the Middle East.</w:t>
      </w:r>
      <w:r/>
    </w:p>
    <w:p>
      <w:pPr>
        <w:pStyle w:val="ListNumber"/>
        <w:spacing w:line="240" w:lineRule="auto"/>
        <w:ind w:left="720"/>
      </w:pPr>
      <w:r/>
      <w:hyperlink r:id="rId12">
        <w:r>
          <w:rPr>
            <w:color w:val="0000EE"/>
            <w:u w:val="single"/>
          </w:rPr>
          <w:t>https://dallasinnovates.com/in-a-u-s-first-tel-avivs-verobotics-launches-its-robot-window-cleaners-in-dallas/</w:t>
        </w:r>
      </w:hyperlink>
      <w:r>
        <w:t xml:space="preserve"> - Describes the robot's advanced technologies from aerospace, robotics, and AI, and its ability to work up to four times faster than human crews.</w:t>
      </w:r>
      <w:r/>
    </w:p>
    <w:p>
      <w:pPr>
        <w:pStyle w:val="ListNumber"/>
        <w:spacing w:line="240" w:lineRule="auto"/>
        <w:ind w:left="720"/>
      </w:pPr>
      <w:r/>
      <w:hyperlink r:id="rId10">
        <w:r>
          <w:rPr>
            <w:color w:val="0000EE"/>
            <w:u w:val="single"/>
          </w:rPr>
          <w:t>https://www.cbsnews.com/texas/news/ai-window-washing-robots-us-debut-dallas/</w:t>
        </w:r>
      </w:hyperlink>
      <w:r>
        <w:t xml:space="preserve"> - Highlights the robot's inspection role and its ability to notify landlords of potential maintenance issues.</w:t>
      </w:r>
      <w:r/>
    </w:p>
    <w:p>
      <w:pPr>
        <w:pStyle w:val="ListNumber"/>
        <w:spacing w:line="240" w:lineRule="auto"/>
        <w:ind w:left="720"/>
      </w:pPr>
      <w:r/>
      <w:hyperlink r:id="rId11">
        <w:r>
          <w:rPr>
            <w:color w:val="0000EE"/>
            <w:u w:val="single"/>
          </w:rPr>
          <w:t>https://www.audacy.com/jackontheweb/latest/ai-window-washing-robots-make-u-s-debut-in-dallas</w:t>
        </w:r>
      </w:hyperlink>
      <w:r>
        <w:t xml:space="preserve"> - Corroborates Genosar's statement on the anachronism of old methods and the significance of this innovation in modern building maintenance.</w:t>
      </w:r>
      <w:r/>
    </w:p>
    <w:p>
      <w:pPr>
        <w:pStyle w:val="ListNumber"/>
        <w:spacing w:line="240" w:lineRule="auto"/>
        <w:ind w:left="720"/>
      </w:pPr>
      <w:r/>
      <w:hyperlink r:id="rId12">
        <w:r>
          <w:rPr>
            <w:color w:val="0000EE"/>
            <w:u w:val="single"/>
          </w:rPr>
          <w:t>https://dallasinnovates.com/in-a-u-s-first-tel-avivs-verobotics-launches-its-robot-window-cleaners-in-dallas/</w:t>
        </w:r>
      </w:hyperlink>
      <w:r>
        <w:t xml:space="preserve"> - Details the data collection and analysis capabilities of the robot, supporting predictive maintenance and building upkeep.</w:t>
      </w:r>
      <w:r/>
    </w:p>
    <w:p>
      <w:pPr>
        <w:pStyle w:val="ListNumber"/>
        <w:spacing w:line="240" w:lineRule="auto"/>
        <w:ind w:left="720"/>
      </w:pPr>
      <w:r/>
      <w:hyperlink r:id="rId13">
        <w:r>
          <w:rPr>
            <w:color w:val="0000EE"/>
            <w:u w:val="single"/>
          </w:rPr>
          <w:t>https://www.youtube.com/watch?v=g-3mnJMMT4Y</w:t>
        </w:r>
      </w:hyperlink>
      <w:r>
        <w:t xml:space="preserve"> - Visual and descriptive evidence of the robot's operation, including its Spiderman-like movement and cleaning capabilities.</w:t>
      </w:r>
      <w:r/>
    </w:p>
    <w:p>
      <w:pPr>
        <w:pStyle w:val="ListNumber"/>
        <w:spacing w:line="240" w:lineRule="auto"/>
        <w:ind w:left="720"/>
      </w:pPr>
      <w:r/>
      <w:hyperlink r:id="rId14">
        <w:r>
          <w:rPr>
            <w:color w:val="0000EE"/>
            <w:u w:val="single"/>
          </w:rPr>
          <w:t>https://ktvz.com/cnn-regional/2024/11/04/ai-window-washing-robots-make-their-u-s-debut-in-dallas/</w:t>
        </w:r>
      </w:hyperlink>
      <w:r>
        <w:t xml:space="preserve"> - Mentions the U.S. debut of the AI window-washing robots in Dallas and the broader context of technological advancements.</w:t>
      </w:r>
      <w:r/>
    </w:p>
    <w:p>
      <w:pPr>
        <w:pStyle w:val="ListNumber"/>
        <w:spacing w:line="240" w:lineRule="auto"/>
        <w:ind w:left="720"/>
      </w:pPr>
      <w:r/>
      <w:hyperlink r:id="rId15">
        <w:r>
          <w:rPr>
            <w:color w:val="0000EE"/>
            <w:u w:val="single"/>
          </w:rPr>
          <w:t>https://kion546.com/cnn-regional/2024/11/04/ai-window-washing-robots-make-their-u-s-debut-in-dallas/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texas/news/ai-window-washing-robots-us-debut-dallas/" TargetMode="External"/><Relationship Id="rId11" Type="http://schemas.openxmlformats.org/officeDocument/2006/relationships/hyperlink" Target="https://www.audacy.com/jackontheweb/latest/ai-window-washing-robots-make-u-s-debut-in-dallas" TargetMode="External"/><Relationship Id="rId12" Type="http://schemas.openxmlformats.org/officeDocument/2006/relationships/hyperlink" Target="https://dallasinnovates.com/in-a-u-s-first-tel-avivs-verobotics-launches-its-robot-window-cleaners-in-dallas/" TargetMode="External"/><Relationship Id="rId13" Type="http://schemas.openxmlformats.org/officeDocument/2006/relationships/hyperlink" Target="https://www.youtube.com/watch?v=g-3mnJMMT4Y" TargetMode="External"/><Relationship Id="rId14" Type="http://schemas.openxmlformats.org/officeDocument/2006/relationships/hyperlink" Target="https://ktvz.com/cnn-regional/2024/11/04/ai-window-washing-robots-make-their-u-s-debut-in-dallas/" TargetMode="External"/><Relationship Id="rId15" Type="http://schemas.openxmlformats.org/officeDocument/2006/relationships/hyperlink" Target="https://kion546.com/cnn-regional/2024/11/04/ai-window-washing-robots-make-their-u-s-debut-in-dall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