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impact on cybersecurity and cloud data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AI's Impact on Cybersecurity and Cloud Data Management</w:t>
      </w:r>
      <w:r/>
    </w:p>
    <w:p>
      <w:r/>
      <w:r>
        <w:t>The rise of artificial intelligence (AI) is reshaping the landscape of cybersecurity and cloud data management, amplifying potential risks faced by organisations across the globe. Liat Hayun, Vice President of Product Management and Research of Cloud Security at Tenable, recently shared insights with TechRepublic on how businesses must navigate this evolving terrain.</w:t>
      </w:r>
      <w:r/>
    </w:p>
    <w:p>
      <w:pPr>
        <w:pStyle w:val="Heading4"/>
      </w:pPr>
      <w:r>
        <w:t>Increasing Accessibility and Data Demands</w:t>
      </w:r>
      <w:r/>
    </w:p>
    <w:p>
      <w:r/>
      <w:r>
        <w:t>AI has become increasingly accessible over the last decade. Previously confined to organisations with dedicated teams of Ph.D.-level data scientists, AI technologies are now within reach for a vast array of companies, ranging from large corporations to start-ups. This heightened accessibility coincides with an increased necessity for extensive data storage, driven by AI's capabilities to refine business operations and marketing strategies. Consequently, organisations are collecting larger volumes of data which often include sensitive information such as geographic, age, and gender details.</w:t>
      </w:r>
      <w:r/>
    </w:p>
    <w:p>
      <w:r/>
      <w:r>
        <w:t>As Hayun explained, storing this data predominantly occurs in cloud environments due to their scalability and ease of access. This practice contributes to a self-reinforcing cycle: the more data stored in the cloud, the more AI capabilities are upgraded, prompting further data collection and storage.</w:t>
      </w:r>
      <w:r/>
    </w:p>
    <w:p>
      <w:pPr>
        <w:pStyle w:val="Heading4"/>
      </w:pPr>
      <w:r>
        <w:t>Identifying Emerging Security Risks</w:t>
      </w:r>
      <w:r/>
    </w:p>
    <w:p>
      <w:r/>
      <w:r>
        <w:t>While AI presents significant opportunities, its implementation doesn't come without challenges. Liat Hayun outlined primary cybersecurity risks associated with AI deployment. A prominent concern is that AI models might be inadvertently trained on sensitive data. This risk arises from the difficulty in thoroughly segregating sensitive data from non-sensitive data during AI algorithm training processes.</w:t>
      </w:r>
      <w:r/>
    </w:p>
    <w:p>
      <w:r/>
      <w:r>
        <w:t>Another risk identified is the potential for 'data poisoning', where attackers manipulate publicly accessible data that AI models learn from. By injecting malicious data into these sources, adversaries can distort AI outputs, causing inaccuracies or unintended behaviours in AI-based operations.</w:t>
      </w:r>
      <w:r/>
    </w:p>
    <w:p>
      <w:pPr>
        <w:pStyle w:val="Heading4"/>
      </w:pPr>
      <w:r>
        <w:t>Advancing Through Smart Risk Management</w:t>
      </w:r>
      <w:r/>
    </w:p>
    <w:p>
      <w:r/>
      <w:r>
        <w:t>In light of these risks, organisations are advised to assess their risk exposure comprehensively, prioritising critical vulnerabilities and implementing measures that minimise potential business impacts. One of the primary recommendations is evaluating cloud security risks, where misconfigurations, over-privileged access, and the ability to detect suspicious activities early are crucial focus areas.</w:t>
      </w:r>
      <w:r/>
    </w:p>
    <w:p>
      <w:r/>
      <w:r>
        <w:t>Many Chief Information Security Officers (CISOs) are transitioning from traditional gatekeeping roles to becoming facilitators of growth, as affirmed by Hayun. They are tasked with integrating AI into business operations without compromising security. The use of AI within security frameworks, she notes, can facilitate rapid analysis and detection of threats, enabling swift intervention before critical data is compromised.</w:t>
      </w:r>
      <w:r/>
    </w:p>
    <w:p>
      <w:pPr>
        <w:pStyle w:val="Heading4"/>
      </w:pPr>
      <w:r>
        <w:t>Balancing Risks and Opportunities</w:t>
      </w:r>
      <w:r/>
    </w:p>
    <w:p>
      <w:r/>
      <w:r>
        <w:t>Despite the challenges, Hayun emphasises the importance of embracing AI due to its transformative potential. She acknowledges that organisations that shy away from AI could risk obsolescence as the technology permeates every sector, enhancing capabilities for internal collaboration, data analysis, and customer interaction.</w:t>
      </w:r>
      <w:r/>
    </w:p>
    <w:p>
      <w:r/>
      <w:r>
        <w:t>In conclusion, while AI introduces new dimensions to the cybersecurity landscape, careful management and strategic deployment can mitigate risks, allowing organisations to leverage AI's full potential. The dialogue between security risks and AI benefits is ongoing, with many in the industry striving to find equilibrium between innovation and protection.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https://www.sentinelone.com/cybersecurity-101/cloud-security/cloud-data-security-solutions/</w:t>
        </w:r>
      </w:hyperlink>
      <w:r>
        <w:t xml:space="preserve"> - This article supports the claim that AI-driven cloud data security solutions can detect misconfigurations, automate compliance, and provide real-time monitoring, which is crucial for managing emerging security risks.</w:t>
      </w:r>
      <w:r/>
    </w:p>
    <w:p>
      <w:pPr>
        <w:pStyle w:val="ListNumber"/>
        <w:spacing w:line="240" w:lineRule="auto"/>
        <w:ind w:left="720"/>
      </w:pPr>
      <w:r/>
      <w:hyperlink r:id="rId11">
        <w:r>
          <w:rPr>
            <w:color w:val="0000EE"/>
            <w:u w:val="single"/>
          </w:rPr>
          <w:t>https://safari-solutions.com/protecting-cloud-data-with-ai-powered-cyber-security-tools/</w:t>
        </w:r>
      </w:hyperlink>
      <w:r>
        <w:t xml:space="preserve"> - This source explains how AI-powered cyber security solutions identify new cyber threats, analyze security data, and provide continuous monitoring and adaptation, which aligns with the discussion on advancing through smart risk management.</w:t>
      </w:r>
      <w:r/>
    </w:p>
    <w:p>
      <w:pPr>
        <w:pStyle w:val="ListNumber"/>
        <w:spacing w:line="240" w:lineRule="auto"/>
        <w:ind w:left="720"/>
      </w:pPr>
      <w:r/>
      <w:hyperlink r:id="rId12">
        <w:r>
          <w:rPr>
            <w:color w:val="0000EE"/>
            <w:u w:val="single"/>
          </w:rPr>
          <w:t>https://industrialcyber.co/news/tenable-enhances-cloud-security-with-new-data-and-ai-security-posture-management-capabilities/</w:t>
        </w:r>
      </w:hyperlink>
      <w:r>
        <w:t xml:space="preserve"> - This article corroborates the risks associated with AI deployment, such as data exposure and the need for comprehensive risk management, as highlighted by Tenable's enhancements in cloud security.</w:t>
      </w:r>
      <w:r/>
    </w:p>
    <w:p>
      <w:pPr>
        <w:pStyle w:val="ListNumber"/>
        <w:spacing w:line="240" w:lineRule="auto"/>
        <w:ind w:left="720"/>
      </w:pPr>
      <w:r/>
      <w:hyperlink r:id="rId13">
        <w:r>
          <w:rPr>
            <w:color w:val="0000EE"/>
            <w:u w:val="single"/>
          </w:rPr>
          <w:t>https://www.snowflake.com/en/solutions/departments/cybersecurity/</w:t>
        </w:r>
      </w:hyperlink>
      <w:r>
        <w:t xml:space="preserve"> - This source supports the idea of using AI to unify logs and enterprise data, manage risk via self-service dashboards, and accelerate threat hunting, which is essential for balancing risks and opportunities in AI adoption.</w:t>
      </w:r>
      <w:r/>
    </w:p>
    <w:p>
      <w:pPr>
        <w:pStyle w:val="ListNumber"/>
        <w:spacing w:line="240" w:lineRule="auto"/>
        <w:ind w:left="720"/>
      </w:pPr>
      <w:r/>
      <w:hyperlink r:id="rId14">
        <w:r>
          <w:rPr>
            <w:color w:val="0000EE"/>
            <w:u w:val="single"/>
          </w:rPr>
          <w:t>https://www.adnovum.com/blog/ai-in-cloud-security-outsmarting-hackers-and-fortifying-the-cloud</w:t>
        </w:r>
      </w:hyperlink>
      <w:r>
        <w:t xml:space="preserve"> - This article discusses how AI transforms cloud security through enhanced threat detection, automation of security tasks, and proactive security posture, aligning with the benefits of AI in cybersecurity mentioned in the article.</w:t>
      </w:r>
      <w:r/>
    </w:p>
    <w:p>
      <w:pPr>
        <w:pStyle w:val="ListNumber"/>
        <w:spacing w:line="240" w:lineRule="auto"/>
        <w:ind w:left="720"/>
      </w:pPr>
      <w:r/>
      <w:hyperlink r:id="rId10">
        <w:r>
          <w:rPr>
            <w:color w:val="0000EE"/>
            <w:u w:val="single"/>
          </w:rPr>
          <w:t>https://www.sentinelone.com/cybersecurity-101/cloud-security/cloud-data-security-solutions/</w:t>
        </w:r>
      </w:hyperlink>
      <w:r>
        <w:t xml:space="preserve"> - This source highlights the importance of consolidating management for endpoints, cloud workloads, IoT, and storage into a single console, which is crucial for managing the increased accessibility and data demands in cloud environments.</w:t>
      </w:r>
      <w:r/>
    </w:p>
    <w:p>
      <w:pPr>
        <w:pStyle w:val="ListNumber"/>
        <w:spacing w:line="240" w:lineRule="auto"/>
        <w:ind w:left="720"/>
      </w:pPr>
      <w:r/>
      <w:hyperlink r:id="rId11">
        <w:r>
          <w:rPr>
            <w:color w:val="0000EE"/>
            <w:u w:val="single"/>
          </w:rPr>
          <w:t>https://safari-solutions.com/protecting-cloud-data-with-ai-powered-cyber-security-tools/</w:t>
        </w:r>
      </w:hyperlink>
      <w:r>
        <w:t xml:space="preserve"> - This article explains how AI-powered solutions defend against insider threats and continuously monitor and adapt to changing threat landscapes, addressing the risks associated with AI deployment.</w:t>
      </w:r>
      <w:r/>
    </w:p>
    <w:p>
      <w:pPr>
        <w:pStyle w:val="ListNumber"/>
        <w:spacing w:line="240" w:lineRule="auto"/>
        <w:ind w:left="720"/>
      </w:pPr>
      <w:r/>
      <w:hyperlink r:id="rId12">
        <w:r>
          <w:rPr>
            <w:color w:val="0000EE"/>
            <w:u w:val="single"/>
          </w:rPr>
          <w:t>https://industrialcyber.co/news/tenable-enhances-cloud-security-with-new-data-and-ai-security-posture-management-capabilities/</w:t>
        </w:r>
      </w:hyperlink>
      <w:r>
        <w:t xml:space="preserve"> - This source details Tenable's new capabilities in data security posture management (DSPM) and AI security posture management (AI-SPM), which help in identifying and mitigating risks associated with AI and cloud data.</w:t>
      </w:r>
      <w:r/>
    </w:p>
    <w:p>
      <w:pPr>
        <w:pStyle w:val="ListNumber"/>
        <w:spacing w:line="240" w:lineRule="auto"/>
        <w:ind w:left="720"/>
      </w:pPr>
      <w:r/>
      <w:hyperlink r:id="rId14">
        <w:r>
          <w:rPr>
            <w:color w:val="0000EE"/>
            <w:u w:val="single"/>
          </w:rPr>
          <w:t>https://www.adnovum.com/blog/ai-in-cloud-security-outsmarting-hackers-and-fortifying-the-cloud</w:t>
        </w:r>
      </w:hyperlink>
      <w:r>
        <w:t xml:space="preserve"> - This article discusses the challenges of integrating AI into cloud security, including data privacy concerns and the potential for false positives, which are important considerations for balancing risks and opportunities.</w:t>
      </w:r>
      <w:r/>
    </w:p>
    <w:p>
      <w:pPr>
        <w:pStyle w:val="ListNumber"/>
        <w:spacing w:line="240" w:lineRule="auto"/>
        <w:ind w:left="720"/>
      </w:pPr>
      <w:r/>
      <w:hyperlink r:id="rId10">
        <w:r>
          <w:rPr>
            <w:color w:val="0000EE"/>
            <w:u w:val="single"/>
          </w:rPr>
          <w:t>https://www.sentinelone.com/cybersecurity-101/cloud-security/cloud-data-security-solutions/</w:t>
        </w:r>
      </w:hyperlink>
      <w:r>
        <w:t xml:space="preserve"> - This source emphasizes the role of AI in stopping malware spread in cloud file storage and automating in-file scanning, which is vital for managing the increased data storage and security demands.</w:t>
      </w:r>
      <w:r/>
    </w:p>
    <w:p>
      <w:pPr>
        <w:pStyle w:val="ListNumber"/>
        <w:spacing w:line="240" w:lineRule="auto"/>
        <w:ind w:left="720"/>
      </w:pPr>
      <w:r/>
      <w:hyperlink r:id="rId13">
        <w:r>
          <w:rPr>
            <w:color w:val="0000EE"/>
            <w:u w:val="single"/>
          </w:rPr>
          <w:t>https://www.snowflake.com/en/solutions/departments/cybersecurity/</w:t>
        </w:r>
      </w:hyperlink>
      <w:r>
        <w:t xml:space="preserve"> - This article highlights how Snowflake's AI Data Cloud helps in building a robust security program by deploying security applications on the data lake, ensuring detection, response, and compliance from a single source of truth.</w:t>
      </w:r>
      <w:r/>
    </w:p>
    <w:p>
      <w:pPr>
        <w:pStyle w:val="ListNumber"/>
        <w:spacing w:line="240" w:lineRule="auto"/>
        <w:ind w:left="720"/>
      </w:pPr>
      <w:r/>
      <w:hyperlink r:id="rId15">
        <w:r>
          <w:rPr>
            <w:color w:val="0000EE"/>
            <w:u w:val="single"/>
          </w:rPr>
          <w:t>https://www.techrepublic.com/article/cloud-security-for-ai/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ntinelone.com/cybersecurity-101/cloud-security/cloud-data-security-solutions/" TargetMode="External"/><Relationship Id="rId11" Type="http://schemas.openxmlformats.org/officeDocument/2006/relationships/hyperlink" Target="https://safari-solutions.com/protecting-cloud-data-with-ai-powered-cyber-security-tools/" TargetMode="External"/><Relationship Id="rId12" Type="http://schemas.openxmlformats.org/officeDocument/2006/relationships/hyperlink" Target="https://industrialcyber.co/news/tenable-enhances-cloud-security-with-new-data-and-ai-security-posture-management-capabilities/" TargetMode="External"/><Relationship Id="rId13" Type="http://schemas.openxmlformats.org/officeDocument/2006/relationships/hyperlink" Target="https://www.snowflake.com/en/solutions/departments/cybersecurity/" TargetMode="External"/><Relationship Id="rId14" Type="http://schemas.openxmlformats.org/officeDocument/2006/relationships/hyperlink" Target="https://www.adnovum.com/blog/ai-in-cloud-security-outsmarting-hackers-and-fortifying-the-cloud" TargetMode="External"/><Relationship Id="rId15" Type="http://schemas.openxmlformats.org/officeDocument/2006/relationships/hyperlink" Target="https://www.techrepublic.com/article/cloud-security-for-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