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reintroduces discounts on latest Fire tablet range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has reintroduced attractive discounts on its latest range of Fire tablets, initially unveiled last month. These deals appeared as part of the product launch but quickly reverted to standard pricing. Now, they are available once more, including a notable reduction on the All-new Amazon Fire HD 8 tablet, now priced at $54.99 with free shipping. This promotion reflects a significant 45% discount from the tablet's regular price of $100, making it an enticing option for those seeking budget-friendly tech solutions.</w:t>
      </w:r>
      <w:r/>
    </w:p>
    <w:p>
      <w:r/>
      <w:r>
        <w:t>The new lineup includes several models apart from the Fire HD 8, with price reductions extending to the higher-end Fire HD 10 and Fire Max 11 tablets, some seeing discounts of up to 46%. These price cuts come in conjunction with enhancements that mark the latest iterations as noteworthy upgrades over their predecessors.</w:t>
      </w:r>
      <w:r/>
    </w:p>
    <w:p>
      <w:r/>
      <w:r>
        <w:t>The All-new Amazon Fire HD 8 builds upon the reputation of its predecessors, known for high value and affordability, by incorporating several significant updates. Key improvements include a superior 5MP rear camera, offering better photo-taking capabilities, and an extended battery life that now allows for up to 13 hours of use per charge. This makes it suitable for activities such as reading, browsing the web, watching videos, gaming, and music listening both at home and on the go.</w:t>
      </w:r>
      <w:r/>
    </w:p>
    <w:p>
      <w:r/>
      <w:r>
        <w:t>This device features an 8-inch HD display, optimised for streaming and gaming needs. It is equipped with 3GB of RAM—50% more than the 2022 model—and 32GB of internal storage, with the option to expand up to 1TB via external storage (sold separately). The Fire HD 8 supports popular streaming services and applications like Facebook, Hulu, Instagram, and TikTok through Amazon’s Appstore, although it does not support Google Play. Some apps may require subscriptions.</w:t>
      </w:r>
      <w:r/>
    </w:p>
    <w:p>
      <w:r/>
      <w:r>
        <w:t>Its communication features include Alexa integration, enabling users to make video calls to family and friends. Additional apps such as Zoom can be downloaded for enhanced connectivity options.</w:t>
      </w:r>
      <w:r/>
    </w:p>
    <w:p>
      <w:r/>
      <w:r>
        <w:t>As a reader-supported platform, 9to5Toys, which provided initial coverage of these product launches, has noted that they may earn revenue from affiliate link commissions.</w:t>
      </w:r>
      <w:r/>
    </w:p>
    <w:p>
      <w:r/>
      <w:r>
        <w:t>These developments provide consumers with additional opportunities to acquire cutting-edge Amazon technology at reduced prices, highlighting the competitive offerings available in the tablet market. While the Fire HD 8 and its counterparts present robust options for personal tech needs, their reintroduction to the market at lowered prices underscores Amazon's commitment to combining innovation with affordability.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https://www.amazon.com/shop/helpmefinddeals/list/1JS89ASJ2SKD6</w:t>
        </w:r>
      </w:hyperlink>
      <w:r>
        <w:t xml:space="preserve"> - Details on the latest Amazon Fire tablet deals, including the All-new Amazon Fire HD 8 tablet and other models.</w:t>
      </w:r>
      <w:r/>
    </w:p>
    <w:p>
      <w:pPr>
        <w:pStyle w:val="ListNumber"/>
        <w:spacing w:line="240" w:lineRule="auto"/>
        <w:ind w:left="720"/>
      </w:pPr>
      <w:r/>
      <w:hyperlink r:id="rId11">
        <w:r>
          <w:rPr>
            <w:color w:val="0000EE"/>
            <w:u w:val="single"/>
          </w:rPr>
          <w:t>https://www.amazon.com/kindle-fire-tablets-sale/s?k=kindle+fire+tablets+on+sale</w:t>
        </w:r>
      </w:hyperlink>
      <w:r>
        <w:t xml:space="preserve"> - List of Kindle Fire tablets on sale, including the Fire HD 8 and Fire HD 10, with their specifications and prices.</w:t>
      </w:r>
      <w:r/>
    </w:p>
    <w:p>
      <w:pPr>
        <w:pStyle w:val="ListNumber"/>
        <w:spacing w:line="240" w:lineRule="auto"/>
        <w:ind w:left="720"/>
      </w:pPr>
      <w:r/>
      <w:hyperlink r:id="rId12">
        <w:r>
          <w:rPr>
            <w:color w:val="0000EE"/>
            <w:u w:val="single"/>
          </w:rPr>
          <w:t>https://www.amazon.com/Fire-Tablets-Todays-Deals-Amazon-Devices/s?rh=n%3A6669703011%2Cp_n_deal_type%3A23566064011</w:t>
        </w:r>
      </w:hyperlink>
      <w:r>
        <w:t xml:space="preserve"> - Current deals on Fire tablets, including the Fire HD 8 and Fire HD 10, with details on pricing and free shipping.</w:t>
      </w:r>
      <w:r/>
    </w:p>
    <w:p>
      <w:pPr>
        <w:pStyle w:val="ListNumber"/>
        <w:spacing w:line="240" w:lineRule="auto"/>
        <w:ind w:left="720"/>
      </w:pPr>
      <w:r/>
      <w:hyperlink r:id="rId13">
        <w:r>
          <w:rPr>
            <w:color w:val="0000EE"/>
            <w:u w:val="single"/>
          </w:rPr>
          <w:t>https://www.gamesradar.com/amazon-prime-day-tablet-deals/</w:t>
        </w:r>
      </w:hyperlink>
      <w:r>
        <w:t xml:space="preserve"> - Expectations and details on Prime Day tablet deals, including significant discounts on Amazon Fire tablets like the Fire HD 10 and Fire Max 11.</w:t>
      </w:r>
      <w:r/>
    </w:p>
    <w:p>
      <w:pPr>
        <w:pStyle w:val="ListNumber"/>
        <w:spacing w:line="240" w:lineRule="auto"/>
        <w:ind w:left="720"/>
      </w:pPr>
      <w:r/>
      <w:hyperlink r:id="rId10">
        <w:r>
          <w:rPr>
            <w:color w:val="0000EE"/>
            <w:u w:val="single"/>
          </w:rPr>
          <w:t>https://www.amazon.com/shop/helpmefinddeals/list/1JS89ASJ2SKD6</w:t>
        </w:r>
      </w:hyperlink>
      <w:r>
        <w:t xml:space="preserve"> - Specifications and pricing of the new Amazon Fire HD 8 tablet, including its 8-inch HD display, 3GB RAM, and 32GB storage.</w:t>
      </w:r>
      <w:r/>
    </w:p>
    <w:p>
      <w:pPr>
        <w:pStyle w:val="ListNumber"/>
        <w:spacing w:line="240" w:lineRule="auto"/>
        <w:ind w:left="720"/>
      </w:pPr>
      <w:r/>
      <w:hyperlink r:id="rId11">
        <w:r>
          <w:rPr>
            <w:color w:val="0000EE"/>
            <w:u w:val="single"/>
          </w:rPr>
          <w:t>https://www.amazon.com/kindle-fire-tablets-sale/s?k=kindle+fire+tablets+on+sale</w:t>
        </w:r>
      </w:hyperlink>
      <w:r>
        <w:t xml:space="preserve"> - Details on the extended battery life of the All-new Amazon Fire HD 8 tablet, offering up to 13 hours of use per charge.</w:t>
      </w:r>
      <w:r/>
    </w:p>
    <w:p>
      <w:pPr>
        <w:pStyle w:val="ListNumber"/>
        <w:spacing w:line="240" w:lineRule="auto"/>
        <w:ind w:left="720"/>
      </w:pPr>
      <w:r/>
      <w:hyperlink r:id="rId12">
        <w:r>
          <w:rPr>
            <w:color w:val="0000EE"/>
            <w:u w:val="single"/>
          </w:rPr>
          <w:t>https://www.amazon.com/Fire-Tablets-Todays-Deals-Amazon-Devices/s?rh=n%3A6669703011%2Cp_n_deal_type%3A23566064011</w:t>
        </w:r>
      </w:hyperlink>
      <w:r>
        <w:t xml:space="preserve"> - Information on the enhancements of the latest Fire HD 8 tablet, including a superior 5MP rear camera and increased RAM.</w:t>
      </w:r>
      <w:r/>
    </w:p>
    <w:p>
      <w:pPr>
        <w:pStyle w:val="ListNumber"/>
        <w:spacing w:line="240" w:lineRule="auto"/>
        <w:ind w:left="720"/>
      </w:pPr>
      <w:r/>
      <w:hyperlink r:id="rId10">
        <w:r>
          <w:rPr>
            <w:color w:val="0000EE"/>
            <w:u w:val="single"/>
          </w:rPr>
          <w:t>https://www.amazon.com/shop/helpmefinddeals/list/1JS89ASJ2SKD6</w:t>
        </w:r>
      </w:hyperlink>
      <w:r>
        <w:t xml:space="preserve"> - Details on the Fire HD 8's support for popular streaming services and applications through Amazon’s Appstore.</w:t>
      </w:r>
      <w:r/>
    </w:p>
    <w:p>
      <w:pPr>
        <w:pStyle w:val="ListNumber"/>
        <w:spacing w:line="240" w:lineRule="auto"/>
        <w:ind w:left="720"/>
      </w:pPr>
      <w:r/>
      <w:hyperlink r:id="rId11">
        <w:r>
          <w:rPr>
            <w:color w:val="0000EE"/>
            <w:u w:val="single"/>
          </w:rPr>
          <w:t>https://www.amazon.com/kindle-fire-tablets-sale/s?k=kindle+fire+tablets+on+sale</w:t>
        </w:r>
      </w:hyperlink>
      <w:r>
        <w:t xml:space="preserve"> - Features of the Fire HD 8, including Alexa integration and the ability to download additional apps like Zoom for enhanced connectivity.</w:t>
      </w:r>
      <w:r/>
    </w:p>
    <w:p>
      <w:pPr>
        <w:pStyle w:val="ListNumber"/>
        <w:spacing w:line="240" w:lineRule="auto"/>
        <w:ind w:left="720"/>
      </w:pPr>
      <w:r/>
      <w:hyperlink r:id="rId13">
        <w:r>
          <w:rPr>
            <w:color w:val="0000EE"/>
            <w:u w:val="single"/>
          </w:rPr>
          <w:t>https://www.gamesradar.com/amazon-prime-day-tablet-deals/</w:t>
        </w:r>
      </w:hyperlink>
      <w:r>
        <w:t xml:space="preserve"> - Discussion on the competitive offerings in the tablet market and Amazon's commitment to combining innovation with affordability.</w:t>
      </w:r>
      <w:r/>
    </w:p>
    <w:p>
      <w:pPr>
        <w:pStyle w:val="ListNumber"/>
        <w:spacing w:line="240" w:lineRule="auto"/>
        <w:ind w:left="720"/>
      </w:pPr>
      <w:r/>
      <w:hyperlink r:id="rId12">
        <w:r>
          <w:rPr>
            <w:color w:val="0000EE"/>
            <w:u w:val="single"/>
          </w:rPr>
          <w:t>https://www.amazon.com/Fire-Tablets-Todays-Deals-Amazon-Devices/s?rh=n%3A6669703011%2Cp_n_deal_type%3A23566064011</w:t>
        </w:r>
      </w:hyperlink>
      <w:r>
        <w:t xml:space="preserve"> - Current pricing and availability of the Fire HD 10 and Fire Max 11 tablets, highlighting the discounts and free shipping offers.</w:t>
      </w:r>
      <w:r/>
    </w:p>
    <w:p>
      <w:pPr>
        <w:pStyle w:val="ListNumber"/>
        <w:spacing w:line="240" w:lineRule="auto"/>
        <w:ind w:left="720"/>
      </w:pPr>
      <w:r/>
      <w:hyperlink r:id="rId14">
        <w:r>
          <w:rPr>
            <w:color w:val="0000EE"/>
            <w:u w:val="single"/>
          </w:rPr>
          <w:t>https://9to5toys.com/2024/11/04/amazon-new-fire-hd-8-tablet/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azon.com/shop/helpmefinddeals/list/1JS89ASJ2SKD6" TargetMode="External"/><Relationship Id="rId11" Type="http://schemas.openxmlformats.org/officeDocument/2006/relationships/hyperlink" Target="https://www.amazon.com/kindle-fire-tablets-sale/s?k=kindle+fire+tablets+on+sale" TargetMode="External"/><Relationship Id="rId12" Type="http://schemas.openxmlformats.org/officeDocument/2006/relationships/hyperlink" Target="https://www.amazon.com/Fire-Tablets-Todays-Deals-Amazon-Devices/s?rh=n%3A6669703011%2Cp_n_deal_type%3A23566064011" TargetMode="External"/><Relationship Id="rId13" Type="http://schemas.openxmlformats.org/officeDocument/2006/relationships/hyperlink" Target="https://www.gamesradar.com/amazon-prime-day-tablet-deals/" TargetMode="External"/><Relationship Id="rId14" Type="http://schemas.openxmlformats.org/officeDocument/2006/relationships/hyperlink" Target="https://9to5toys.com/2024/11/04/amazon-new-fire-hd-8-tabl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