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Anthropic unveils visual PDF capabilities for Claude 3.5 Sonnet AI model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Anthropic Unveils Visual PDF Capabilities for Claude 3.5 Sonnet AI Model</w:t>
      </w:r>
      <w:r/>
    </w:p>
    <w:p>
      <w:r/>
      <w:r>
        <w:t>Anthropic, a prominent player in the artificial intelligence sector, has introduced a new feature to its Claude 3.5 Sonnet AI model. This enhancement allows the model to view and analyze PDF files, encompassing not only text but also images, charts, and graphs. The feature, known as Visual PDFs, offers advanced capabilities similar to those available in OpenAI's ChatGPT, although it is accessible solely through a paid professional subscription or the API.</w:t>
      </w:r>
      <w:r/>
    </w:p>
    <w:p>
      <w:r/>
      <w:r>
        <w:t>The addition of Visual PDFs targets users requiring advanced document analysis, such as extracting key details from financial reports and legal documents, translating languages, and converting files into more organised formats. Despite these capabilities, the service is constrained by certain limitations. The PDF files must not exceed 32 megabytes or 100 pages, and they must not be encrypted or password protected. Moreover, for optimal analysis, PDFs should feature clear text, standard fonts, and correctly oriented pages.</w:t>
      </w:r>
      <w:r/>
    </w:p>
    <w:p>
      <w:r/>
      <w:r>
        <w:t>The feature is currently in beta and part of Anthropic's Pro plan, which costs $20 per month. This subscription not only grants access to the PDF analysis feature but also provides early access to future developments. To activate the feature, users on the Pro plan must navigate to Feature Preview via their account settings and enable Visual PDFs. Subsequently, they can upload a PDF by starting a new chat, clicking the paperclip icon, and selecting a document from their computer. Queries can be made specifying text intentions or images and charts by referencing the logical page numbers as seen in PDF viewers like Adobe Reader.</w:t>
      </w:r>
      <w:r/>
    </w:p>
    <w:p>
      <w:r/>
      <w:r>
        <w:t xml:space="preserve">For those technically inclined or developing applications using the Claude AI, Anthropic offers a Messages API, detailed in their user guide, to facilitate this new functionality. For enthusiasts wishing to explore the potential of this tool without substantial investment, a collection of sample PDFs is available on Anthropic’s GitHub page for experimentation with Claude’s analytical capacities. </w:t>
      </w:r>
      <w:r/>
    </w:p>
    <w:p>
      <w:r/>
      <w:r>
        <w:t>The introduction of this feature aligns with Anthropic’s proactive approach to AI innovation and comes amidst ongoing discussions about the importance of regulatory oversight in AI development. The company's emphasis on regulation also echoes earlier warnings from Anthropic regarding potential AI-related catastrophes if governments do not institute regulatory frameworks within 18 months.</w:t>
      </w:r>
      <w:r/>
    </w:p>
    <w:p>
      <w:r/>
      <w:r>
        <w:t>As the tech landscape continues to evolve rapidly, especially with upcoming events like the 2024 US presidential election poised to influence technological advancements, innovations such as Visual PDFs signify significant strides within the AI domain. Users engaging with such tools can explore a plethora of applications, from personal project management to enhancing workflows across diverse professional fields.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https://www.zdnet.com/article/claude-ai-can-now-analyze-pdfs-heres-how-to-try-it-and-why-youll-want-to/</w:t>
        </w:r>
      </w:hyperlink>
      <w:r>
        <w:t xml:space="preserve"> - Corroborates the introduction of Visual PDFs for Claude 3.5 Sonnet, including the ability to analyze text, images, charts, and graphs, and the availability through a paid professional subscription or the API.</w:t>
      </w:r>
      <w:r/>
    </w:p>
    <w:p>
      <w:pPr>
        <w:pStyle w:val="ListNumber"/>
        <w:spacing w:line="240" w:lineRule="auto"/>
        <w:ind w:left="720"/>
      </w:pPr>
      <w:r/>
      <w:hyperlink r:id="rId11">
        <w:r>
          <w:rPr>
            <w:color w:val="0000EE"/>
            <w:u w:val="single"/>
          </w:rPr>
          <w:t>https://the-decoder.com/anthropics-claude-3-5-sonnet-adds-pdf-analysis-capabilities-including-embedded-images/</w:t>
        </w:r>
      </w:hyperlink>
      <w:r>
        <w:t xml:space="preserve"> - Supports the details of PDF processing, including the three-step process, file size and page limits, and the inability to handle encrypted or password-protected documents.</w:t>
      </w:r>
      <w:r/>
    </w:p>
    <w:p>
      <w:pPr>
        <w:pStyle w:val="ListNumber"/>
        <w:spacing w:line="240" w:lineRule="auto"/>
        <w:ind w:left="720"/>
      </w:pPr>
      <w:r/>
      <w:hyperlink r:id="rId10">
        <w:r>
          <w:rPr>
            <w:color w:val="0000EE"/>
            <w:u w:val="single"/>
          </w:rPr>
          <w:t>https://www.zdnet.com/article/claude-ai-can-now-analyze-pdfs-heres-how-to-try-it-and-why-youll-want-to/</w:t>
        </w:r>
      </w:hyperlink>
      <w:r>
        <w:t xml:space="preserve"> - Explains the use cases for Visual PDFs, such as analyzing financial reports, extracting key details from legal documents, translating documents, and converting files into more organized formats.</w:t>
      </w:r>
      <w:r/>
    </w:p>
    <w:p>
      <w:pPr>
        <w:pStyle w:val="ListNumber"/>
        <w:spacing w:line="240" w:lineRule="auto"/>
        <w:ind w:left="720"/>
      </w:pPr>
      <w:r/>
      <w:hyperlink r:id="rId11">
        <w:r>
          <w:rPr>
            <w:color w:val="0000EE"/>
            <w:u w:val="single"/>
          </w:rPr>
          <w:t>https://the-decoder.com/anthropics-claude-3-5-sonnet-adds-pdf-analysis-capabilities-including-embedded-images/</w:t>
        </w:r>
      </w:hyperlink>
      <w:r>
        <w:t xml:space="preserve"> - Details the best practices for PDF analysis, including ensuring clear text, standard fonts, and proper page orientation, and using logical page numbers.</w:t>
      </w:r>
      <w:r/>
    </w:p>
    <w:p>
      <w:pPr>
        <w:pStyle w:val="ListNumber"/>
        <w:spacing w:line="240" w:lineRule="auto"/>
        <w:ind w:left="720"/>
      </w:pPr>
      <w:r/>
      <w:hyperlink r:id="rId10">
        <w:r>
          <w:rPr>
            <w:color w:val="0000EE"/>
            <w:u w:val="single"/>
          </w:rPr>
          <w:t>https://www.zdnet.com/article/claude-ai-can-now-analyze-pdfs-heres-how-to-try-it-and-why-youll-want-to/</w:t>
        </w:r>
      </w:hyperlink>
      <w:r>
        <w:t xml:space="preserve"> - Describes how to access the Visual PDF feature through the Pro plan, including enabling it via Feature Preview and uploading PDFs through the chat interface.</w:t>
      </w:r>
      <w:r/>
    </w:p>
    <w:p>
      <w:pPr>
        <w:pStyle w:val="ListNumber"/>
        <w:spacing w:line="240" w:lineRule="auto"/>
        <w:ind w:left="720"/>
      </w:pPr>
      <w:r/>
      <w:hyperlink r:id="rId11">
        <w:r>
          <w:rPr>
            <w:color w:val="0000EE"/>
            <w:u w:val="single"/>
          </w:rPr>
          <w:t>https://the-decoder.com/anthropics-claude-3-5-sonnet-adds-pdf-analysis-capabilities-including-embedded-images/</w:t>
        </w:r>
      </w:hyperlink>
      <w:r>
        <w:t xml:space="preserve"> - Provides information on the Messages API and its use for developers to integrate the Visual PDF feature into their applications.</w:t>
      </w:r>
      <w:r/>
    </w:p>
    <w:p>
      <w:pPr>
        <w:pStyle w:val="ListNumber"/>
        <w:spacing w:line="240" w:lineRule="auto"/>
        <w:ind w:left="720"/>
      </w:pPr>
      <w:r/>
      <w:hyperlink r:id="rId10">
        <w:r>
          <w:rPr>
            <w:color w:val="0000EE"/>
            <w:u w:val="single"/>
          </w:rPr>
          <w:t>https://www.zdnet.com/article/claude-ai-can-now-analyze-pdfs-heres-how-to-try-it-and-why-youll-want-to/</w:t>
        </w:r>
      </w:hyperlink>
      <w:r>
        <w:t xml:space="preserve"> - Mentions the availability of sample PDFs on Anthropic’s GitHub page for testing and experimentation with Claude’s analytical capabilities.</w:t>
      </w:r>
      <w:r/>
    </w:p>
    <w:p>
      <w:pPr>
        <w:pStyle w:val="ListNumber"/>
        <w:spacing w:line="240" w:lineRule="auto"/>
        <w:ind w:left="720"/>
      </w:pPr>
      <w:r/>
      <w:hyperlink r:id="rId10">
        <w:r>
          <w:rPr>
            <w:color w:val="0000EE"/>
            <w:u w:val="single"/>
          </w:rPr>
          <w:t>https://www.zdnet.com/article/claude-ai-can-now-analyze-pdfs-heres-how-to-try-it-and-why-youll-want-to/</w:t>
        </w:r>
      </w:hyperlink>
      <w:r>
        <w:t xml:space="preserve"> - Highlights Anthropic’s emphasis on regulatory oversight in AI development and the warning about potential AI-related catastrophes if governments do not regulate within 18 months.</w:t>
      </w:r>
      <w:r/>
    </w:p>
    <w:p>
      <w:pPr>
        <w:pStyle w:val="ListNumber"/>
        <w:spacing w:line="240" w:lineRule="auto"/>
        <w:ind w:left="720"/>
      </w:pPr>
      <w:r/>
      <w:hyperlink r:id="rId11">
        <w:r>
          <w:rPr>
            <w:color w:val="0000EE"/>
            <w:u w:val="single"/>
          </w:rPr>
          <w:t>https://the-decoder.com/anthropics-claude-3-5-sonnet-adds-pdf-analysis-capabilities-including-embedded-images/</w:t>
        </w:r>
      </w:hyperlink>
      <w:r>
        <w:t xml:space="preserve"> - Corroborates the public beta status of the Visual PDF feature and its integration with other Anthropic features and platforms like Amazon Bedrock and Google Vertex AI.</w:t>
      </w:r>
      <w:r/>
    </w:p>
    <w:p>
      <w:pPr>
        <w:pStyle w:val="ListNumber"/>
        <w:spacing w:line="240" w:lineRule="auto"/>
        <w:ind w:left="720"/>
      </w:pPr>
      <w:r/>
      <w:hyperlink r:id="rId12">
        <w:r>
          <w:rPr>
            <w:color w:val="0000EE"/>
            <w:u w:val="single"/>
          </w:rPr>
          <w:t>https://www.anthropic.com/news/claude-3-5-sonnet</w:t>
        </w:r>
      </w:hyperlink>
      <w:r>
        <w:t xml:space="preserve"> - Provides context on the overall capabilities and improvements of the Claude 3.5 Sonnet model, including its enhanced reasoning and coding skills.</w:t>
      </w:r>
      <w:r/>
    </w:p>
    <w:p>
      <w:pPr>
        <w:pStyle w:val="ListNumber"/>
        <w:spacing w:line="240" w:lineRule="auto"/>
        <w:ind w:left="720"/>
      </w:pPr>
      <w:r/>
      <w:hyperlink r:id="rId13">
        <w:r>
          <w:rPr>
            <w:color w:val="0000EE"/>
            <w:u w:val="single"/>
          </w:rPr>
          <w:t>https://www.anthropic.com/claude/sonnet</w:t>
        </w:r>
      </w:hyperlink>
      <w:r>
        <w:t xml:space="preserve"> - Details the various use cases and capabilities of Claude 3.5 Sonnet, including its application in real-world software engineering tasks and its state-of-the-art vision capabilities.</w:t>
      </w:r>
      <w:r/>
    </w:p>
    <w:p>
      <w:pPr>
        <w:pStyle w:val="ListNumber"/>
        <w:spacing w:line="240" w:lineRule="auto"/>
        <w:ind w:left="720"/>
      </w:pPr>
      <w:r/>
      <w:hyperlink r:id="rId14">
        <w:r>
          <w:rPr>
            <w:color w:val="0000EE"/>
            <w:u w:val="single"/>
          </w:rPr>
          <w:t>https://www.zdnet.com/article/claud-ai-can-now-analyze-pdfs-heres-how-to-try-it-and-why-youll-want-to/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dnet.com/article/claude-ai-can-now-analyze-pdfs-heres-how-to-try-it-and-why-youll-want-to/" TargetMode="External"/><Relationship Id="rId11" Type="http://schemas.openxmlformats.org/officeDocument/2006/relationships/hyperlink" Target="https://the-decoder.com/anthropics-claude-3-5-sonnet-adds-pdf-analysis-capabilities-including-embedded-images/" TargetMode="External"/><Relationship Id="rId12" Type="http://schemas.openxmlformats.org/officeDocument/2006/relationships/hyperlink" Target="https://www.anthropic.com/news/claude-3-5-sonnet" TargetMode="External"/><Relationship Id="rId13" Type="http://schemas.openxmlformats.org/officeDocument/2006/relationships/hyperlink" Target="https://www.anthropic.com/claude/sonnet" TargetMode="External"/><Relationship Id="rId14" Type="http://schemas.openxmlformats.org/officeDocument/2006/relationships/hyperlink" Target="https://www.zdnet.com/article/claud-ai-can-now-analyze-pdfs-heres-how-to-try-it-and-why-youll-want-t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