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cutting-edge hardware lineup for 2024 with emphasis on AI and performance upgrades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Unveils Cutting-Edge Hardware Lineup for 2024: Emphasis on AI and Performance Upgrades</w:t>
      </w:r>
      <w:r/>
    </w:p>
    <w:p>
      <w:r/>
      <w:r>
        <w:t>Apple has once again captured the tech world's attention with a series of new product releases, underscoring its commitment to integrating advanced AI functionalities, dubbed "Apple Intelligence", across its devices. The tech giant unveiled updates to several of its beloved product lines, including the iMac, Mac mini, iPad Mini, iPhone 16 series, and Apple Watch Series 10, among others. These updates highlight Apple's focus on leveraging its powerful silicon chips to enhance user experience through artificial intelligence capabilities.</w:t>
      </w:r>
      <w:r/>
    </w:p>
    <w:p>
      <w:r/>
      <w:r>
        <w:rPr>
          <w:b/>
        </w:rPr>
        <w:t>Hardware Revelations: A Glimpse into the Future</w:t>
      </w:r>
      <w:r/>
    </w:p>
    <w:p>
      <w:r/>
      <w:r>
        <w:t>Launching into 2024, Apple has introduced a new family of products equipped with its latest M4 chips, presenting significant leaps in processing power. Notably, the iMac and Mac mini now feature these chips, providing a substantial boost in their computing capabilities. The refreshed iMac carries options that range from an 8-core CPU and GPU with 16GB of RAM and 256GB of storage priced at $1,299, to higher-end models sporting 10-core CPUs and GPUs, up to 24GB of RAM, and 512GB of storage costing $1,899.</w:t>
      </w:r>
      <w:r/>
    </w:p>
    <w:p>
      <w:r/>
      <w:r>
        <w:t>Similarly, the Mac mini, now equipped with M4 and M4 Pro processors, becomes the most affordable entry into Apple's ecosystem at $599 for the base variant. These devices cater to both everyday users and those requiring advanced computing power, thanks to enhancements like an improved Neural Engine ideal for AI tasks.</w:t>
      </w:r>
      <w:r/>
    </w:p>
    <w:p>
      <w:r/>
      <w:r>
        <w:rPr>
          <w:b/>
        </w:rPr>
        <w:t>iPad Mini and iPhone 16: AI Meets Accessibility</w:t>
      </w:r>
      <w:r/>
    </w:p>
    <w:p>
      <w:r/>
      <w:r>
        <w:t>The new 2024 iPad Mini receives a long-awaited upgrade with an A17 Pro chip that supports Apple Intelligence, promising a future-ready device for tech enthusiasts and professionals alike. This updated model retains its 8.3-inch display and form factor but greatly improves computational and graphics performance over its predecessor, ensuring smoother operation and longer usability. Prices for the iPad Mini start at $499 for 128GB, extending up to $949 for the top-tier model.</w:t>
      </w:r>
      <w:r/>
    </w:p>
    <w:p>
      <w:r/>
      <w:r>
        <w:t>The iPhone 16 series, featuring the new A18 chipset, is engineered to manage AI workloads effectively, placing an emphasis on camera innovations with a Camera Control button and an Action button. This makes it a powerful tool for photography and content creation, aligning with Apple's trend of continuous improvement in mobile technology.</w:t>
      </w:r>
      <w:r/>
    </w:p>
    <w:p>
      <w:r/>
      <w:r>
        <w:rPr>
          <w:b/>
        </w:rPr>
        <w:t>Wearables and Accessories: Enhancing Everyday Life</w:t>
      </w:r>
      <w:r/>
    </w:p>
    <w:p>
      <w:r/>
      <w:r>
        <w:t>The Apple Watch Series 10 introduces advanced health features, including sleep apnea detection in the Ultra 2 model, while the newly released AirPods Pro with USB-C have transformed into versatile hearing aids under the latest iOS update. The Apple Watch Series 10 is priced starting at $399, moving up to $799 for the black Apple Watch Ultra 2. Meanwhile, the second-generation AirPods Pro offer significant improvements in noise cancellation and audio quality, now retailing with the convenience of USB-C charging.</w:t>
      </w:r>
      <w:r/>
    </w:p>
    <w:p>
      <w:r/>
      <w:r>
        <w:rPr>
          <w:b/>
        </w:rPr>
        <w:t>Visionary Gadgets and Practical Add-ons</w:t>
      </w:r>
      <w:r/>
    </w:p>
    <w:p>
      <w:r/>
      <w:r>
        <w:t>Apple’s entry into mixed-reality computing with the Vision Pro showcases its ambition to dominate the spatial computing arena. This futuristic device, priced from $3,499, could redefine how users interact with virtual content. Additionally, accessories like the AirTag provide practical solutions for everyday problems, such as locating misplaced items, continuing Apple's tradition of integrating technology into everyday life seamlessly.</w:t>
      </w:r>
      <w:r/>
    </w:p>
    <w:p>
      <w:r/>
      <w:r>
        <w:rPr>
          <w:b/>
        </w:rPr>
        <w:t>Upcoming Releases and Expectations</w:t>
      </w:r>
      <w:r/>
    </w:p>
    <w:p>
      <w:r/>
      <w:r>
        <w:t>Mark Gurman's insights suggest continued developments in Apple's Mac lineup, with the introduction of M4 models across devices like the MacBook Air and Mac Studio scheduled for early to mid-2025. These updates promise enhancements in processing speed and graphics performance, setting a high bar for competitors. The forthcoming M4 series is expected to deliver significant performance improvements, claimed to be up to 25% faster than its M2 predecessors.</w:t>
      </w:r>
      <w:r/>
    </w:p>
    <w:p>
      <w:r/>
      <w:r>
        <w:rPr>
          <w:b/>
        </w:rPr>
        <w:t>Conclusion</w:t>
      </w:r>
      <w:r/>
    </w:p>
    <w:p>
      <w:r/>
      <w:r>
        <w:t>Apple's recent announcements underscore a powerful blend of hardware prowess with cutting-edge AI capabilities, setting the stage for exciting technological advances. From performance-boosted computers and versatile tablets to pioneering wearables and futuristic gadgets, Apple continues to cement its reputation as a leader in innovation and consumer technology. As these products hit the market, they not only enhance user experience but also redefine the standards for personal and professional digital ecosystems.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https://www.apple.com/newsroom/2024/10/apple-introduces-new-imac-supercharged-by-m4-and-apple-intelligence/</w:t>
        </w:r>
      </w:hyperlink>
      <w:r>
        <w:t xml:space="preserve"> - Corroborates the introduction of the new iMac with M4 chips, enhanced performance, and Apple Intelligence.</w:t>
      </w:r>
      <w:r/>
    </w:p>
    <w:p>
      <w:pPr>
        <w:pStyle w:val="ListNumber"/>
        <w:spacing w:line="240" w:lineRule="auto"/>
        <w:ind w:left="720"/>
      </w:pPr>
      <w:r/>
      <w:hyperlink r:id="rId11">
        <w:r>
          <w:rPr>
            <w:color w:val="0000EE"/>
            <w:u w:val="single"/>
          </w:rPr>
          <w:t>https://forums.macrumors.com/threads/macs-to-get-ai-focused-m4-chips-starting-in-late-2024.2424009/page-14</w:t>
        </w:r>
      </w:hyperlink>
      <w:r>
        <w:t xml:space="preserve"> - Supports the information about Apple updating its Mac lineup with M4 chips, focusing on AI performance and the timeline for these updates.</w:t>
      </w:r>
      <w:r/>
    </w:p>
    <w:p>
      <w:pPr>
        <w:pStyle w:val="ListNumber"/>
        <w:spacing w:line="240" w:lineRule="auto"/>
        <w:ind w:left="720"/>
      </w:pPr>
      <w:r/>
      <w:hyperlink r:id="rId11">
        <w:r>
          <w:rPr>
            <w:color w:val="0000EE"/>
            <w:u w:val="single"/>
          </w:rPr>
          <w:t>https://forums.macrumors.com/threads/macs-to-get-ai-focused-m4-chips-starting-in-late-2024.2424009/page-14</w:t>
        </w:r>
      </w:hyperlink>
      <w:r>
        <w:t xml:space="preserve"> - Details the specific models of Macs that will receive the M4 chips and the expected performance improvements.</w:t>
      </w:r>
      <w:r/>
    </w:p>
    <w:p>
      <w:pPr>
        <w:pStyle w:val="ListNumber"/>
        <w:spacing w:line="240" w:lineRule="auto"/>
        <w:ind w:left="720"/>
      </w:pPr>
      <w:r/>
      <w:hyperlink r:id="rId10">
        <w:r>
          <w:rPr>
            <w:color w:val="0000EE"/>
            <w:u w:val="single"/>
          </w:rPr>
          <w:t>https://www.apple.com/newsroom/2024/10/apple-introduces-new-imac-supercharged-by-m4-and-apple-intelligence/</w:t>
        </w:r>
      </w:hyperlink>
      <w:r>
        <w:t xml:space="preserve"> - Provides specifics about the new iMac's hardware configurations, including CPU, GPU, and RAM options.</w:t>
      </w:r>
      <w:r/>
    </w:p>
    <w:p>
      <w:pPr>
        <w:pStyle w:val="ListNumber"/>
        <w:spacing w:line="240" w:lineRule="auto"/>
        <w:ind w:left="720"/>
      </w:pPr>
      <w:r/>
      <w:hyperlink r:id="rId12">
        <w:r>
          <w:rPr>
            <w:color w:val="0000EE"/>
            <w:u w:val="single"/>
          </w:rPr>
          <w:t>https://www.reddit.com/r/apple/comments/1dde2hl/apple_intelligence_will_only_be_available_to/</w:t>
        </w:r>
      </w:hyperlink>
      <w:r>
        <w:t xml:space="preserve"> - Explains the necessity of higher RAM and improved Neural Engine performance for running Apple Intelligence, particularly on devices like the iPhone 16 series.</w:t>
      </w:r>
      <w:r/>
    </w:p>
    <w:p>
      <w:pPr>
        <w:pStyle w:val="ListNumber"/>
        <w:spacing w:line="240" w:lineRule="auto"/>
        <w:ind w:left="720"/>
      </w:pPr>
      <w:r/>
      <w:hyperlink r:id="rId13">
        <w:r>
          <w:rPr>
            <w:color w:val="0000EE"/>
            <w:u w:val="single"/>
          </w:rPr>
          <w:t>https://forums.appleinsider.com/discussion/236059/rumor-m4-macbook-pro-with-ai-enhancements-expected-at-the-end-of-2024/p2</w:t>
        </w:r>
      </w:hyperlink>
      <w:r>
        <w:t xml:space="preserve"> - Discusses the upcoming M4 MacBook Pro updates, including AI enhancements and the expected release timeline for various Mac models.</w:t>
      </w:r>
      <w:r/>
    </w:p>
    <w:p>
      <w:pPr>
        <w:pStyle w:val="ListNumber"/>
        <w:spacing w:line="240" w:lineRule="auto"/>
        <w:ind w:left="720"/>
      </w:pPr>
      <w:r/>
      <w:hyperlink r:id="rId10">
        <w:r>
          <w:rPr>
            <w:color w:val="0000EE"/>
            <w:u w:val="single"/>
          </w:rPr>
          <w:t>https://www.apple.com/newsroom/2024/10/apple-introduces-new-imac-supercharged-by-m4-and-apple-intelligence/</w:t>
        </w:r>
      </w:hyperlink>
      <w:r>
        <w:t xml:space="preserve"> - Highlights the improvements in the Neural Engine and overall AI performance in the new iMac and other M4-equipped devices.</w:t>
      </w:r>
      <w:r/>
    </w:p>
    <w:p>
      <w:pPr>
        <w:pStyle w:val="ListNumber"/>
        <w:spacing w:line="240" w:lineRule="auto"/>
        <w:ind w:left="720"/>
      </w:pPr>
      <w:r/>
      <w:hyperlink r:id="rId11">
        <w:r>
          <w:rPr>
            <w:color w:val="0000EE"/>
            <w:u w:val="single"/>
          </w:rPr>
          <w:t>https://forums.macrumors.com/threads/macs-to-get-ai-focused-m4-chips-starting-in-late-2024.2424009/page-14</w:t>
        </w:r>
      </w:hyperlink>
      <w:r>
        <w:t xml:space="preserve"> - Mentions the integration of M4 chips into the Mac mini, making it the most affordable entry into Apple's ecosystem.</w:t>
      </w:r>
      <w:r/>
    </w:p>
    <w:p>
      <w:pPr>
        <w:pStyle w:val="ListNumber"/>
        <w:spacing w:line="240" w:lineRule="auto"/>
        <w:ind w:left="720"/>
      </w:pPr>
      <w:r/>
      <w:hyperlink r:id="rId12">
        <w:r>
          <w:rPr>
            <w:color w:val="0000EE"/>
            <w:u w:val="single"/>
          </w:rPr>
          <w:t>https://www.reddit.com/r/apple/comments/1dde2hl/apple_intelligence_will_only_be_available_to/</w:t>
        </w:r>
      </w:hyperlink>
      <w:r>
        <w:t xml:space="preserve"> - Details the A17 Pro chip's capabilities and the necessity of higher RAM for supporting Apple Intelligence on devices like the iPad Mini.</w:t>
      </w:r>
      <w:r/>
    </w:p>
    <w:p>
      <w:pPr>
        <w:pStyle w:val="ListNumber"/>
        <w:spacing w:line="240" w:lineRule="auto"/>
        <w:ind w:left="720"/>
      </w:pPr>
      <w:r/>
      <w:hyperlink r:id="rId13">
        <w:r>
          <w:rPr>
            <w:color w:val="0000EE"/>
            <w:u w:val="single"/>
          </w:rPr>
          <w:t>https://forums.appleinsider.com/discussion/236059/rumor-m4-macbook-pro-with-ai-enhancements-expected-at-the-end-of-2024/p2</w:t>
        </w:r>
      </w:hyperlink>
      <w:r>
        <w:t xml:space="preserve"> - Provides insights into the future releases of MacBook Air and Mac Studio with M4 chips, expected in early to mid-2025.</w:t>
      </w:r>
      <w:r/>
    </w:p>
    <w:p>
      <w:pPr>
        <w:pStyle w:val="ListNumber"/>
        <w:spacing w:line="240" w:lineRule="auto"/>
        <w:ind w:left="720"/>
      </w:pPr>
      <w:r/>
      <w:hyperlink r:id="rId10">
        <w:r>
          <w:rPr>
            <w:color w:val="0000EE"/>
            <w:u w:val="single"/>
          </w:rPr>
          <w:t>https://www.apple.com/newsroom/2024/10/apple-introduces-new-imac-supercharged-by-m4-and-apple-intelligence/</w:t>
        </w:r>
      </w:hyperlink>
      <w:r>
        <w:t xml:space="preserve"> - Corroborates the pricing and availability of the new iMac models, as well as the enhanced features like the nano-texture display and Center Stage camera.</w:t>
      </w:r>
      <w:r/>
    </w:p>
    <w:p>
      <w:pPr>
        <w:pStyle w:val="ListNumber"/>
        <w:spacing w:line="240" w:lineRule="auto"/>
        <w:ind w:left="720"/>
      </w:pPr>
      <w:r/>
      <w:hyperlink r:id="rId14">
        <w:r>
          <w:rPr>
            <w:color w:val="0000EE"/>
            <w:u w:val="single"/>
          </w:rPr>
          <w:t>https://www.zdnet.com/article/4-apple-products-you-shouldnt-buy-right-now-including-a-popular-iphone-model/</w:t>
        </w:r>
      </w:hyperlink>
      <w:r>
        <w:t xml:space="preserve"> - Please view link - unable to able to access data</w:t>
      </w:r>
      <w:r/>
    </w:p>
    <w:p>
      <w:pPr>
        <w:pStyle w:val="ListNumber"/>
        <w:spacing w:line="240" w:lineRule="auto"/>
        <w:ind w:left="720"/>
      </w:pPr>
      <w:r/>
      <w:hyperlink r:id="rId15">
        <w:r>
          <w:rPr>
            <w:color w:val="0000EE"/>
            <w:u w:val="single"/>
          </w:rPr>
          <w:t>https://www.macworld.com/article/2508189/new-ipad-mini-vs-old-ipad-mini-whats-different.html</w:t>
        </w:r>
      </w:hyperlink>
      <w:r>
        <w:t xml:space="preserve"> - Please view link - unable to able to access data</w:t>
      </w:r>
      <w:r/>
    </w:p>
    <w:p>
      <w:pPr>
        <w:pStyle w:val="ListNumber"/>
        <w:spacing w:line="240" w:lineRule="auto"/>
        <w:ind w:left="720"/>
      </w:pPr>
      <w:r/>
      <w:hyperlink r:id="rId16">
        <w:r>
          <w:rPr>
            <w:color w:val="0000EE"/>
            <w:u w:val="single"/>
          </w:rPr>
          <w:t>https://www.macrumors.com/2024/11/04/new-m4-macbook-air-mac-studio-mac-pro-models/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10/apple-introduces-new-imac-supercharged-by-m4-and-apple-intelligence/" TargetMode="External"/><Relationship Id="rId11" Type="http://schemas.openxmlformats.org/officeDocument/2006/relationships/hyperlink" Target="https://forums.macrumors.com/threads/macs-to-get-ai-focused-m4-chips-starting-in-late-2024.2424009/page-14" TargetMode="External"/><Relationship Id="rId12" Type="http://schemas.openxmlformats.org/officeDocument/2006/relationships/hyperlink" Target="https://www.reddit.com/r/apple/comments/1dde2hl/apple_intelligence_will_only_be_available_to/" TargetMode="External"/><Relationship Id="rId13" Type="http://schemas.openxmlformats.org/officeDocument/2006/relationships/hyperlink" Target="https://forums.appleinsider.com/discussion/236059/rumor-m4-macbook-pro-with-ai-enhancements-expected-at-the-end-of-2024/p2" TargetMode="External"/><Relationship Id="rId14" Type="http://schemas.openxmlformats.org/officeDocument/2006/relationships/hyperlink" Target="https://www.zdnet.com/article/4-apple-products-you-shouldnt-buy-right-now-including-a-popular-iphone-model/" TargetMode="External"/><Relationship Id="rId15" Type="http://schemas.openxmlformats.org/officeDocument/2006/relationships/hyperlink" Target="https://www.macworld.com/article/2508189/new-ipad-mini-vs-old-ipad-mini-whats-different.html" TargetMode="External"/><Relationship Id="rId16" Type="http://schemas.openxmlformats.org/officeDocument/2006/relationships/hyperlink" Target="https://www.macrumors.com/2024/11/04/new-m4-macbook-air-mac-studio-mac-pro-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