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Directors of 'Heretic' make bold statement against AI in film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Acclaimed directors Scott Beck and Bryan Woods have chosen to include a unique disclaimer in the end credits of their latest film, "Heretic," which is drawing significant attention from audiences and industry insiders alike. The A24 horror film, which stars Sophie Thatcher, Chloe East, and Hugh Grant, is centered around the chilling narrative of two Mormon missionaries whose encounter with a sinister figure forms the crux of the thriller. Notably, "Heretic" concludes with a disclaimer assuring viewers that "No generative AI was used in the making of this film.”</w:t>
      </w:r>
      <w:r/>
    </w:p>
    <w:p>
      <w:r/>
      <w:r>
        <w:t>This decision comes at a pivotal time in the entertainment industry, where the integration of generative AI in film production has become a hotly debated topic. Beck and Woods’ decision underscores their stance in this ongoing dialogue. The filmmakers, known for creating films such as "A Quiet Place” and “Haunt,” have articulated a resolute position against the use of generative AI, voicing concerns over its potential implications for the creative process.</w:t>
      </w:r>
      <w:r/>
    </w:p>
    <w:p>
      <w:r/>
      <w:r>
        <w:t>Bryan Woods, in an interview with Variety, expressed his apprehensions about AI technology, describing it as "an algorithm jumbling a bunch of s--t together and then spitting it out as art." Woods elaborated that, although AI’s capabilities are impressive, its use raises ethical questions, particularly regarding the preservation of human creativity. He highlighted, "It’s important for people to start talking about the need for human intersection in art, business, and every facet of life."</w:t>
      </w:r>
      <w:r/>
    </w:p>
    <w:p>
      <w:r/>
      <w:r>
        <w:t>Their partnership with A24, a studio reputed for its artist-friendly environment, facilitated the inclusion of the disclaimer. According to Woods and Beck, A24 supported their vision, aligning with their emphasis on maintaining a human element in filmmaking, as opposed to decision-making driven purely by algorithms or market data.</w:t>
      </w:r>
      <w:r/>
    </w:p>
    <w:p>
      <w:r/>
      <w:r>
        <w:t>This stance is particularly noteworthy given the broader industry context of 2024, which has seen a marked increase in the use of AI. Earlier that year, A24 faced criticism for its use of AI-generated posters for the film "Civil War," and the controversy surrounding AI has only continued to burgeon. Films like "Late Night with the Devil" faced backlash for AI-generated imagery, and renowned studios like Blumhouse and Disney have ventured into AI projects despite public scepticism.</w:t>
      </w:r>
      <w:r/>
    </w:p>
    <w:p>
      <w:r/>
      <w:r>
        <w:t>The controversy is further compounded by legal and ethical debates around the use of AI to recreate human likenesses, as famously highlighted by actor Robert Downey Jr.'s opposition to AI recreations of his image. This landscape has created a scenario where filmmakers not using AI face allegations of doing so, as seen with A24's "The Legend of Ochi."</w:t>
      </w:r>
      <w:r/>
    </w:p>
    <w:p>
      <w:r/>
      <w:r>
        <w:t>In advocating for transparency and an artist-first approach, Beck and Woods aim to protect the integrity of the filmmaking process. Their film "Heretic" not only entertains but also stands as a document of a critical moment in entertainment industry history, reflecting the wider concerns and conversations regarding AI and the future of creativity.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https://screenrant.com/heretic-movie-scott-beck-bryan-woods-interview/</w:t>
        </w:r>
      </w:hyperlink>
      <w:r>
        <w:t xml:space="preserve"> - Corroborates the plot of 'Heretic' and the involvement of Scott Beck and Bryan Woods as writers and directors.</w:t>
      </w:r>
      <w:r/>
    </w:p>
    <w:p>
      <w:pPr>
        <w:pStyle w:val="ListNumber"/>
        <w:spacing w:line="240" w:lineRule="auto"/>
        <w:ind w:left="720"/>
      </w:pPr>
      <w:r/>
      <w:hyperlink r:id="rId11">
        <w:r>
          <w:rPr>
            <w:color w:val="0000EE"/>
            <w:u w:val="single"/>
          </w:rPr>
          <w:t>https://en.wikipedia.org/wiki/Heretic_(film)</w:t>
        </w:r>
      </w:hyperlink>
      <w:r>
        <w:t xml:space="preserve"> - Provides details on the film's premise, cast, and production, including the world premiere at the Toronto International Film Festival.</w:t>
      </w:r>
      <w:r/>
    </w:p>
    <w:p>
      <w:pPr>
        <w:pStyle w:val="ListNumber"/>
        <w:spacing w:line="240" w:lineRule="auto"/>
        <w:ind w:left="720"/>
      </w:pPr>
      <w:r/>
      <w:hyperlink r:id="rId12">
        <w:r>
          <w:rPr>
            <w:color w:val="0000EE"/>
            <w:u w:val="single"/>
          </w:rPr>
          <w:t>https://www.rottentomatoes.com/m/heretic_2024</w:t>
        </w:r>
      </w:hyperlink>
      <w:r>
        <w:t xml:space="preserve"> - Confirms the cast, directors, and release date of 'Heretic,' as well as the positive reception from critics.</w:t>
      </w:r>
      <w:r/>
    </w:p>
    <w:p>
      <w:pPr>
        <w:pStyle w:val="ListNumber"/>
        <w:spacing w:line="240" w:lineRule="auto"/>
        <w:ind w:left="720"/>
      </w:pPr>
      <w:r/>
      <w:hyperlink r:id="rId13">
        <w:r>
          <w:rPr>
            <w:color w:val="0000EE"/>
            <w:u w:val="single"/>
          </w:rPr>
          <w:t>https://movieweb.com/a24-heretic-ai-disclaimer-post-credits/</w:t>
        </w:r>
      </w:hyperlink>
      <w:r>
        <w:t xml:space="preserve"> - Details the inclusion of the AI disclaimer in the end credits and Bryan Woods' comments on the use of generative AI in film production.</w:t>
      </w:r>
      <w:r/>
    </w:p>
    <w:p>
      <w:pPr>
        <w:pStyle w:val="ListNumber"/>
        <w:spacing w:line="240" w:lineRule="auto"/>
        <w:ind w:left="720"/>
      </w:pPr>
      <w:r/>
      <w:hyperlink r:id="rId14">
        <w:r>
          <w:rPr>
            <w:color w:val="0000EE"/>
            <w:u w:val="single"/>
          </w:rPr>
          <w:t>https://www.reddit.com/r/Fauxmoi/comments/1gjw91g/heretic_directors_used_end_credits_to_warn/</w:t>
        </w:r>
      </w:hyperlink>
      <w:r>
        <w:t xml:space="preserve"> - Discusses the directors' decision to include the AI disclaimer and their stance against generative AI in filmmaking.</w:t>
      </w:r>
      <w:r/>
    </w:p>
    <w:p>
      <w:pPr>
        <w:pStyle w:val="ListNumber"/>
        <w:spacing w:line="240" w:lineRule="auto"/>
        <w:ind w:left="720"/>
      </w:pPr>
      <w:r/>
      <w:hyperlink r:id="rId10">
        <w:r>
          <w:rPr>
            <w:color w:val="0000EE"/>
            <w:u w:val="single"/>
          </w:rPr>
          <w:t>https://screenrant.com/heretic-movie-scott-beck-bryan-woods-interview/</w:t>
        </w:r>
      </w:hyperlink>
      <w:r>
        <w:t xml:space="preserve"> - Highlights the partnership with A24 and their support for maintaining a human element in filmmaking.</w:t>
      </w:r>
      <w:r/>
    </w:p>
    <w:p>
      <w:pPr>
        <w:pStyle w:val="ListNumber"/>
        <w:spacing w:line="240" w:lineRule="auto"/>
        <w:ind w:left="720"/>
      </w:pPr>
      <w:r/>
      <w:hyperlink r:id="rId11">
        <w:r>
          <w:rPr>
            <w:color w:val="0000EE"/>
            <w:u w:val="single"/>
          </w:rPr>
          <w:t>https://en.wikipedia.org/wiki/Heretic_(film)</w:t>
        </w:r>
      </w:hyperlink>
      <w:r>
        <w:t xml:space="preserve"> - Mentions the release date and the studio involved, A24, which aligns with the artist-friendly environment described.</w:t>
      </w:r>
      <w:r/>
    </w:p>
    <w:p>
      <w:pPr>
        <w:pStyle w:val="ListNumber"/>
        <w:spacing w:line="240" w:lineRule="auto"/>
        <w:ind w:left="720"/>
      </w:pPr>
      <w:r/>
      <w:hyperlink r:id="rId13">
        <w:r>
          <w:rPr>
            <w:color w:val="0000EE"/>
            <w:u w:val="single"/>
          </w:rPr>
          <w:t>https://movieweb.com/a24-heretic-ai-disclaimer-post-credits/</w:t>
        </w:r>
      </w:hyperlink>
      <w:r>
        <w:t xml:space="preserve"> - Provides context on the broader industry debate about AI use in films, including examples of other films and studios involved.</w:t>
      </w:r>
      <w:r/>
    </w:p>
    <w:p>
      <w:pPr>
        <w:pStyle w:val="ListNumber"/>
        <w:spacing w:line="240" w:lineRule="auto"/>
        <w:ind w:left="720"/>
      </w:pPr>
      <w:r/>
      <w:hyperlink r:id="rId12">
        <w:r>
          <w:rPr>
            <w:color w:val="0000EE"/>
            <w:u w:val="single"/>
          </w:rPr>
          <w:t>https://www.rottentomatoes.com/m/heretic_2024</w:t>
        </w:r>
      </w:hyperlink>
      <w:r>
        <w:t xml:space="preserve"> - Supports the critical reception and the significance of 'Heretic' in the current film industry landscape.</w:t>
      </w:r>
      <w:r/>
    </w:p>
    <w:p>
      <w:pPr>
        <w:pStyle w:val="ListNumber"/>
        <w:spacing w:line="240" w:lineRule="auto"/>
        <w:ind w:left="720"/>
      </w:pPr>
      <w:r/>
      <w:hyperlink r:id="rId11">
        <w:r>
          <w:rPr>
            <w:color w:val="0000EE"/>
            <w:u w:val="single"/>
          </w:rPr>
          <w:t>https://en.wikipedia.org/wiki/Heretic_(film)</w:t>
        </w:r>
      </w:hyperlink>
      <w:r>
        <w:t xml:space="preserve"> - Confirms the runtime, genre, and other production details of 'Heretic,' reinforcing its place in the industry context.</w:t>
      </w:r>
      <w:r/>
    </w:p>
    <w:p>
      <w:pPr>
        <w:pStyle w:val="ListNumber"/>
        <w:spacing w:line="240" w:lineRule="auto"/>
        <w:ind w:left="720"/>
      </w:pPr>
      <w:r/>
      <w:hyperlink r:id="rId14">
        <w:r>
          <w:rPr>
            <w:color w:val="0000EE"/>
            <w:u w:val="single"/>
          </w:rPr>
          <w:t>https://www.reddit.com/r/Fauxmoi/comments/1gjw91g/heretic_directors_used_end_credits_to_warn/</w:t>
        </w:r>
      </w:hyperlink>
      <w:r>
        <w:t xml:space="preserve"> - Highlights the public and industry reaction to the AI disclaimer and the broader ethical debates surrounding AI use in filmmaking.</w:t>
      </w:r>
      <w:r/>
    </w:p>
    <w:p>
      <w:pPr>
        <w:pStyle w:val="ListNumber"/>
        <w:spacing w:line="240" w:lineRule="auto"/>
        <w:ind w:left="720"/>
      </w:pPr>
      <w:r/>
      <w:hyperlink r:id="rId13">
        <w:r>
          <w:rPr>
            <w:color w:val="0000EE"/>
            <w:u w:val="single"/>
          </w:rPr>
          <w:t>https://movieweb.com/a24-heretic-ai-disclaimer-post-credits/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creenrant.com/heretic-movie-scott-beck-bryan-woods-interview/" TargetMode="External"/><Relationship Id="rId11" Type="http://schemas.openxmlformats.org/officeDocument/2006/relationships/hyperlink" Target="https://en.wikipedia.org/wiki/Heretic_(film)" TargetMode="External"/><Relationship Id="rId12" Type="http://schemas.openxmlformats.org/officeDocument/2006/relationships/hyperlink" Target="https://www.rottentomatoes.com/m/heretic_2024" TargetMode="External"/><Relationship Id="rId13" Type="http://schemas.openxmlformats.org/officeDocument/2006/relationships/hyperlink" Target="https://movieweb.com/a24-heretic-ai-disclaimer-post-credits/" TargetMode="External"/><Relationship Id="rId14" Type="http://schemas.openxmlformats.org/officeDocument/2006/relationships/hyperlink" Target="https://www.reddit.com/r/Fauxmoi/comments/1gjw91g/heretic_directors_used_end_credits_to_war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