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Flex Power Modules unveils BMR316 DC/DC converter for AI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Flex Power Modules has introduced the BMR316, a cutting-edge non-isolated, unregulated DC/DC intermediate bus converter (IBC), specifically designed to meet the rigorous demands of artificial intelligence (AI) and machine learning (ML) data centre applications. This innovative product is aimed at enhancing computational power in scenarios where board space is restricted.</w:t>
      </w:r>
      <w:r/>
    </w:p>
    <w:p>
      <w:r/>
      <w:r>
        <w:t>The BMR316 boasts a fixed conversion ratio of 4:1, efficiently transforming 48 volts to 12 volts. It delivers a sustained power output of 1 kilowatt and is capable of reaching a peak power output of 3 kilowatts. With a power density exceeding 900 W/cm³ (15 kW/in³) at peak load, it is enclosed in a remarkably compact package measuring 23.4 x 17.8 x 7.65 mm. The device functions over an input voltage range of 38 to 60 volts, with a peak capability of 68 volts, and offers an output range of 9.5 to 15 volts.</w:t>
      </w:r>
      <w:r/>
    </w:p>
    <w:p>
      <w:r/>
      <w:r>
        <w:t>Designed to integrate seamlessly with various voltage regulator modules (VRMs) and Point-of-Load (PoL) converters, the BMR316 facilitates the conversion of the intermediate bus voltage to core voltages essential in the infrastructure of datacoms and AI data centres. These settings demand high efficiency in terms of energy consumption, optimal use of board space, and effective management of peak power demands.</w:t>
      </w:r>
      <w:r/>
    </w:p>
    <w:p>
      <w:r/>
      <w:r>
        <w:t>Notably, the BMR316 achieves a maximum efficiency of 97.7% at half load. This superior efficiency contributes to enhancing cooling performance by significantly reducing thermal requirements, making it ideal for installations that employ cold wall techniques or direct chip liquid cooling solutions.</w:t>
      </w:r>
      <w:r/>
    </w:p>
    <w:p>
      <w:r/>
      <w:r>
        <w:t>In addition to its primary characteristics, the BMR316 is equipped with several advanced features, including rapid load-transient response, improved current-monitoring precision, and an estimated Mean Time Between Failures (MTBF) of 7.43 million hours. It adheres to the current IEC/EN/UL 62368-1 safety standards and incorporates built-in protection and warning mechanisms to ensure reliable operation.</w:t>
      </w:r>
      <w:r/>
    </w:p>
    <w:p>
      <w:r/>
      <w:r>
        <w:t>The converter is compatible with Flex Power Designer, an acclaimed software tool that allows users complete control via a PMBus® interface. It also offers configuration, performance simulation, and monitoring functionalities.</w:t>
      </w:r>
      <w:r/>
    </w:p>
    <w:p>
      <w:r/>
      <w:r>
        <w:t>The BMR316 will be showcased at the Flex Power Modules booth in Hall C3, stand 439, during the electronica Munich event scheduled from November 12 to 15, 2024. It is expected to enter commercial production in January 2025, with samples already available to interested parties. This product introduction represents a significant advancement in the field of power module solutions for data centres with intensive computational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https://flexpowermodules.com</w:t>
        </w:r>
      </w:hyperlink>
      <w:r>
        <w:t xml:space="preserve"> - This link provides general information about Flex Power Modules and their range of DC/DC converters, including those for data center applications, but does not specifically mention the BMR316.</w:t>
      </w:r>
      <w:r/>
    </w:p>
    <w:p>
      <w:pPr>
        <w:pStyle w:val="ListNumber"/>
        <w:spacing w:line="240" w:lineRule="auto"/>
        <w:ind w:left="720"/>
      </w:pPr>
      <w:r/>
      <w:hyperlink r:id="rId11">
        <w:r>
          <w:rPr>
            <w:color w:val="0000EE"/>
            <w:u w:val="single"/>
          </w:rPr>
          <w:t>https://www.marketscreener.com/quote/stock/FLEX-LTD-4874/news/Flex-Power-Modules-launches-new-digital-intermediate-bus-converters-for-AI-applications-in-data-ce-48072022/</w:t>
        </w:r>
      </w:hyperlink>
      <w:r>
        <w:t xml:space="preserve"> - This article discusses new digital intermediate bus converters by Flex Power Modules, but it focuses on the BMR321, BMR320, and BMR323, not the BMR316.</w:t>
      </w:r>
      <w:r/>
    </w:p>
    <w:p>
      <w:pPr>
        <w:pStyle w:val="ListNumber"/>
        <w:spacing w:line="240" w:lineRule="auto"/>
        <w:ind w:left="720"/>
      </w:pPr>
      <w:r/>
      <w:hyperlink r:id="rId12">
        <w:r>
          <w:rPr>
            <w:color w:val="0000EE"/>
            <w:u w:val="single"/>
          </w:rPr>
          <w:t>https://flex.com/industries/data-center-power-compute</w:t>
        </w:r>
      </w:hyperlink>
      <w:r>
        <w:t xml:space="preserve"> - This link provides information on Flex's data center power and compute solutions, but it does not specifically mention the BMR316.</w:t>
      </w:r>
      <w:r/>
    </w:p>
    <w:p>
      <w:pPr>
        <w:pStyle w:val="ListNumber"/>
        <w:spacing w:line="240" w:lineRule="auto"/>
        <w:ind w:left="720"/>
      </w:pPr>
      <w:r/>
      <w:hyperlink r:id="rId13">
        <w:r>
          <w:rPr>
            <w:color w:val="0000EE"/>
            <w:u w:val="single"/>
          </w:rPr>
          <w:t>https://flex.com/resources/flex-power-modules-launches-new-digital-intermediate-bus-converters-for-ai-applications-in-data-centers</w:t>
        </w:r>
      </w:hyperlink>
      <w:r>
        <w:t xml:space="preserve"> - This article is about the launch of new intermediate bus converters (BMR321, BMR320, and BMR323) and does not mention the BMR316.</w:t>
      </w:r>
      <w:r/>
    </w:p>
    <w:p>
      <w:pPr>
        <w:pStyle w:val="ListNumber"/>
        <w:spacing w:line="240" w:lineRule="auto"/>
        <w:ind w:left="720"/>
      </w:pPr>
      <w:r/>
      <w:hyperlink r:id="rId14">
        <w:r>
          <w:rPr>
            <w:color w:val="0000EE"/>
            <w:u w:val="single"/>
          </w:rPr>
          <w:t>https://www.powerelectronicsnews.com/flex-power-modules-introduces-new-digital-intermediate-bus-converters-for-ai-applications-in-data-centers/</w:t>
        </w:r>
      </w:hyperlink>
      <w:r>
        <w:t xml:space="preserve"> - This article discusses the BMR321, BMR320, and BMR323, but does not mention the BMR316.</w:t>
      </w:r>
      <w:r/>
    </w:p>
    <w:p>
      <w:pPr>
        <w:pStyle w:val="ListNumber"/>
        <w:spacing w:line="240" w:lineRule="auto"/>
        <w:ind w:left="720"/>
      </w:pPr>
      <w:r/>
      <w:hyperlink r:id="rId10">
        <w:r>
          <w:rPr>
            <w:color w:val="0000EE"/>
            <w:u w:val="single"/>
          </w:rPr>
          <w:t>https://flexpowermodules.com</w:t>
        </w:r>
      </w:hyperlink>
      <w:r>
        <w:t xml:space="preserve"> - This link mentions the introduction of the BMR316 at the Electronica Munich event, but it is not the primary source for detailed specifications of the BMR316.</w:t>
      </w:r>
      <w:r/>
    </w:p>
    <w:p>
      <w:pPr>
        <w:pStyle w:val="ListNumber"/>
        <w:spacing w:line="240" w:lineRule="auto"/>
        <w:ind w:left="720"/>
      </w:pPr>
      <w:r/>
      <w:hyperlink r:id="rId15">
        <w:r>
          <w:rPr>
            <w:color w:val="0000EE"/>
            <w:u w:val="single"/>
          </w:rPr>
          <w:t>https://www.flexpowermodules.com/products/bmr316</w:t>
        </w:r>
      </w:hyperlink>
      <w:r>
        <w:t xml:space="preserve"> - This link would be expected to provide detailed specifications and features of the BMR316, but it is not available in the provided sources.</w:t>
      </w:r>
      <w:r/>
    </w:p>
    <w:p>
      <w:pPr>
        <w:pStyle w:val="ListNumber"/>
        <w:spacing w:line="240" w:lineRule="auto"/>
        <w:ind w:left="720"/>
      </w:pPr>
      <w:r/>
      <w:hyperlink r:id="rId16">
        <w:r>
          <w:rPr>
            <w:color w:val="0000EE"/>
            <w:u w:val="single"/>
          </w:rPr>
          <w:t>https://www.flex.com/resources</w:t>
        </w:r>
      </w:hyperlink>
      <w:r>
        <w:t xml:space="preserve"> - This link leads to Flex's resources page, which might have more detailed information on various products, but it does not specifically mention the BMR316.</w:t>
      </w:r>
      <w:r/>
    </w:p>
    <w:p>
      <w:pPr>
        <w:pStyle w:val="ListNumber"/>
        <w:spacing w:line="240" w:lineRule="auto"/>
        <w:ind w:left="720"/>
      </w:pPr>
      <w:r/>
      <w:hyperlink r:id="rId17">
        <w:r>
          <w:rPr>
            <w:color w:val="0000EE"/>
            <w:u w:val="single"/>
          </w:rPr>
          <w:t>https://www.flexpowermodules.com/support/software-tools</w:t>
        </w:r>
      </w:hyperlink>
      <w:r>
        <w:t xml:space="preserve"> - This link discusses Flex Power Designer and other software tools, which are compatible with the BMR316, but it does not provide specific details about the BMR316 itself.</w:t>
      </w:r>
      <w:r/>
    </w:p>
    <w:p>
      <w:pPr>
        <w:pStyle w:val="ListNumber"/>
        <w:spacing w:line="240" w:lineRule="auto"/>
        <w:ind w:left="720"/>
      </w:pPr>
      <w:r/>
      <w:hyperlink r:id="rId18">
        <w:r>
          <w:rPr>
            <w:color w:val="0000EE"/>
            <w:u w:val="single"/>
          </w:rPr>
          <w:t>https://www.flexpowermodules.com/events</w:t>
        </w:r>
      </w:hyperlink>
      <w:r>
        <w:t xml:space="preserve"> - This link might provide information about upcoming events like Electronica Munich, where the BMR316 will be showcased, but it does not offer detailed specifications of the product.</w:t>
      </w:r>
      <w:r/>
    </w:p>
    <w:p>
      <w:pPr>
        <w:pStyle w:val="ListNumber"/>
        <w:spacing w:line="240" w:lineRule="auto"/>
        <w:ind w:left="720"/>
      </w:pPr>
      <w:r/>
      <w:hyperlink r:id="rId19">
        <w:r>
          <w:rPr>
            <w:color w:val="0000EE"/>
            <w:u w:val="single"/>
          </w:rPr>
          <w:t>https://www.flex.com/about/news</w:t>
        </w:r>
      </w:hyperlink>
      <w:r>
        <w:t xml:space="preserve"> - This link leads to Flex's news section, which could have press releases about new products like the BMR316, but it does not specifically mention the BMR316 in the provided sources.</w:t>
      </w:r>
      <w:r/>
    </w:p>
    <w:p>
      <w:pPr>
        <w:pStyle w:val="ListNumber"/>
        <w:spacing w:line="240" w:lineRule="auto"/>
        <w:ind w:left="720"/>
      </w:pPr>
      <w:r/>
      <w:hyperlink r:id="rId20">
        <w:r>
          <w:rPr>
            <w:color w:val="0000EE"/>
            <w:u w:val="single"/>
          </w:rPr>
          <w:t>https://www.powerelectronicsnews.com/flex-power-modules-introduces-an-intermediate-bus-converter-ibc-designed-for-ai-and-ml-data-center-applications/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lexpowermodules.com" TargetMode="External"/><Relationship Id="rId11" Type="http://schemas.openxmlformats.org/officeDocument/2006/relationships/hyperlink" Target="https://www.marketscreener.com/quote/stock/FLEX-LTD-4874/news/Flex-Power-Modules-launches-new-digital-intermediate-bus-converters-for-AI-applications-in-data-ce-48072022/" TargetMode="External"/><Relationship Id="rId12" Type="http://schemas.openxmlformats.org/officeDocument/2006/relationships/hyperlink" Target="https://flex.com/industries/data-center-power-compute" TargetMode="External"/><Relationship Id="rId13" Type="http://schemas.openxmlformats.org/officeDocument/2006/relationships/hyperlink" Target="https://flex.com/resources/flex-power-modules-launches-new-digital-intermediate-bus-converters-for-ai-applications-in-data-centers" TargetMode="External"/><Relationship Id="rId14" Type="http://schemas.openxmlformats.org/officeDocument/2006/relationships/hyperlink" Target="https://www.powerelectronicsnews.com/flex-power-modules-introduces-new-digital-intermediate-bus-converters-for-ai-applications-in-data-centers/" TargetMode="External"/><Relationship Id="rId15" Type="http://schemas.openxmlformats.org/officeDocument/2006/relationships/hyperlink" Target="https://www.flexpowermodules.com/products/bmr316" TargetMode="External"/><Relationship Id="rId16" Type="http://schemas.openxmlformats.org/officeDocument/2006/relationships/hyperlink" Target="https://www.flex.com/resources" TargetMode="External"/><Relationship Id="rId17" Type="http://schemas.openxmlformats.org/officeDocument/2006/relationships/hyperlink" Target="https://www.flexpowermodules.com/support/software-tools" TargetMode="External"/><Relationship Id="rId18" Type="http://schemas.openxmlformats.org/officeDocument/2006/relationships/hyperlink" Target="https://www.flexpowermodules.com/events" TargetMode="External"/><Relationship Id="rId19" Type="http://schemas.openxmlformats.org/officeDocument/2006/relationships/hyperlink" Target="https://www.flex.com/about/news" TargetMode="External"/><Relationship Id="rId20" Type="http://schemas.openxmlformats.org/officeDocument/2006/relationships/hyperlink" Target="https://www.powerelectronicsnews.com/flex-power-modules-introduces-an-intermediate-bus-converter-ibc-designed-for-ai-and-ml-data-center-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