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discovers zero-day vulnerability in SQLite using AI-assisted framework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the discovery of a zero-day vulnerability in the SQLite open-source database engine, uncovered using its AI-assisted framework, Big Sleep. Previously known as Project Naptime, this framework represents a significant advancement in leveraging artificial intelligence for cybersecurity purposes. This marks the first instance of an AI agent uniquely identifying a latent memory-safety flaw in widely deployed real-world software, according to Google's Big Sleep team.</w:t>
      </w:r>
      <w:r/>
    </w:p>
    <w:p>
      <w:r/>
      <w:r>
        <w:t>The uncovered vulnerability is defined as a stack buffer underflow, a type of memory error where software accesses a memory location before the allocated buffer's start. Such access can lead to software crashes or even allow for arbitrary code execution. This condition typically arises when pointer arithmetic miscalculates and moves before a buffer or employs a negative index, triggering unsafe memory access.</w:t>
      </w:r>
      <w:r/>
    </w:p>
    <w:p>
      <w:r/>
      <w:r>
        <w:t>Significantly, Google emphasised that the identified flaw was located within a development branch of SQLite, indicating that the vulnerability was spotted and resolved before it was included in any official software releases. The responsible disclosure protocol was adhered to, and the vulnerability has been rectified as of early October 2024.</w:t>
      </w:r>
      <w:r/>
    </w:p>
    <w:p>
      <w:r/>
      <w:r>
        <w:t>Google's Project Naptime, first introduced in June 2024, aimed to enhance automated methods for discovering software vulnerabilities. With its evolution into Big Sleep, a partnership has been forged between Google Project Zero and Google DeepMind. The adaptation employs AI agents to replicate human-like behaviours in pinpointing and substantiating security weaknesses. This is achieved through the AI's advanced code comprehension and reasoning capabilities.</w:t>
      </w:r>
      <w:r/>
    </w:p>
    <w:p>
      <w:r/>
      <w:r>
        <w:t>Big Sleep's methodology includes deploying a collection of specialised tools allowing the AI to efficiently explore the software codebase. It can execute Python scripts within a controlled environment to produce test inputs for vulnerability probing (fuzzing) and debug software for result analysis.</w:t>
      </w:r>
      <w:r/>
    </w:p>
    <w:p>
      <w:r/>
      <w:r>
        <w:t>In a public statement, Google has praised the promising defensive capabilities of Big Sleep. By detecting vulnerabilities pre-release, software is fortified before potential exploitation by malicious entities. However, Google has described these findings as experimental, suggesting that while promising, a target-specific fuzzer remains a competitive tool for vulnerability detection at this stage.</w:t>
      </w:r>
      <w:r/>
    </w:p>
    <w:p>
      <w:r/>
      <w:r>
        <w:t>The discovery, methodology, and resolution of this vulnerability underscore the potential for AI-assisted frameworks in enhancing software security, ultimately providing a pre-emptive strike against software exploitation attempts.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https://www.infosecurity-magazine.com/news/google-first-vulnerability-found/</w:t>
        </w:r>
      </w:hyperlink>
      <w:r>
        <w:t xml:space="preserve"> - Corroborates the discovery of a zero-day vulnerability in SQLite using Google's Big Sleep framework and details the vulnerability as a stack buffer underflow.</w:t>
      </w:r>
      <w:r/>
    </w:p>
    <w:p>
      <w:pPr>
        <w:pStyle w:val="ListNumber"/>
        <w:spacing w:line="240" w:lineRule="auto"/>
        <w:ind w:left="720"/>
      </w:pPr>
      <w:r/>
      <w:hyperlink r:id="rId11">
        <w:r>
          <w:rPr>
            <w:color w:val="0000EE"/>
            <w:u w:val="single"/>
          </w:rPr>
          <w:t>https://thehackernews.com/2024/11/googles-ai-tool-big-sleep-finds-zero.html</w:t>
        </w:r>
      </w:hyperlink>
      <w:r>
        <w:t xml:space="preserve"> - Supports the claim that Big Sleep, a collaboration between Google Project Zero and Google DeepMind, found the first real-world vulnerability using an AI agent.</w:t>
      </w:r>
      <w:r/>
    </w:p>
    <w:p>
      <w:pPr>
        <w:pStyle w:val="ListNumber"/>
        <w:spacing w:line="240" w:lineRule="auto"/>
        <w:ind w:left="720"/>
      </w:pPr>
      <w:r/>
      <w:hyperlink r:id="rId12">
        <w:r>
          <w:rPr>
            <w:color w:val="0000EE"/>
            <w:u w:val="single"/>
          </w:rPr>
          <w:t>https://www.rewterz.com/threat-advisory/sqlite-database-engine-zero-day-vulnerability-discovered-by-googles-ai-tool-big-sleep</w:t>
        </w:r>
      </w:hyperlink>
      <w:r>
        <w:t xml:space="preserve"> - Confirms the vulnerability was a stack buffer underflow in SQLite and that it was fixed before it was included in an official release.</w:t>
      </w:r>
      <w:r/>
    </w:p>
    <w:p>
      <w:pPr>
        <w:pStyle w:val="ListNumber"/>
        <w:spacing w:line="240" w:lineRule="auto"/>
        <w:ind w:left="720"/>
      </w:pPr>
      <w:r/>
      <w:hyperlink r:id="rId13">
        <w:r>
          <w:rPr>
            <w:color w:val="0000EE"/>
            <w:u w:val="single"/>
          </w:rPr>
          <w:t>https://www.scworld.com/news/googles-big-sleep-llm-agent-discovers-exploitable-bug-in-sqlite</w:t>
        </w:r>
      </w:hyperlink>
      <w:r>
        <w:t xml:space="preserve"> - Details the methodology of Big Sleep, including its use of specialized tools and its ability to mimic human behavior in vulnerability research.</w:t>
      </w:r>
      <w:r/>
    </w:p>
    <w:p>
      <w:pPr>
        <w:pStyle w:val="ListNumber"/>
        <w:spacing w:line="240" w:lineRule="auto"/>
        <w:ind w:left="720"/>
      </w:pPr>
      <w:r/>
      <w:hyperlink r:id="rId13">
        <w:r>
          <w:rPr>
            <w:color w:val="0000EE"/>
            <w:u w:val="single"/>
          </w:rPr>
          <w:t>https://www.scworld.com/news/googles-big-sleep-llm-agent-discovers-exploitable-bug-in-sqlite</w:t>
        </w:r>
      </w:hyperlink>
      <w:r>
        <w:t xml:space="preserve"> - Explains how Big Sleep identified the vulnerability by analyzing recent commit messages and diff changes in the SQLite repository.</w:t>
      </w:r>
      <w:r/>
    </w:p>
    <w:p>
      <w:pPr>
        <w:pStyle w:val="ListNumber"/>
        <w:spacing w:line="240" w:lineRule="auto"/>
        <w:ind w:left="720"/>
      </w:pPr>
      <w:r/>
      <w:hyperlink r:id="rId11">
        <w:r>
          <w:rPr>
            <w:color w:val="0000EE"/>
            <w:u w:val="single"/>
          </w:rPr>
          <w:t>https://thehackernews.com/2024/11/googles-ai-tool-big-sleep-finds-zero.html</w:t>
        </w:r>
      </w:hyperlink>
      <w:r>
        <w:t xml:space="preserve"> - Describes the evolution from Project Naptime to Big Sleep and the collaboration between Google Project Zero and Google DeepMind.</w:t>
      </w:r>
      <w:r/>
    </w:p>
    <w:p>
      <w:pPr>
        <w:pStyle w:val="ListNumber"/>
        <w:spacing w:line="240" w:lineRule="auto"/>
        <w:ind w:left="720"/>
      </w:pPr>
      <w:r/>
      <w:hyperlink r:id="rId10">
        <w:r>
          <w:rPr>
            <w:color w:val="0000EE"/>
            <w:u w:val="single"/>
          </w:rPr>
          <w:t>https://www.infosecurity-magazine.com/news/google-first-vulnerability-found/</w:t>
        </w:r>
      </w:hyperlink>
      <w:r>
        <w:t xml:space="preserve"> - Highlights the defensive potential of Big Sleep in finding vulnerabilities before software release and the experimental nature of the current results.</w:t>
      </w:r>
      <w:r/>
    </w:p>
    <w:p>
      <w:pPr>
        <w:pStyle w:val="ListNumber"/>
        <w:spacing w:line="240" w:lineRule="auto"/>
        <w:ind w:left="720"/>
      </w:pPr>
      <w:r/>
      <w:hyperlink r:id="rId12">
        <w:r>
          <w:rPr>
            <w:color w:val="0000EE"/>
            <w:u w:val="single"/>
          </w:rPr>
          <w:t>https://www.rewterz.com/threat-advisory/sqlite-database-engine-zero-day-vulnerability-discovered-by-googles-ai-tool-big-sleep</w:t>
        </w:r>
      </w:hyperlink>
      <w:r>
        <w:t xml:space="preserve"> - Provides details on the remediation steps and security best practices following the discovery of the vulnerability.</w:t>
      </w:r>
      <w:r/>
    </w:p>
    <w:p>
      <w:pPr>
        <w:pStyle w:val="ListNumber"/>
        <w:spacing w:line="240" w:lineRule="auto"/>
        <w:ind w:left="720"/>
      </w:pPr>
      <w:r/>
      <w:hyperlink r:id="rId14">
        <w:r>
          <w:rPr>
            <w:color w:val="0000EE"/>
            <w:u w:val="single"/>
          </w:rPr>
          <w:t>https://www.theregister.com/2024/11/05/google_ai_vulnerability_hunting/</w:t>
        </w:r>
      </w:hyperlink>
      <w:r>
        <w:t xml:space="preserve"> - Corroborates that fuzzing did not detect the vulnerability and emphasizes the significance of Big Sleep in identifying it.</w:t>
      </w:r>
      <w:r/>
    </w:p>
    <w:p>
      <w:pPr>
        <w:pStyle w:val="ListNumber"/>
        <w:spacing w:line="240" w:lineRule="auto"/>
        <w:ind w:left="720"/>
      </w:pPr>
      <w:r/>
      <w:hyperlink r:id="rId11">
        <w:r>
          <w:rPr>
            <w:color w:val="0000EE"/>
            <w:u w:val="single"/>
          </w:rPr>
          <w:t>https://thehackernews.com/2024/11/googles-ai-tool-big-sleep-finds-zero.html</w:t>
        </w:r>
      </w:hyperlink>
      <w:r>
        <w:t xml:space="preserve"> - Explains how Big Sleep uses AI agents to simulate human behavior in identifying and demonstrating security vulnerabilities.</w:t>
      </w:r>
      <w:r/>
    </w:p>
    <w:p>
      <w:pPr>
        <w:pStyle w:val="ListNumber"/>
        <w:spacing w:line="240" w:lineRule="auto"/>
        <w:ind w:left="720"/>
      </w:pPr>
      <w:r/>
      <w:hyperlink r:id="rId13">
        <w:r>
          <w:rPr>
            <w:color w:val="0000EE"/>
            <w:u w:val="single"/>
          </w:rPr>
          <w:t>https://www.scworld.com/news/googles-big-sleep-llm-agent-discovers-exploitable-bug-in-sqlite</w:t>
        </w:r>
      </w:hyperlink>
      <w:r>
        <w:t xml:space="preserve"> - Details the specific flaw involving the function 'seriesBestIndex' and how Big Sleep generated a root-cause analysis and full crash report.</w:t>
      </w:r>
      <w:r/>
    </w:p>
    <w:p>
      <w:pPr>
        <w:pStyle w:val="ListNumber"/>
        <w:spacing w:line="240" w:lineRule="auto"/>
        <w:ind w:left="720"/>
      </w:pPr>
      <w:r/>
      <w:hyperlink r:id="rId11">
        <w:r>
          <w:rPr>
            <w:color w:val="0000EE"/>
            <w:u w:val="single"/>
          </w:rPr>
          <w:t>https://thehackernews.com/2024/11/googles-ai-tool-big-sleep-finds-zero.html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security-magazine.com/news/google-first-vulnerability-found/" TargetMode="External"/><Relationship Id="rId11" Type="http://schemas.openxmlformats.org/officeDocument/2006/relationships/hyperlink" Target="https://thehackernews.com/2024/11/googles-ai-tool-big-sleep-finds-zero.html" TargetMode="External"/><Relationship Id="rId12" Type="http://schemas.openxmlformats.org/officeDocument/2006/relationships/hyperlink" Target="https://www.rewterz.com/threat-advisory/sqlite-database-engine-zero-day-vulnerability-discovered-by-googles-ai-tool-big-sleep" TargetMode="External"/><Relationship Id="rId13" Type="http://schemas.openxmlformats.org/officeDocument/2006/relationships/hyperlink" Target="https://www.scworld.com/news/googles-big-sleep-llm-agent-discovers-exploitable-bug-in-sqlite" TargetMode="External"/><Relationship Id="rId14" Type="http://schemas.openxmlformats.org/officeDocument/2006/relationships/hyperlink" Target="https://www.theregister.com/2024/11/05/google_ai_vulnerability_hun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