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Maps integrates enhanced AI features to redefine user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Maps Integrates Enhanced AI Features to Redefine User Experience</w:t>
      </w:r>
      <w:r/>
    </w:p>
    <w:p>
      <w:r/>
      <w:r>
        <w:t>In a significant technological advancement, Google has announced the integration of artificial intelligence (AI) capabilities into its widely-used digital mapping service, Google Maps. This enhancement aims to transform the tool from a standard navigation aid to an interactive guide providing detailed insights and curated suggestions for locations.</w:t>
      </w:r>
      <w:r/>
    </w:p>
    <w:p>
      <w:r/>
      <w:r>
        <w:t>The announcement was made in Palo Alto, California, where Google outlined its plan to embed more sophisticated AI technology into Google Maps, a service that was first launched nearly two decades ago. This move follows a notable milestone where Google Maps exceeded two billion monthly users globally, highlighting its indispensability for daily commutes and travel to new destinations.</w:t>
      </w:r>
      <w:r/>
    </w:p>
    <w:p>
      <w:r/>
      <w:r>
        <w:t>The core of this transformation is the introduction of Google's AI-powered Gemini technology. Initially being rolled out in the United States, this technology allows users to engage in conversational interactions with Google Maps. This feature enhances user experience by providing tailored recommendations for activities around specific areas, including a comprehensive list of popular restaurants, bars, and attractions. The reviews accompanying these suggestions are drawn from years of accumulated data, offering users vetted insight.</w:t>
      </w:r>
      <w:r/>
    </w:p>
    <w:p>
      <w:r/>
      <w:r>
        <w:t>Additionally, Google Maps will now offer more detailed parking information and walking directions post-parking, addressing common user concerns about the final stages of travel in unfamiliar areas. This marks a step towards a more user-centered and comprehensive direction-finding experience.</w:t>
      </w:r>
      <w:r/>
    </w:p>
    <w:p>
      <w:r/>
      <w:r>
        <w:t xml:space="preserve">Miriam Daniel, General Manager of Google Maps, described the development as the onset of "a new era of maps," stating that these changes are set to revolutionise how users navigate and explore their environments. </w:t>
      </w:r>
      <w:r/>
    </w:p>
    <w:p>
      <w:r/>
      <w:r>
        <w:t>Furthermore, Google Maps is set to introduce enhanced road imagery, providing users with clearer instructions on lane positioning well in advance of required turns, a feature that addresses frequent complaints regarding navigation accuracy.</w:t>
      </w:r>
      <w:r/>
    </w:p>
    <w:p>
      <w:r/>
      <w:r>
        <w:t>In an innovative leap, Google Maps will also open its language models behind the Gemini technology to external developers. This allows for rapid interrogation about specific destinations such as apartments or eateries and delivers almost instantaneous responses. Google assures that this feature, initially available as part of a testing phase, is diligently fact-checked through a process termed "grounding" to minimise the risk of users receiving incorrect data.</w:t>
      </w:r>
      <w:r/>
    </w:p>
    <w:p>
      <w:r/>
      <w:r>
        <w:t>Google's subsidiary service, Waze, known for its real-time driving directions, is also incorporating AI to facilitate a conversational interface. This feature will enable its approximately 180 million monthly users to report road hazards and conditions that could impact travel times in a more interactive manner.</w:t>
      </w:r>
      <w:r/>
    </w:p>
    <w:p>
      <w:r/>
      <w:r>
        <w:t>This AI integration into Google Maps signals Google's confidence in mitigating the risk of its AI technology producing erroneous or misleading outputs—known as "hallucinations." As these features become more widely available, they promise to substantially enrich how users experience navigation and explore their surroundings, marking a pivotal shift in digital mapping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https://techcrunch.com/2024/10/31/google-maps-is-getting-new-ai-features-powered-by-gemini/</w:t>
        </w:r>
      </w:hyperlink>
      <w:r>
        <w:t xml:space="preserve"> - Corroborates the introduction of Google's AI-powered Gemini technology in Google Maps, including features like finding new places to visit and enhanced navigation.</w:t>
      </w:r>
      <w:r/>
    </w:p>
    <w:p>
      <w:pPr>
        <w:pStyle w:val="ListNumber"/>
        <w:spacing w:line="240" w:lineRule="auto"/>
        <w:ind w:left="720"/>
      </w:pPr>
      <w:r/>
      <w:hyperlink r:id="rId11">
        <w:r>
          <w:rPr>
            <w:color w:val="0000EE"/>
            <w:u w:val="single"/>
          </w:rPr>
          <w:t>https://em360tech.com/tech-article/google-maps-ai</w:t>
        </w:r>
      </w:hyperlink>
      <w:r>
        <w:t xml:space="preserve"> - Supports the integration of AI in Google Maps for personalized recommendations, enhanced navigation, and real-time updates.</w:t>
      </w:r>
      <w:r/>
    </w:p>
    <w:p>
      <w:pPr>
        <w:pStyle w:val="ListNumber"/>
        <w:spacing w:line="240" w:lineRule="auto"/>
        <w:ind w:left="720"/>
      </w:pPr>
      <w:r/>
      <w:hyperlink r:id="rId12">
        <w:r>
          <w:rPr>
            <w:color w:val="0000EE"/>
            <w:u w:val="single"/>
          </w:rPr>
          <w:t>https://apnews.com/article/google-maps-artificial-intelligence-entertainment-suggestions-bceb1ea762b3ac4a7a5a950fc4924756</w:t>
        </w:r>
      </w:hyperlink>
      <w:r>
        <w:t xml:space="preserve"> - Confirms the announcement in Palo Alto, California, and the rollout of AI features in the U.S., including entertainment and navigation enhancements.</w:t>
      </w:r>
      <w:r/>
    </w:p>
    <w:p>
      <w:pPr>
        <w:pStyle w:val="ListNumber"/>
        <w:spacing w:line="240" w:lineRule="auto"/>
        <w:ind w:left="720"/>
      </w:pPr>
      <w:r/>
      <w:hyperlink r:id="rId13">
        <w:r>
          <w:rPr>
            <w:color w:val="0000EE"/>
            <w:u w:val="single"/>
          </w:rPr>
          <w:t>https://www.cntraveler.com/story/how-to-use-new-google-maps-ai-features</w:t>
        </w:r>
      </w:hyperlink>
      <w:r>
        <w:t xml:space="preserve"> - Details the AI-enhanced updates to Google Maps, such as itinerary suggestions, summarized reviews, and immersive view features.</w:t>
      </w:r>
      <w:r/>
    </w:p>
    <w:p>
      <w:pPr>
        <w:pStyle w:val="ListNumber"/>
        <w:spacing w:line="240" w:lineRule="auto"/>
        <w:ind w:left="720"/>
      </w:pPr>
      <w:r/>
      <w:hyperlink r:id="rId14">
        <w:r>
          <w:rPr>
            <w:color w:val="0000EE"/>
            <w:u w:val="single"/>
          </w:rPr>
          <w:t>https://www.businessinsider.com/google-maps-ai-features-reviews-waze-update-gemini-2024-10</w:t>
        </w:r>
      </w:hyperlink>
      <w:r>
        <w:t xml:space="preserve"> - Explains the integration of Gemini AI in Google Maps for activity suggestions, summarized reviews, and enhanced driving features.</w:t>
      </w:r>
      <w:r/>
    </w:p>
    <w:p>
      <w:pPr>
        <w:pStyle w:val="ListNumber"/>
        <w:spacing w:line="240" w:lineRule="auto"/>
        <w:ind w:left="720"/>
      </w:pPr>
      <w:r/>
      <w:hyperlink r:id="rId10">
        <w:r>
          <w:rPr>
            <w:color w:val="0000EE"/>
            <w:u w:val="single"/>
          </w:rPr>
          <w:t>https://techcrunch.com/2024/10/31/google-maps-is-getting-new-ai-features-powered-by-gemini/</w:t>
        </w:r>
      </w:hyperlink>
      <w:r>
        <w:t xml:space="preserve"> - Supports the feature of providing detailed parking information and walking directions post-parking.</w:t>
      </w:r>
      <w:r/>
    </w:p>
    <w:p>
      <w:pPr>
        <w:pStyle w:val="ListNumber"/>
        <w:spacing w:line="240" w:lineRule="auto"/>
        <w:ind w:left="720"/>
      </w:pPr>
      <w:r/>
      <w:hyperlink r:id="rId12">
        <w:r>
          <w:rPr>
            <w:color w:val="0000EE"/>
            <w:u w:val="single"/>
          </w:rPr>
          <w:t>https://apnews.com/article/google-maps-artificial-intelligence-entertainment-suggestions-bceb1ea762b3ac4a7a5a950fc4924756</w:t>
        </w:r>
      </w:hyperlink>
      <w:r>
        <w:t xml:space="preserve"> - Quotes Miriam Daniel on the onset of 'a new era of maps' and the revolutionary changes in navigation and exploration.</w:t>
      </w:r>
      <w:r/>
    </w:p>
    <w:p>
      <w:pPr>
        <w:pStyle w:val="ListNumber"/>
        <w:spacing w:line="240" w:lineRule="auto"/>
        <w:ind w:left="720"/>
      </w:pPr>
      <w:r/>
      <w:hyperlink r:id="rId11">
        <w:r>
          <w:rPr>
            <w:color w:val="0000EE"/>
            <w:u w:val="single"/>
          </w:rPr>
          <w:t>https://em360tech.com/tech-article/google-maps-ai</w:t>
        </w:r>
      </w:hyperlink>
      <w:r>
        <w:t xml:space="preserve"> - Describes the enhanced road imagery and clearer instructions on lane positioning in Google Maps.</w:t>
      </w:r>
      <w:r/>
    </w:p>
    <w:p>
      <w:pPr>
        <w:pStyle w:val="ListNumber"/>
        <w:spacing w:line="240" w:lineRule="auto"/>
        <w:ind w:left="720"/>
      </w:pPr>
      <w:r/>
      <w:hyperlink r:id="rId12">
        <w:r>
          <w:rPr>
            <w:color w:val="0000EE"/>
            <w:u w:val="single"/>
          </w:rPr>
          <w:t>https://apnews.com/article/google-maps-artificial-intelligence-entertainment-suggestions-bceb1ea762b3ac4a7a5a950fc4924756</w:t>
        </w:r>
      </w:hyperlink>
      <w:r>
        <w:t xml:space="preserve"> - Details the opening of language models behind Gemini to external developers for rapid interrogation about specific destinations.</w:t>
      </w:r>
      <w:r/>
    </w:p>
    <w:p>
      <w:pPr>
        <w:pStyle w:val="ListNumber"/>
        <w:spacing w:line="240" w:lineRule="auto"/>
        <w:ind w:left="720"/>
      </w:pPr>
      <w:r/>
      <w:hyperlink r:id="rId14">
        <w:r>
          <w:rPr>
            <w:color w:val="0000EE"/>
            <w:u w:val="single"/>
          </w:rPr>
          <w:t>https://www.businessinsider.com/google-maps-ai-features-reviews-waze-update-gemini-2024-10</w:t>
        </w:r>
      </w:hyperlink>
      <w:r>
        <w:t xml:space="preserve"> - Explains the integration of AI in Waze for a conversational interface to report road hazards and conditions.</w:t>
      </w:r>
      <w:r/>
    </w:p>
    <w:p>
      <w:pPr>
        <w:pStyle w:val="ListNumber"/>
        <w:spacing w:line="240" w:lineRule="auto"/>
        <w:ind w:left="720"/>
      </w:pPr>
      <w:r/>
      <w:hyperlink r:id="rId12">
        <w:r>
          <w:rPr>
            <w:color w:val="0000EE"/>
            <w:u w:val="single"/>
          </w:rPr>
          <w:t>https://apnews.com/article/google-maps-artificial-intelligence-entertainment-suggestions-bceb1ea762b3ac4a7a5a950fc4924756</w:t>
        </w:r>
      </w:hyperlink>
      <w:r>
        <w:t xml:space="preserve"> - Addresses Google's confidence in mitigating the risk of AI 'hallucinations' and ensuring accurate data through 'grounding'.</w:t>
      </w:r>
      <w:r/>
    </w:p>
    <w:p>
      <w:pPr>
        <w:pStyle w:val="ListNumber"/>
        <w:spacing w:line="240" w:lineRule="auto"/>
        <w:ind w:left="720"/>
      </w:pPr>
      <w:r/>
      <w:hyperlink r:id="rId15">
        <w:r>
          <w:rPr>
            <w:color w:val="0000EE"/>
            <w:u w:val="single"/>
          </w:rPr>
          <w:t>https://www.thedailyreporteronline.com/news/2024/11/05/google-maps-adding-more-ai-features/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31/google-maps-is-getting-new-ai-features-powered-by-gemini/" TargetMode="External"/><Relationship Id="rId11" Type="http://schemas.openxmlformats.org/officeDocument/2006/relationships/hyperlink" Target="https://em360tech.com/tech-article/google-maps-ai" TargetMode="External"/><Relationship Id="rId12" Type="http://schemas.openxmlformats.org/officeDocument/2006/relationships/hyperlink" Target="https://apnews.com/article/google-maps-artificial-intelligence-entertainment-suggestions-bceb1ea762b3ac4a7a5a950fc4924756" TargetMode="External"/><Relationship Id="rId13" Type="http://schemas.openxmlformats.org/officeDocument/2006/relationships/hyperlink" Target="https://www.cntraveler.com/story/how-to-use-new-google-maps-ai-features" TargetMode="External"/><Relationship Id="rId14" Type="http://schemas.openxmlformats.org/officeDocument/2006/relationships/hyperlink" Target="https://www.businessinsider.com/google-maps-ai-features-reviews-waze-update-gemini-2024-10" TargetMode="External"/><Relationship Id="rId15" Type="http://schemas.openxmlformats.org/officeDocument/2006/relationships/hyperlink" Target="https://www.thedailyreporteronline.com/news/2024/11/05/google-maps-adding-more-ai-fe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