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presents revolutionary AI system for handwriting digitisation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Presents Revolutionary AI System for Handwriting Digitisation</w:t>
      </w:r>
      <w:r/>
    </w:p>
    <w:p>
      <w:r/>
      <w:r>
        <w:t>In a significant advancement for handwriting recognition technology, Google Research has unveiled InkSight, an innovative artificial intelligence (AI) system designed to transform handwritten words into digital text. The system could potentially revolutionise how machines interpret handwritten information, eliminating the need for intermediary devices.</w:t>
      </w:r>
      <w:r/>
    </w:p>
    <w:p>
      <w:r/>
      <w:r>
        <w:t>InkSight seeks to address the limitations often associated with optical character recognition (OCR) systems, which are widely used for converting physical text into digital form. Unlike traditional OCR systems, which can struggle with various conditions and handwriting styles, InkSight utilises sophisticated AI techniques to mimic the way humans learn to read. This involves teaching the AI to recognise and rewrite entire words, much like a person would.</w:t>
      </w:r>
      <w:r/>
    </w:p>
    <w:p>
      <w:r/>
      <w:r>
        <w:t>The development of InkSight marks a breakthrough in handwriting digitisation. Google Research's team has equipped the AI to understand both the recognition and replication of human handwriting, allowing it to function effectively even with insufficient paired data—a common hurdle in previous technologies. The AI's capability extends to deciphering handwritten text from arbitrary photos, regardless of their diverse visual attributes and backgrounds.</w:t>
      </w:r>
      <w:r/>
    </w:p>
    <w:p>
      <w:r/>
      <w:r>
        <w:t>The research findings reveal that InkSight excels in less-than-ideal conditions, such as dim lighting or partially obstructed text. Notably, the AI's tracings were comprehended by humans with an accuracy of 87%. Moreover, in many cases, the AI's reproduction of text was so precise that it was indistinguishable from the original handwriting to the human eye.</w:t>
      </w:r>
      <w:r/>
    </w:p>
    <w:p>
      <w:r/>
      <w:r>
        <w:t>The potential applications of InkSight extend beyond mere transcription. For everyday users, this system promises to enhance the note-taking experience by allowing handwritten notes to be easily digitised, searched, and organised. Those with less legible handwriting might particularly benefit from InkSight's ability to convert their writing into clean, digital text.</w:t>
      </w:r>
      <w:r/>
    </w:p>
    <w:p>
      <w:r/>
      <w:r>
        <w:t>Moreover, InkSight holds promising implications for historical and linguistic preservation. It can assist in the digitisation of manuscripts and texts spanning centuries, even in languages that currently lack a substantial digital footprint. This capability could be instrumental in building digital resources for such languages.</w:t>
      </w:r>
      <w:r/>
    </w:p>
    <w:p>
      <w:r/>
      <w:r>
        <w:t>InkSight is a part of a broader trend in technology, with other companies simultaneously developing their own handwriting conversion tools. Amazon's Kindle Scribe, for instance, has upgraded its e-reader to include handwriting recognition features, while Goodnotes has enhanced its digital note-taking app with Smart Ink technology for editing and organising handwritten content.</w:t>
      </w:r>
      <w:r/>
    </w:p>
    <w:p>
      <w:r/>
      <w:r>
        <w:t>As AI continues to evolve, innovative solutions like InkSight highlight the potential for technology to bridge the gap between traditional and digital mediums, offering new avenues for information preservation and accessibility.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https://techround.co.uk/news/google-converts-handwritten-notes-digital/</w:t>
        </w:r>
      </w:hyperlink>
      <w:r>
        <w:t xml:space="preserve"> - Corroborates Google's development of a tool that converts handwritten notes to digital text.</w:t>
      </w:r>
      <w:r/>
    </w:p>
    <w:p>
      <w:pPr>
        <w:pStyle w:val="ListNumber"/>
        <w:spacing w:line="240" w:lineRule="auto"/>
        <w:ind w:left="720"/>
      </w:pPr>
      <w:r/>
      <w:hyperlink r:id="rId11">
        <w:r>
          <w:rPr>
            <w:color w:val="0000EE"/>
            <w:u w:val="single"/>
          </w:rPr>
          <w:t>https://thesiliconreview.com/2024/10/google-insight-handwritten-notes-digital-ai-note-taking-tool-handwriting-recognition-technology-digital-transformation</w:t>
        </w:r>
      </w:hyperlink>
      <w:r>
        <w:t xml:space="preserve"> - Details how Google's InkSight converts handwritten notes into digital text, making them searchable, editable, and simple to share.</w:t>
      </w:r>
      <w:r/>
    </w:p>
    <w:p>
      <w:pPr>
        <w:pStyle w:val="ListNumber"/>
        <w:spacing w:line="240" w:lineRule="auto"/>
        <w:ind w:left="720"/>
      </w:pPr>
      <w:r/>
      <w:hyperlink r:id="rId12">
        <w:r>
          <w:rPr>
            <w:color w:val="0000EE"/>
            <w:u w:val="single"/>
          </w:rPr>
          <w:t>https://goodereader.com/blog/e-book-news/exciting-news-for-notetakers-inksight-can-read-your-handwriting</w:t>
        </w:r>
      </w:hyperlink>
      <w:r>
        <w:t xml:space="preserve"> - Explains that InkSight can read and digitize handwriting, enhancing the note-taking experience.</w:t>
      </w:r>
      <w:r/>
    </w:p>
    <w:p>
      <w:pPr>
        <w:pStyle w:val="ListNumber"/>
        <w:spacing w:line="240" w:lineRule="auto"/>
        <w:ind w:left="720"/>
      </w:pPr>
      <w:r/>
      <w:hyperlink r:id="rId13">
        <w:r>
          <w:rPr>
            <w:color w:val="0000EE"/>
            <w:u w:val="single"/>
          </w:rPr>
          <w:t>https://www.aidoos.com/blog/InkSight-by-Google-Bridging-the-Gap-Between-Handwriting-and-the-Digital-World/</w:t>
        </w:r>
      </w:hyperlink>
      <w:r>
        <w:t xml:space="preserve"> - Describes InkSight's advanced character recognition capabilities, including handling challenging conditions like poor lighting.</w:t>
      </w:r>
      <w:r/>
    </w:p>
    <w:p>
      <w:pPr>
        <w:pStyle w:val="ListNumber"/>
        <w:spacing w:line="240" w:lineRule="auto"/>
        <w:ind w:left="720"/>
      </w:pPr>
      <w:r/>
      <w:hyperlink r:id="rId14">
        <w:r>
          <w:rPr>
            <w:color w:val="0000EE"/>
            <w:u w:val="single"/>
          </w:rPr>
          <w:t>https://www.newsminimalist.com/articles/google-launches-inksight-ai-to-digitize-handwritten-notes-while-preserving-style-a370f895</w:t>
        </w:r>
      </w:hyperlink>
      <w:r>
        <w:t xml:space="preserve"> - Highlights InkSight's use of advanced AI to understand and reproduce handwriting accurately, even in less-than-ideal conditions.</w:t>
      </w:r>
      <w:r/>
    </w:p>
    <w:p>
      <w:pPr>
        <w:pStyle w:val="ListNumber"/>
        <w:spacing w:line="240" w:lineRule="auto"/>
        <w:ind w:left="720"/>
      </w:pPr>
      <w:r/>
      <w:hyperlink r:id="rId11">
        <w:r>
          <w:rPr>
            <w:color w:val="0000EE"/>
            <w:u w:val="single"/>
          </w:rPr>
          <w:t>https://thesiliconreview.com/2024/10/google-insight-handwritten-notes-digital-ai-note-taking-tool-handwriting-recognition-technology-digital-transformation</w:t>
        </w:r>
      </w:hyperlink>
      <w:r>
        <w:t xml:space="preserve"> - Mentions the potential applications of InkSight in enhancing productivity for professionals and students by digitizing handwritten notes.</w:t>
      </w:r>
      <w:r/>
    </w:p>
    <w:p>
      <w:pPr>
        <w:pStyle w:val="ListNumber"/>
        <w:spacing w:line="240" w:lineRule="auto"/>
        <w:ind w:left="720"/>
      </w:pPr>
      <w:r/>
      <w:hyperlink r:id="rId13">
        <w:r>
          <w:rPr>
            <w:color w:val="0000EE"/>
            <w:u w:val="single"/>
          </w:rPr>
          <w:t>https://www.aidoos.com/blog/InkSight-by-Google-Bridging-the-Gap-Between-Handwriting-and-the-Digital-World/</w:t>
        </w:r>
      </w:hyperlink>
      <w:r>
        <w:t xml:space="preserve"> - Discusses how InkSight can function effectively with insufficient paired data, a common issue in previous technologies.</w:t>
      </w:r>
      <w:r/>
    </w:p>
    <w:p>
      <w:pPr>
        <w:pStyle w:val="ListNumber"/>
        <w:spacing w:line="240" w:lineRule="auto"/>
        <w:ind w:left="720"/>
      </w:pPr>
      <w:r/>
      <w:hyperlink r:id="rId14">
        <w:r>
          <w:rPr>
            <w:color w:val="0000EE"/>
            <w:u w:val="single"/>
          </w:rPr>
          <w:t>https://www.newsminimalist.com/articles/google-launches-inksight-ai-to-digitize-handwritten-notes-while-preserving-style-a370f895</w:t>
        </w:r>
      </w:hyperlink>
      <w:r>
        <w:t xml:space="preserve"> - Explains that InkSight can handle diverse visual attributes and backgrounds, making it versatile for various conditions.</w:t>
      </w:r>
      <w:r/>
    </w:p>
    <w:p>
      <w:pPr>
        <w:pStyle w:val="ListNumber"/>
        <w:spacing w:line="240" w:lineRule="auto"/>
        <w:ind w:left="720"/>
      </w:pPr>
      <w:r/>
      <w:hyperlink r:id="rId11">
        <w:r>
          <w:rPr>
            <w:color w:val="0000EE"/>
            <w:u w:val="single"/>
          </w:rPr>
          <w:t>https://thesiliconreview.com/2024/10/google-insight-handwritten-notes-digital-ai-note-taking-tool-handwriting-recognition-technology-digital-transformation</w:t>
        </w:r>
      </w:hyperlink>
      <w:r>
        <w:t xml:space="preserve"> - Details the educational and professional benefits of InkSight, including better organization and study efficiency.</w:t>
      </w:r>
      <w:r/>
    </w:p>
    <w:p>
      <w:pPr>
        <w:pStyle w:val="ListNumber"/>
        <w:spacing w:line="240" w:lineRule="auto"/>
        <w:ind w:left="720"/>
      </w:pPr>
      <w:r/>
      <w:hyperlink r:id="rId12">
        <w:r>
          <w:rPr>
            <w:color w:val="0000EE"/>
            <w:u w:val="single"/>
          </w:rPr>
          <w:t>https://goodereader.com/blog/e-book-news/exciting-news-for-notetakers-inksight-can-read-your-handwriting</w:t>
        </w:r>
      </w:hyperlink>
      <w:r>
        <w:t xml:space="preserve"> - Mentions the broader trend in technology with other companies developing similar handwriting conversion tools.</w:t>
      </w:r>
      <w:r/>
    </w:p>
    <w:p>
      <w:pPr>
        <w:pStyle w:val="ListNumber"/>
        <w:spacing w:line="240" w:lineRule="auto"/>
        <w:ind w:left="720"/>
      </w:pPr>
      <w:r/>
      <w:hyperlink r:id="rId14">
        <w:r>
          <w:rPr>
            <w:color w:val="0000EE"/>
            <w:u w:val="single"/>
          </w:rPr>
          <w:t>https://www.newsminimalist.com/articles/google-launches-inksight-ai-to-digitize-handwritten-notes-while-preserving-style-a370f895</w:t>
        </w:r>
      </w:hyperlink>
      <w:r>
        <w:t xml:space="preserve"> - Highlights the potential of InkSight for historical and linguistic preservation by digitizing manuscripts and texts.</w:t>
      </w:r>
      <w:r/>
    </w:p>
    <w:p>
      <w:pPr>
        <w:pStyle w:val="ListNumber"/>
        <w:spacing w:line="240" w:lineRule="auto"/>
        <w:ind w:left="720"/>
      </w:pPr>
      <w:r/>
      <w:hyperlink r:id="rId15">
        <w:r>
          <w:rPr>
            <w:color w:val="0000EE"/>
            <w:u w:val="single"/>
          </w:rPr>
          <w:t>https://www.techradar.com/computing/artificial-intelligence/google-shows-off-ai-tool-for-reading-handwritten-text-by-rewriting-it-digitally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round.co.uk/news/google-converts-handwritten-notes-digital/" TargetMode="External"/><Relationship Id="rId11" Type="http://schemas.openxmlformats.org/officeDocument/2006/relationships/hyperlink" Target="https://thesiliconreview.com/2024/10/google-insight-handwritten-notes-digital-ai-note-taking-tool-handwriting-recognition-technology-digital-transformation" TargetMode="External"/><Relationship Id="rId12" Type="http://schemas.openxmlformats.org/officeDocument/2006/relationships/hyperlink" Target="https://goodereader.com/blog/e-book-news/exciting-news-for-notetakers-inksight-can-read-your-handwriting" TargetMode="External"/><Relationship Id="rId13" Type="http://schemas.openxmlformats.org/officeDocument/2006/relationships/hyperlink" Target="https://www.aidoos.com/blog/InkSight-by-Google-Bridging-the-Gap-Between-Handwriting-and-the-Digital-World/" TargetMode="External"/><Relationship Id="rId14" Type="http://schemas.openxmlformats.org/officeDocument/2006/relationships/hyperlink" Target="https://www.newsminimalist.com/articles/google-launches-inksight-ai-to-digitize-handwritten-notes-while-preserving-style-a370f895" TargetMode="External"/><Relationship Id="rId15" Type="http://schemas.openxmlformats.org/officeDocument/2006/relationships/hyperlink" Target="https://www.techradar.com/computing/artificial-intelligence/google-shows-off-ai-tool-for-reading-handwritten-text-by-rewriting-it-digital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