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Homer middle school students investigated for creating nude AI-generated images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troubling development in Homer, Alaska, state juvenile justice officials and prosecutors are currently reviewing a case involving two middle school students from Homer Middle School. These young boys are accused of creating digitally manipulated images depicting nude photographs of several female classmates. This use of artificial intelligence to generate such images constitutes a violation of laws concerning child sexual abuse material.</w:t>
      </w:r>
      <w:r/>
    </w:p>
    <w:p>
      <w:r/>
      <w:r>
        <w:t>The investigation, spearheaded by the Homer Police Department, was initially prompted by a report from one of the affected students who discovered the existence of these manipulated images. The girl's alert triggered an inquiry that rapidly unearthed a wider operation than originally anticipated. According to Lt. Ryan Browning of the Homer Police Department, what began with a single complaint has expanded to involve approximately 10 to 11 victims. Browning explained that the images were not only produced but also circulated among other classmates, exacerbating the situation.</w:t>
      </w:r>
      <w:r/>
    </w:p>
    <w:p>
      <w:r/>
      <w:r>
        <w:t>The case has been turned over to the state Division of Juvenile Justice. The spokesperson for the division, maintaining confidentiality as required by Alaska law, mentioned that discussions with the District Attorney's office are ongoing to determine the legal path forward. However, specific details concerning the minors involved cannot be disclosed publicly.</w:t>
      </w:r>
      <w:r/>
    </w:p>
    <w:p>
      <w:r/>
      <w:r>
        <w:t>The charges associated with such creation and distribution of illicit materials often include serious felonies. These involve the unlawful exploitation of minors, along with the possession and distribution of child sexual abuse content.</w:t>
      </w:r>
      <w:r/>
    </w:p>
    <w:p>
      <w:r/>
      <w:r>
        <w:t>In an effort to address the wider implications of this incident, Lt. Browning has actively engaged in educating both parents and caregivers on the responsible use of social media through various presentations. These sessions, which have been conducted locally and across other regions in the state, aim to guide parents in navigating the complex digital landscape today's youths are inherently a part of.</w:t>
      </w:r>
      <w:r/>
    </w:p>
    <w:p>
      <w:r/>
      <w:r>
        <w:t>The emergence of artificial intelligence in facilitating such unlawful activities is part of a larger, worrying trend observed over the past year in various parts of the United States, including states like New Jersey and California. This case highlights the potential for new technology to be leveraged in harmful ways, adding a layer of complexity to existing legal frameworks and enforcement efforts.</w:t>
      </w:r>
      <w:r/>
    </w:p>
    <w:p>
      <w:r/>
      <w:r>
        <w:t>The involvement of AI in creating and spreading false images designed to mimic real child pornography presents a daunting challenge for authorities striving to keep pace with technological advances and their misuse. As the community of Homer grapples with the implications of these developments, efforts continue on legal and educational fronts to address and mitigate the impact of such activities.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https://alaskapublic.org/2024/11/04/homer-students-used-ai-to-make-fake-nude-photos-of-classmates-police-say/</w:t>
        </w:r>
      </w:hyperlink>
      <w:r>
        <w:t xml:space="preserve"> - This article corroborates the incident in Homer, Alaska, where two middle school students used AI to create fake nude photos of their classmates, and the subsequent investigation by the Homer Police Department.</w:t>
      </w:r>
      <w:r/>
    </w:p>
    <w:p>
      <w:pPr>
        <w:pStyle w:val="ListNumber"/>
        <w:spacing w:line="240" w:lineRule="auto"/>
        <w:ind w:left="720"/>
      </w:pPr>
      <w:r/>
      <w:hyperlink r:id="rId10">
        <w:r>
          <w:rPr>
            <w:color w:val="0000EE"/>
            <w:u w:val="single"/>
          </w:rPr>
          <w:t>https://alaskapublic.org/2024/11/04/homer-students-used-ai-to-make-fake-nude-photos-of-classmates-police-say/</w:t>
        </w:r>
      </w:hyperlink>
      <w:r>
        <w:t xml:space="preserve"> - It confirms that the case involves approximately 10 to 11 victims and that the images were circulated among other classmates.</w:t>
      </w:r>
      <w:r/>
    </w:p>
    <w:p>
      <w:pPr>
        <w:pStyle w:val="ListNumber"/>
        <w:spacing w:line="240" w:lineRule="auto"/>
        <w:ind w:left="720"/>
      </w:pPr>
      <w:r/>
      <w:hyperlink r:id="rId10">
        <w:r>
          <w:rPr>
            <w:color w:val="0000EE"/>
            <w:u w:val="single"/>
          </w:rPr>
          <w:t>https://alaskapublic.org/2024/11/04/homer-students-used-ai-to-make-fake-nude-photos-of-classmates-police-say/</w:t>
        </w:r>
      </w:hyperlink>
      <w:r>
        <w:t xml:space="preserve"> - The article mentions that the case has been turned over to the state Division of Juvenile Justice and discusses ongoing legal proceedings.</w:t>
      </w:r>
      <w:r/>
    </w:p>
    <w:p>
      <w:pPr>
        <w:pStyle w:val="ListNumber"/>
        <w:spacing w:line="240" w:lineRule="auto"/>
        <w:ind w:left="720"/>
      </w:pPr>
      <w:r/>
      <w:hyperlink r:id="rId10">
        <w:r>
          <w:rPr>
            <w:color w:val="0000EE"/>
            <w:u w:val="single"/>
          </w:rPr>
          <w:t>https://alaskapublic.org/2024/11/04/homer-students-used-ai-to-make-fake-nude-photos-of-classmates-police-say/</w:t>
        </w:r>
      </w:hyperlink>
      <w:r>
        <w:t xml:space="preserve"> - It details the charges associated with creating and distributing such illicit materials, including felonies related to the unlawful exploitation of minors.</w:t>
      </w:r>
      <w:r/>
    </w:p>
    <w:p>
      <w:pPr>
        <w:pStyle w:val="ListNumber"/>
        <w:spacing w:line="240" w:lineRule="auto"/>
        <w:ind w:left="720"/>
      </w:pPr>
      <w:r/>
      <w:hyperlink r:id="rId10">
        <w:r>
          <w:rPr>
            <w:color w:val="0000EE"/>
            <w:u w:val="single"/>
          </w:rPr>
          <w:t>https://alaskapublic.org/2024/11/04/homer-students-used-ai-to-make-fake-nude-photos-of-classmates-police-say/</w:t>
        </w:r>
      </w:hyperlink>
      <w:r>
        <w:t xml:space="preserve"> - The article highlights Lt. Ryan Browning's efforts in educating parents and caregivers about the responsible use of social media through various presentations.</w:t>
      </w:r>
      <w:r/>
    </w:p>
    <w:p>
      <w:pPr>
        <w:pStyle w:val="ListNumber"/>
        <w:spacing w:line="240" w:lineRule="auto"/>
        <w:ind w:left="720"/>
      </w:pPr>
      <w:r/>
      <w:hyperlink r:id="rId10">
        <w:r>
          <w:rPr>
            <w:color w:val="0000EE"/>
            <w:u w:val="single"/>
          </w:rPr>
          <w:t>https://alaskapublic.org/2024/11/04/homer-students-used-ai-to-make-fake-nude-photos-of-classmates-police-say/</w:t>
        </w:r>
      </w:hyperlink>
      <w:r>
        <w:t xml:space="preserve"> - It notes that this incident is part of a larger trend observed in other parts of the United States, including New Jersey and California.</w:t>
      </w:r>
      <w:r/>
    </w:p>
    <w:p>
      <w:pPr>
        <w:pStyle w:val="ListNumber"/>
        <w:spacing w:line="240" w:lineRule="auto"/>
        <w:ind w:left="720"/>
      </w:pPr>
      <w:r/>
      <w:hyperlink r:id="rId11">
        <w:r>
          <w:rPr>
            <w:color w:val="0000EE"/>
            <w:u w:val="single"/>
          </w:rPr>
          <w:t>https://www.pbs.org/newshour/nation/law-enforcement-cracking-down-on-creators-of-ai-generated-child-sexual-abuse-images</w:t>
        </w:r>
      </w:hyperlink>
      <w:r>
        <w:t xml:space="preserve"> - This article supports the broader context of law enforcement cracking down on AI-generated child sexual abuse imagery across the U.S.</w:t>
      </w:r>
      <w:r/>
    </w:p>
    <w:p>
      <w:pPr>
        <w:pStyle w:val="ListNumber"/>
        <w:spacing w:line="240" w:lineRule="auto"/>
        <w:ind w:left="720"/>
      </w:pPr>
      <w:r/>
      <w:hyperlink r:id="rId11">
        <w:r>
          <w:rPr>
            <w:color w:val="0000EE"/>
            <w:u w:val="single"/>
          </w:rPr>
          <w:t>https://www.pbs.org/newshour/nation/law-enforcement-cracking-down-on-creators-of-ai-generated-child-sexual-abuse-images</w:t>
        </w:r>
      </w:hyperlink>
      <w:r>
        <w:t xml:space="preserve"> - It mentions that states are passing legislation to ensure local prosecutors can bring charges for AI-generated 'deepfakes' and other sexually explicit images of kids.</w:t>
      </w:r>
      <w:r/>
    </w:p>
    <w:p>
      <w:pPr>
        <w:pStyle w:val="ListNumber"/>
        <w:spacing w:line="240" w:lineRule="auto"/>
        <w:ind w:left="720"/>
      </w:pPr>
      <w:r/>
      <w:hyperlink r:id="rId11">
        <w:r>
          <w:rPr>
            <w:color w:val="0000EE"/>
            <w:u w:val="single"/>
          </w:rPr>
          <w:t>https://www.pbs.org/newshour/nation/law-enforcement-cracking-down-on-creators-of-ai-generated-child-sexual-abuse-images</w:t>
        </w:r>
      </w:hyperlink>
      <w:r>
        <w:t xml:space="preserve"> - The article highlights the challenges authorities face in keeping pace with technological advances and the misuse of AI in creating child sexual abuse material.</w:t>
      </w:r>
      <w:r/>
    </w:p>
    <w:p>
      <w:pPr>
        <w:pStyle w:val="ListNumber"/>
        <w:spacing w:line="240" w:lineRule="auto"/>
        <w:ind w:left="720"/>
      </w:pPr>
      <w:r/>
      <w:hyperlink r:id="rId11">
        <w:r>
          <w:rPr>
            <w:color w:val="0000EE"/>
            <w:u w:val="single"/>
          </w:rPr>
          <w:t>https://www.pbs.org/newshour/nation/law-enforcement-cracking-down-on-creators-of-ai-generated-child-sexual-abuse-images</w:t>
        </w:r>
      </w:hyperlink>
      <w:r>
        <w:t xml:space="preserve"> - It discusses the impact of AI-generated images on children and the efforts to curb the misuse of technology to prevent such disturbing images.</w:t>
      </w:r>
      <w:r/>
    </w:p>
    <w:p>
      <w:pPr>
        <w:pStyle w:val="ListNumber"/>
        <w:spacing w:line="240" w:lineRule="auto"/>
        <w:ind w:left="720"/>
      </w:pPr>
      <w:r/>
      <w:hyperlink r:id="rId12">
        <w:r>
          <w:rPr>
            <w:color w:val="0000EE"/>
            <w:u w:val="single"/>
          </w:rPr>
          <w:t>https://georgetownsecuritystudiesreview.org/2024/05/03/ai-enabled-deception-the-new-arena-of-counterterrorism/</w:t>
        </w:r>
      </w:hyperlink>
      <w:r>
        <w:t xml:space="preserve"> - This article provides context on the broader misuse of AI in generating false and harmful content, including its use in terrorism and disinformation campaigns.</w:t>
      </w:r>
      <w:r/>
    </w:p>
    <w:p>
      <w:pPr>
        <w:pStyle w:val="ListNumber"/>
        <w:spacing w:line="240" w:lineRule="auto"/>
        <w:ind w:left="720"/>
      </w:pPr>
      <w:r/>
      <w:hyperlink r:id="rId10">
        <w:r>
          <w:rPr>
            <w:color w:val="0000EE"/>
            <w:u w:val="single"/>
          </w:rPr>
          <w:t>https://alaskapublic.org/2024/11/04/homer-students-used-ai-to-make-fake-nude-photos-of-classmates-police-say/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askapublic.org/2024/11/04/homer-students-used-ai-to-make-fake-nude-photos-of-classmates-police-say/" TargetMode="External"/><Relationship Id="rId11" Type="http://schemas.openxmlformats.org/officeDocument/2006/relationships/hyperlink" Target="https://www.pbs.org/newshour/nation/law-enforcement-cracking-down-on-creators-of-ai-generated-child-sexual-abuse-images" TargetMode="External"/><Relationship Id="rId12" Type="http://schemas.openxmlformats.org/officeDocument/2006/relationships/hyperlink" Target="https://georgetownsecuritystudiesreview.org/2024/05/03/ai-enabled-deception-the-new-arena-of-counterterror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