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revolutionising the gift-giving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Finding the perfect gift has traditionally been an arduous task, but the advent of artificial intelligence promises to change that. Numerous AI-powered gift idea generators are now available, offering personalised suggestions that cater to specific recipient preferences, interests, and the nature of the relationship. Here’s a closer look at some of the leading AI gift idea generators, their features, pros, cons, and pricing, to assist in selecting the best tool for your gifting needs.</w:t>
      </w:r>
      <w:r/>
    </w:p>
    <w:p>
      <w:r/>
      <w:r>
        <w:rPr>
          <w:b/>
        </w:rPr>
        <w:t>1. Silly Robot Cards</w:t>
      </w:r>
      <w:r/>
    </w:p>
    <w:p>
      <w:r/>
      <w:r>
        <w:t>Silly Robot Cards leverages AI technology to create personalised greeting cards for various occasions. It allows users to design and customise cards with names, photos, and messages, incorporating personal touches to express sentiments memorably. With AI-generated suggestions for themes and styles, users can craft cards effectively, even without any design experience.</w:t>
      </w:r>
      <w:r/>
    </w:p>
    <w:p>
      <w:r/>
      <w:r>
        <w:rPr>
          <w:i/>
        </w:rPr>
        <w:t>Pros:</w:t>
      </w:r>
      <w:r>
        <w:t xml:space="preserve"> The platform offers highly customisable card options, coupled with unique designs that stand out from traditional store-bought cards. It is quick and convenient for creating meaningful gifts.</w:t>
      </w:r>
      <w:r/>
    </w:p>
    <w:p>
      <w:r/>
      <w:r>
        <w:rPr>
          <w:i/>
        </w:rPr>
        <w:t>Cons:</w:t>
      </w:r>
      <w:r>
        <w:t xml:space="preserve"> Some users noted a limited range of designs compared to conventional options, and although many features are free, some advanced customisation options may incur charges.</w:t>
      </w:r>
      <w:r/>
    </w:p>
    <w:p>
      <w:r/>
      <w:r>
        <w:rPr>
          <w:i/>
        </w:rPr>
        <w:t>Pricing:</w:t>
      </w:r>
      <w:r>
        <w:t xml:space="preserve"> The basic version is free, with premium design plans starting at $5.</w:t>
      </w:r>
      <w:r/>
    </w:p>
    <w:p>
      <w:r/>
      <w:r>
        <w:rPr>
          <w:b/>
        </w:rPr>
        <w:t>2. GiftAssistant</w:t>
      </w:r>
      <w:r/>
    </w:p>
    <w:p>
      <w:r/>
      <w:r>
        <w:t>GiftAssistant simplifies gift selection by generating tailored suggestions based on user inputs. The AI matches gifts according to the occasion, recipient, and their interests, while also maintaining records of past gifts to avoid duplication.</w:t>
      </w:r>
      <w:r/>
    </w:p>
    <w:p>
      <w:r/>
      <w:r>
        <w:rPr>
          <w:i/>
        </w:rPr>
        <w:t>Pros:</w:t>
      </w:r>
      <w:r>
        <w:t xml:space="preserve"> This tool provides quick, efficient, and versatile gift suggestions free of charge.</w:t>
      </w:r>
      <w:r/>
    </w:p>
    <w:p>
      <w:r/>
      <w:r>
        <w:rPr>
          <w:i/>
        </w:rPr>
        <w:t>Cons:</w:t>
      </w:r>
      <w:r>
        <w:t xml:space="preserve"> The suggestions depend heavily on user input, which may not always reflect the recipient's preferences.</w:t>
      </w:r>
      <w:r/>
    </w:p>
    <w:p>
      <w:r/>
      <w:r>
        <w:rPr>
          <w:i/>
        </w:rPr>
        <w:t>Pricing:</w:t>
      </w:r>
      <w:r>
        <w:t xml:space="preserve"> It is completely free to use.</w:t>
      </w:r>
      <w:r/>
    </w:p>
    <w:p>
      <w:r/>
      <w:r>
        <w:rPr>
          <w:b/>
        </w:rPr>
        <w:t>3. GenieGifts</w:t>
      </w:r>
      <w:r/>
    </w:p>
    <w:p>
      <w:r/>
      <w:r>
        <w:t>GenieGifts is geared specifically towards identifying ideal birthday presents, although it also accommodates other occasions. Its AI algorithm considers various recipient interests and hobbies to offer thoughtful gift ideas.</w:t>
      </w:r>
      <w:r/>
    </w:p>
    <w:p>
      <w:r/>
      <w:r>
        <w:rPr>
          <w:i/>
        </w:rPr>
        <w:t>Pros:</w:t>
      </w:r>
      <w:r>
        <w:t xml:space="preserve"> Its user-friendly interface saves time by narrowing down options and offers a wide variety of suggestions.</w:t>
      </w:r>
      <w:r/>
    </w:p>
    <w:p>
      <w:r/>
      <w:r>
        <w:rPr>
          <w:i/>
        </w:rPr>
        <w:t>Cons:</w:t>
      </w:r>
      <w:r>
        <w:t xml:space="preserve"> Its primary focus on birthdays could limit its applicability for other events. Additionally, some suggestions may be skewed toward popular items rather than unique finds.</w:t>
      </w:r>
      <w:r/>
    </w:p>
    <w:p>
      <w:r/>
      <w:r>
        <w:rPr>
          <w:i/>
        </w:rPr>
        <w:t>Pricing:</w:t>
      </w:r>
      <w:r>
        <w:t xml:space="preserve"> GenieGifts is free to use.</w:t>
      </w:r>
      <w:r/>
    </w:p>
    <w:p>
      <w:r/>
      <w:r>
        <w:rPr>
          <w:b/>
        </w:rPr>
        <w:t>4. GiftGenie</w:t>
      </w:r>
      <w:r/>
    </w:p>
    <w:p>
      <w:r/>
      <w:r>
        <w:t>GiftGenie is known for personalising gift recommendations based on user inputs and the occasion. It covers a broad spectrum of categories, including tech, fashion, and home, and allows users to share ideas for feedback.</w:t>
      </w:r>
      <w:r/>
    </w:p>
    <w:p>
      <w:r/>
      <w:r>
        <w:rPr>
          <w:i/>
        </w:rPr>
        <w:t>Pros:</w:t>
      </w:r>
      <w:r>
        <w:t xml:space="preserve"> High personalisation enhances relevance, and the platform boasts an extensive gift database.</w:t>
      </w:r>
      <w:r/>
    </w:p>
    <w:p>
      <w:r/>
      <w:r>
        <w:rPr>
          <w:i/>
        </w:rPr>
        <w:t>Cons:</w:t>
      </w:r>
      <w:r>
        <w:t xml:space="preserve"> Some suggestions may be outside of certain budget constraints, and there are limited filtering options.</w:t>
      </w:r>
      <w:r/>
    </w:p>
    <w:p>
      <w:r/>
      <w:r>
        <w:rPr>
          <w:i/>
        </w:rPr>
        <w:t>Pricing:</w:t>
      </w:r>
      <w:r>
        <w:t xml:space="preserve"> There are no subscription fees, and it is free to use.</w:t>
      </w:r>
      <w:r/>
    </w:p>
    <w:p>
      <w:r/>
      <w:r>
        <w:rPr>
          <w:b/>
        </w:rPr>
        <w:t>5. GiftIdeasAI</w:t>
      </w:r>
      <w:r/>
    </w:p>
    <w:p>
      <w:r/>
      <w:r>
        <w:t>This straightforward AI tool aims to simplify the gifting process by offering diverse suggestions based on real-time trends and popular items.</w:t>
      </w:r>
      <w:r/>
    </w:p>
    <w:p>
      <w:r/>
      <w:r>
        <w:rPr>
          <w:i/>
        </w:rPr>
        <w:t>Pros:</w:t>
      </w:r>
      <w:r>
        <w:t xml:space="preserve"> It is easy to use, making it accessible to those less experienced with technology, and it is free of charge.</w:t>
      </w:r>
      <w:r/>
    </w:p>
    <w:p>
      <w:r/>
      <w:r>
        <w:rPr>
          <w:i/>
        </w:rPr>
        <w:t>Cons:</w:t>
      </w:r>
      <w:r>
        <w:t xml:space="preserve"> GiftIdeasAI may lack depth in personalisation, occasionally resulting in generic suggestions.</w:t>
      </w:r>
      <w:r/>
    </w:p>
    <w:p>
      <w:r/>
      <w:r>
        <w:rPr>
          <w:i/>
        </w:rPr>
        <w:t>Pricing:</w:t>
      </w:r>
      <w:r>
        <w:t xml:space="preserve"> Completely free to use.</w:t>
      </w:r>
      <w:r/>
    </w:p>
    <w:p>
      <w:r/>
      <w:r>
        <w:rPr>
          <w:b/>
        </w:rPr>
        <w:t>6. Coolgiftideas</w:t>
      </w:r>
      <w:r/>
    </w:p>
    <w:p>
      <w:r/>
      <w:r>
        <w:t>Targeting more unique and creative gifts, Coolgiftideas uses AI to offer a distinct selection based on detailed user inputs and employs filters for price, category, and occasion.</w:t>
      </w:r>
      <w:r/>
    </w:p>
    <w:p>
      <w:r/>
      <w:r>
        <w:rPr>
          <w:i/>
        </w:rPr>
        <w:t>Pros:</w:t>
      </w:r>
      <w:r>
        <w:t xml:space="preserve"> Highlights unique gifts that stand out, with an intuitive navigation system.</w:t>
      </w:r>
      <w:r/>
    </w:p>
    <w:p>
      <w:r/>
      <w:r>
        <w:rPr>
          <w:i/>
        </w:rPr>
        <w:t>Cons:</w:t>
      </w:r>
      <w:r>
        <w:t xml:space="preserve"> Possibly too niche for some users, with limited international shipping options.</w:t>
      </w:r>
      <w:r/>
    </w:p>
    <w:p>
      <w:r/>
      <w:r>
        <w:rPr>
          <w:i/>
        </w:rPr>
        <w:t>Pricing:</w:t>
      </w:r>
      <w:r>
        <w:t xml:space="preserve"> It is free of any hidden costs.</w:t>
      </w:r>
      <w:r/>
    </w:p>
    <w:p>
      <w:r/>
      <w:r>
        <w:rPr>
          <w:b/>
        </w:rPr>
        <w:t>7. SmartgiftAI</w:t>
      </w:r>
      <w:r/>
    </w:p>
    <w:p>
      <w:r/>
      <w:r>
        <w:t>SmartgiftAI delivers personalised gift suggestions leveraging advanced algorithms. It offers a collaboration feature, allowing for group gifting ideas.</w:t>
      </w:r>
      <w:r/>
    </w:p>
    <w:p>
      <w:r/>
      <w:r>
        <w:rPr>
          <w:i/>
        </w:rPr>
        <w:t>Pros:</w:t>
      </w:r>
      <w:r>
        <w:t xml:space="preserve"> Provides diverse and tailored suggestions with no subscription fees.</w:t>
      </w:r>
      <w:r/>
    </w:p>
    <w:p>
      <w:r/>
      <w:r>
        <w:rPr>
          <w:i/>
        </w:rPr>
        <w:t>Cons:</w:t>
      </w:r>
      <w:r>
        <w:t xml:space="preserve"> Accuracy of suggestions may vary depending on the quality of initial user input. Some users prefer more curated lists.</w:t>
      </w:r>
      <w:r/>
    </w:p>
    <w:p>
      <w:r/>
      <w:r>
        <w:rPr>
          <w:i/>
        </w:rPr>
        <w:t>Pricing:</w:t>
      </w:r>
      <w:r>
        <w:t xml:space="preserve"> Full access is free.</w:t>
      </w:r>
      <w:r/>
    </w:p>
    <w:p>
      <w:r/>
      <w:r>
        <w:rPr>
          <w:b/>
        </w:rPr>
        <w:t>8. GiftwrapAI</w:t>
      </w:r>
      <w:r/>
    </w:p>
    <w:p>
      <w:r/>
      <w:r>
        <w:t>Specialising in simplifying the gift selection experience, GiftwrapAI uses AI technology to offer suggestions specific to events like anniversaries or holidays.</w:t>
      </w:r>
      <w:r/>
    </w:p>
    <w:p>
      <w:r/>
      <w:r>
        <w:rPr>
          <w:i/>
        </w:rPr>
        <w:t>Pros:</w:t>
      </w:r>
      <w:r>
        <w:t xml:space="preserve"> It is a quick resource for relevant gift ideas and is free to use.</w:t>
      </w:r>
      <w:r/>
    </w:p>
    <w:p>
      <w:r/>
      <w:r>
        <w:rPr>
          <w:i/>
        </w:rPr>
        <w:t>Cons:</w:t>
      </w:r>
      <w:r>
        <w:t xml:space="preserve"> It has limited personalisation compared to some other advanced tools.</w:t>
      </w:r>
      <w:r/>
    </w:p>
    <w:p>
      <w:r/>
      <w:r>
        <w:rPr>
          <w:i/>
        </w:rPr>
        <w:t>Pricing:</w:t>
      </w:r>
      <w:r>
        <w:t xml:space="preserve"> Completely free with no subscriptions.</w:t>
      </w:r>
      <w:r/>
    </w:p>
    <w:p>
      <w:r/>
      <w:r>
        <w:t>As this technology progresses, these AI gift idea generators are poised to significantly alter how individuals approach gifting, potentially making it easier and more personalised than ever before. Each tool brings its unique blend of features, allowing users to choose according to their particular needs and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https://www.futurepedia.io/tool/gift-ideas-ai-</w:t>
        </w:r>
      </w:hyperlink>
      <w:r>
        <w:t xml:space="preserve"> - Corroborates the features, pros, and cons of Gift Ideas AI, including its personalized gift suggestions, time-saving and cost-effective nature, and dependence on user input.</w:t>
      </w:r>
      <w:r/>
    </w:p>
    <w:p>
      <w:pPr>
        <w:pStyle w:val="ListNumber"/>
        <w:spacing w:line="240" w:lineRule="auto"/>
        <w:ind w:left="720"/>
      </w:pPr>
      <w:r/>
      <w:hyperlink r:id="rId11">
        <w:r>
          <w:rPr>
            <w:color w:val="0000EE"/>
            <w:u w:val="single"/>
          </w:rPr>
          <w:t>https://aitechfy.com/aitool/cool-gift-ideas/</w:t>
        </w:r>
      </w:hyperlink>
      <w:r>
        <w:t xml:space="preserve"> - Provides details on the features and pros of Cool Gift Ideas, such as its AI-driven personalized gift suggestions and user-friendly interface.</w:t>
      </w:r>
      <w:r/>
    </w:p>
    <w:p>
      <w:pPr>
        <w:pStyle w:val="ListNumber"/>
        <w:spacing w:line="240" w:lineRule="auto"/>
        <w:ind w:left="720"/>
      </w:pPr>
      <w:r/>
      <w:hyperlink r:id="rId12">
        <w:r>
          <w:rPr>
            <w:color w:val="0000EE"/>
            <w:u w:val="single"/>
          </w:rPr>
          <w:t>https://aitools.inc/tools/giftbox-ai</w:t>
        </w:r>
      </w:hyperlink>
      <w:r>
        <w:t xml:space="preserve"> - Supports the features and benefits of Giftbox AI, including its AI-powered curation, occasion-specific suggestions, and time-saving solution.</w:t>
      </w:r>
      <w:r/>
    </w:p>
    <w:p>
      <w:pPr>
        <w:pStyle w:val="ListNumber"/>
        <w:spacing w:line="240" w:lineRule="auto"/>
        <w:ind w:left="720"/>
      </w:pPr>
      <w:r/>
      <w:hyperlink r:id="rId13">
        <w:r>
          <w:rPr>
            <w:color w:val="0000EE"/>
            <w:u w:val="single"/>
          </w:rPr>
          <w:t>https://www.futurepedia.io/tool/suggest-gift</w:t>
        </w:r>
      </w:hyperlink>
      <w:r>
        <w:t xml:space="preserve"> - Corroborates the features and pros of Suggest Gift AI, such as its ability to save time, offer a diverse selection, and reduce stress in gift shopping.</w:t>
      </w:r>
      <w:r/>
    </w:p>
    <w:p>
      <w:pPr>
        <w:pStyle w:val="ListNumber"/>
        <w:spacing w:line="240" w:lineRule="auto"/>
        <w:ind w:left="720"/>
      </w:pPr>
      <w:r/>
      <w:hyperlink r:id="rId14">
        <w:r>
          <w:rPr>
            <w:color w:val="0000EE"/>
            <w:u w:val="single"/>
          </w:rPr>
          <w:t>https://www.londondaily.news/best-ai-gift-ideas-generator/</w:t>
        </w:r>
      </w:hyperlink>
      <w:r>
        <w:t xml:space="preserve"> - Details the features, pros, and cons of GenieGifts, including its focus on birthday gifts, user-friendly interface, and free access to all features.</w:t>
      </w:r>
      <w:r/>
    </w:p>
    <w:p>
      <w:pPr>
        <w:pStyle w:val="ListNumber"/>
        <w:spacing w:line="240" w:lineRule="auto"/>
        <w:ind w:left="720"/>
      </w:pPr>
      <w:r/>
      <w:hyperlink r:id="rId14">
        <w:r>
          <w:rPr>
            <w:color w:val="0000EE"/>
            <w:u w:val="single"/>
          </w:rPr>
          <w:t>https://www.londondaily.news/best-ai-gift-ideas-generator/</w:t>
        </w:r>
      </w:hyperlink>
      <w:r>
        <w:t xml:space="preserve"> - Supports the features and pros of GiftGenie, such as its personalized algorithms, diverse categories, and easy sharing options.</w:t>
      </w:r>
      <w:r/>
    </w:p>
    <w:p>
      <w:pPr>
        <w:pStyle w:val="ListNumber"/>
        <w:spacing w:line="240" w:lineRule="auto"/>
        <w:ind w:left="720"/>
      </w:pPr>
      <w:r/>
      <w:hyperlink r:id="rId14">
        <w:r>
          <w:rPr>
            <w:color w:val="0000EE"/>
            <w:u w:val="single"/>
          </w:rPr>
          <w:t>https://www.londondaily.news/best-ai-gift-ideas-generator/</w:t>
        </w:r>
      </w:hyperlink>
      <w:r>
        <w:t xml:space="preserve"> - Corroborates the features and pros of GiftIdeasAI, including its AI-powered suggestions, simple interface, and real-time updates.</w:t>
      </w:r>
      <w:r/>
    </w:p>
    <w:p>
      <w:pPr>
        <w:pStyle w:val="ListNumber"/>
        <w:spacing w:line="240" w:lineRule="auto"/>
        <w:ind w:left="720"/>
      </w:pPr>
      <w:r/>
      <w:hyperlink r:id="rId10">
        <w:r>
          <w:rPr>
            <w:color w:val="0000EE"/>
            <w:u w:val="single"/>
          </w:rPr>
          <w:t>https://www.futurepedia.io/tool/gift-ideas-ai-</w:t>
        </w:r>
      </w:hyperlink>
      <w:r>
        <w:t xml:space="preserve"> - Provides information on the pricing and accessibility of AI gift idea generators, such as Gift Ideas AI being free with some premium features.</w:t>
      </w:r>
      <w:r/>
    </w:p>
    <w:p>
      <w:pPr>
        <w:pStyle w:val="ListNumber"/>
        <w:spacing w:line="240" w:lineRule="auto"/>
        <w:ind w:left="720"/>
      </w:pPr>
      <w:r/>
      <w:hyperlink r:id="rId11">
        <w:r>
          <w:rPr>
            <w:color w:val="0000EE"/>
            <w:u w:val="single"/>
          </w:rPr>
          <w:t>https://aitechfy.com/aitool/cool-gift-ideas/</w:t>
        </w:r>
      </w:hyperlink>
      <w:r>
        <w:t xml:space="preserve"> - Details the importance of user input for accurate gift suggestions, as seen in tools like Cool Gift Ideas.</w:t>
      </w:r>
      <w:r/>
    </w:p>
    <w:p>
      <w:pPr>
        <w:pStyle w:val="ListNumber"/>
        <w:spacing w:line="240" w:lineRule="auto"/>
        <w:ind w:left="720"/>
      </w:pPr>
      <w:r/>
      <w:hyperlink r:id="rId12">
        <w:r>
          <w:rPr>
            <w:color w:val="0000EE"/>
            <w:u w:val="single"/>
          </w:rPr>
          <w:t>https://aitools.inc/tools/giftbox-ai</w:t>
        </w:r>
      </w:hyperlink>
      <w:r>
        <w:t xml:space="preserve"> - Supports the concept of AI gift generators being accessible on various devices, including web-based platforms like Giftbox AI.</w:t>
      </w:r>
      <w:r/>
    </w:p>
    <w:p>
      <w:pPr>
        <w:pStyle w:val="ListNumber"/>
        <w:spacing w:line="240" w:lineRule="auto"/>
        <w:ind w:left="720"/>
      </w:pPr>
      <w:r/>
      <w:hyperlink r:id="rId14">
        <w:r>
          <w:rPr>
            <w:color w:val="0000EE"/>
            <w:u w:val="single"/>
          </w:rPr>
          <w:t>https://www.londondaily.news/best-ai-gift-ideas-generator/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epedia.io/tool/gift-ideas-ai-" TargetMode="External"/><Relationship Id="rId11" Type="http://schemas.openxmlformats.org/officeDocument/2006/relationships/hyperlink" Target="https://aitechfy.com/aitool/cool-gift-ideas/" TargetMode="External"/><Relationship Id="rId12" Type="http://schemas.openxmlformats.org/officeDocument/2006/relationships/hyperlink" Target="https://aitools.inc/tools/giftbox-ai" TargetMode="External"/><Relationship Id="rId13" Type="http://schemas.openxmlformats.org/officeDocument/2006/relationships/hyperlink" Target="https://www.futurepedia.io/tool/suggest-gift" TargetMode="External"/><Relationship Id="rId14" Type="http://schemas.openxmlformats.org/officeDocument/2006/relationships/hyperlink" Target="https://www.londondaily.news/best-ai-gift-ideas-gener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