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expands Llama AI models for national security applications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Platforms Inc, the technology giant best known for its social media dominance, has announced a notable expansion of its open-source Llama artificial intelligence models, targeting national security and defence applications. This development underscores Meta's commitment to enhancing collaborative efforts between the private tech sector and governmental bodies in the realm of AI.</w:t>
      </w:r>
      <w:r/>
    </w:p>
    <w:p>
      <w:r/>
      <w:r>
        <w:t>The Llama AI models, developed by Meta, will be made available to various United States government agencies involved in national security and defence. This strategic move is facilitated through collaborations with prominent government contractors and technology firms. Notable partners in this initiative include Amazon Web Services, Lockheed Martin, Microsoft Corp, Oracle Corp, and Palantir Technologies Inc, each playing a distinct role in integrating these AI capabilities into their operations and technologies.</w:t>
      </w:r>
      <w:r/>
    </w:p>
    <w:p>
      <w:r/>
      <w:r>
        <w:t>Nick Clegg, President of Global Affairs at Meta, articulated the company's vision, stating, “As an American company, and one that owes its success in no small part to the entrepreneurial spirit and democratic values the United States upholds, Meta wants to play its part to support the safety, security and economic prosperity of America – and of its closest allies too.” This statement highlights Meta's intent to leverage its technological prowess to contribute to the broader national interest.</w:t>
      </w:r>
      <w:r/>
    </w:p>
    <w:p>
      <w:r/>
      <w:r>
        <w:t>The implementation of Llama's models is already underway among several contractors. Oracle, for instance, is utilising the models to enhance aircraft maintenance processes by expediting diagnostic capabilities for technicians. This real-time problem-solving capacity is anticipated to lead to notable efficiency improvements in the aviation sector.</w:t>
      </w:r>
      <w:r/>
    </w:p>
    <w:p>
      <w:r/>
      <w:r>
        <w:t>Scale AI, another prominent player, is refining the Llama model to address national security missions and assess system vulnerabilities. Their work aims at fortifying defence mechanisms, ensuring robust security protocols are in place.</w:t>
      </w:r>
      <w:r/>
    </w:p>
    <w:p>
      <w:r/>
      <w:r>
        <w:t>Lockheed Martin has adopted the AI models into its AI Factory, a move aimed at advancing code generation and data analysis endeavours. This integration is expected to bolster their technological efficiencies and innovation capabilities.</w:t>
      </w:r>
      <w:r/>
    </w:p>
    <w:p>
      <w:r/>
      <w:r>
        <w:t>Cloud giants Amazon Web Services and Microsoft Azure are hosting the AI models on secure platforms, ensuring that sensitive government data is processed and managed in environments that adhere to stringent security protocols.</w:t>
      </w:r>
      <w:r/>
    </w:p>
    <w:p>
      <w:r/>
      <w:r>
        <w:t>The significance of Meta’s initiative lies not only in the application of AI in defence but also as a reaction to the global AI competition, particularly with nations such as China making considerable strides in open-source AI model development. By positioning Llama within defence applications, Meta aligns its operations with U.S. interests in maintaining a competitive edge in the global AI landscape.</w:t>
      </w:r>
      <w:r/>
    </w:p>
    <w:p>
      <w:r/>
      <w:r>
        <w:t>Beyond military and security endeavours, Meta has also noted potential public sector applications. Collaborations with entities like Deloitte are exploring how Llama-based solutions can be employed in improving public service functions such as education and energy management, reflecting the technology's versatility.</w:t>
      </w:r>
      <w:r/>
    </w:p>
    <w:p>
      <w:r/>
      <w:r>
        <w:t>This initiative by Meta demonstrates a robust entry into the defence sector, leveraging AI to streamline logistics, enhance cyber defence measures, and improve overall operational efficiencies. As these partnerships and implementations unfold, the implications for national and public sector operations could be substantial, reflecting an intricate web of cooperation between the tech industry and government frameworks.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https://www.ndtv.com/india-ai/meta-opens-its-ai-models-to-us-defence-agencies-and-contractors-6947330</w:t>
        </w:r>
      </w:hyperlink>
      <w:r>
        <w:t xml:space="preserve"> - Corroborates Meta's decision to make its Llama AI models available to US government agencies and defence contractors, and mentions the involvement of companies like Lockheed Martin, Booz Allen Hamilton, and Palantir Technologies.</w:t>
      </w:r>
      <w:r/>
    </w:p>
    <w:p>
      <w:pPr>
        <w:pStyle w:val="ListNumber"/>
        <w:spacing w:line="240" w:lineRule="auto"/>
        <w:ind w:left="720"/>
      </w:pPr>
      <w:r/>
      <w:hyperlink r:id="rId11">
        <w:r>
          <w:rPr>
            <w:color w:val="0000EE"/>
            <w:u w:val="single"/>
          </w:rPr>
          <w:t>https://techcrunch.com/2024/11/04/meta-says-its-making-its-llama-models-available-for-us-national-security-applications/</w:t>
        </w:r>
      </w:hyperlink>
      <w:r>
        <w:t xml:space="preserve"> - Supports the collaboration between Meta and various US government agencies, including the involvement of companies like Accenture, Amazon Web Services, and Microsoft, for national security applications.</w:t>
      </w:r>
      <w:r/>
    </w:p>
    <w:p>
      <w:pPr>
        <w:pStyle w:val="ListNumber"/>
        <w:spacing w:line="240" w:lineRule="auto"/>
        <w:ind w:left="720"/>
      </w:pPr>
      <w:r/>
      <w:hyperlink r:id="rId12">
        <w:r>
          <w:rPr>
            <w:color w:val="0000EE"/>
            <w:u w:val="single"/>
          </w:rPr>
          <w:t>https://defensescoop.com/2024/11/04/scale-ai-unveils-defense-llama-large-language-model-llm-national-security-users/</w:t>
        </w:r>
      </w:hyperlink>
      <w:r>
        <w:t xml:space="preserve"> - Details Scale AI's customization of Meta's Llama model for national security missions, including operational planning and threat assessment, and its integration into various defense systems.</w:t>
      </w:r>
      <w:r/>
    </w:p>
    <w:p>
      <w:pPr>
        <w:pStyle w:val="ListNumber"/>
        <w:spacing w:line="240" w:lineRule="auto"/>
        <w:ind w:left="720"/>
      </w:pPr>
      <w:r/>
      <w:hyperlink r:id="rId13">
        <w:r>
          <w:rPr>
            <w:color w:val="0000EE"/>
            <w:u w:val="single"/>
          </w:rPr>
          <w:t>https://www.lockheedmartin.com/en-us/news/features/2024/Lockheed-Martin-Meta-Collaborate-on-Large-Language-Models-for-National-Security-Applications.html</w:t>
        </w:r>
      </w:hyperlink>
      <w:r>
        <w:t xml:space="preserve"> - Explains Lockheed Martin's collaboration with Meta to integrate Llama into its AI Factory for enhancing code generation, data analysis, and other defense-related applications.</w:t>
      </w:r>
      <w:r/>
    </w:p>
    <w:p>
      <w:pPr>
        <w:pStyle w:val="ListNumber"/>
        <w:spacing w:line="240" w:lineRule="auto"/>
        <w:ind w:left="720"/>
      </w:pPr>
      <w:r/>
      <w:hyperlink r:id="rId14">
        <w:r>
          <w:rPr>
            <w:color w:val="0000EE"/>
            <w:u w:val="single"/>
          </w:rPr>
          <w:t>https://www.thehindu.com/sci-tech/technology/meta-opens-llama-ai-models-to-us-defence-agencies-expanding-military-applications/article68831299.ece</w:t>
        </w:r>
      </w:hyperlink>
      <w:r>
        <w:t xml:space="preserve"> - Confirms the partnerships with major defense contractors and tech companies, including Oracle, Scale AI, and Lockheed Martin, to implement Llama models in national security operations.</w:t>
      </w:r>
      <w:r/>
    </w:p>
    <w:p>
      <w:pPr>
        <w:pStyle w:val="ListNumber"/>
        <w:spacing w:line="240" w:lineRule="auto"/>
        <w:ind w:left="720"/>
      </w:pPr>
      <w:r/>
      <w:hyperlink r:id="rId10">
        <w:r>
          <w:rPr>
            <w:color w:val="0000EE"/>
            <w:u w:val="single"/>
          </w:rPr>
          <w:t>https://www.ndtv.com/india-ai/meta-opens-its-ai-models-to-us-defence-agencies-and-contractors-6947330</w:t>
        </w:r>
      </w:hyperlink>
      <w:r>
        <w:t xml:space="preserve"> - Quotes Nick Clegg on Meta's vision to support the safety, security, and economic prosperity of the US and its allies through the use of Llama AI models.</w:t>
      </w:r>
      <w:r/>
    </w:p>
    <w:p>
      <w:pPr>
        <w:pStyle w:val="ListNumber"/>
        <w:spacing w:line="240" w:lineRule="auto"/>
        <w:ind w:left="720"/>
      </w:pPr>
      <w:r/>
      <w:hyperlink r:id="rId11">
        <w:r>
          <w:rPr>
            <w:color w:val="0000EE"/>
            <w:u w:val="single"/>
          </w:rPr>
          <w:t>https://techcrunch.com/2024/11/04/meta-says-its-making-its-llama-models-available-for-us-national-security-applications/</w:t>
        </w:r>
      </w:hyperlink>
      <w:r>
        <w:t xml:space="preserve"> - Describes Oracle's use of Llama models to process aircraft maintenance documents, highlighting efficiency improvements in the aviation sector.</w:t>
      </w:r>
      <w:r/>
    </w:p>
    <w:p>
      <w:pPr>
        <w:pStyle w:val="ListNumber"/>
        <w:spacing w:line="240" w:lineRule="auto"/>
        <w:ind w:left="720"/>
      </w:pPr>
      <w:r/>
      <w:hyperlink r:id="rId12">
        <w:r>
          <w:rPr>
            <w:color w:val="0000EE"/>
            <w:u w:val="single"/>
          </w:rPr>
          <w:t>https://defensescoop.com/2024/11/04/scale-ai-unveils-defense-llama-large-language-model-llm-national-security-users/</w:t>
        </w:r>
      </w:hyperlink>
      <w:r>
        <w:t xml:space="preserve"> - Details Scale AI's refinement of the Llama model for national security missions and assessing system vulnerabilities to fortify defence mechanisms.</w:t>
      </w:r>
      <w:r/>
    </w:p>
    <w:p>
      <w:pPr>
        <w:pStyle w:val="ListNumber"/>
        <w:spacing w:line="240" w:lineRule="auto"/>
        <w:ind w:left="720"/>
      </w:pPr>
      <w:r/>
      <w:hyperlink r:id="rId13">
        <w:r>
          <w:rPr>
            <w:color w:val="0000EE"/>
            <w:u w:val="single"/>
          </w:rPr>
          <w:t>https://www.lockheedmartin.com/en-us/news/features/2024/Lockheed-Martin-Meta-Collaborate-on-Large-Language-Models-for-National-Security-Applications.html</w:t>
        </w:r>
      </w:hyperlink>
      <w:r>
        <w:t xml:space="preserve"> - Explains how Lockheed Martin has adopted Llama models into its AI Factory to advance code generation and data analysis, enhancing technological efficiencies and innovation.</w:t>
      </w:r>
      <w:r/>
    </w:p>
    <w:p>
      <w:pPr>
        <w:pStyle w:val="ListNumber"/>
        <w:spacing w:line="240" w:lineRule="auto"/>
        <w:ind w:left="720"/>
      </w:pPr>
      <w:r/>
      <w:hyperlink r:id="rId11">
        <w:r>
          <w:rPr>
            <w:color w:val="0000EE"/>
            <w:u w:val="single"/>
          </w:rPr>
          <w:t>https://techcrunch.com/2024/11/04/meta-says-its-making-its-llama-models-available-for-us-national-security-applications/</w:t>
        </w:r>
      </w:hyperlink>
      <w:r>
        <w:t xml:space="preserve"> - Mentions the hosting of Llama models on secure platforms by cloud giants like Amazon Web Services and Microsoft, ensuring adherence to stringent security protocols.</w:t>
      </w:r>
      <w:r/>
    </w:p>
    <w:p>
      <w:pPr>
        <w:pStyle w:val="ListNumber"/>
        <w:spacing w:line="240" w:lineRule="auto"/>
        <w:ind w:left="720"/>
      </w:pPr>
      <w:r/>
      <w:hyperlink r:id="rId14">
        <w:r>
          <w:rPr>
            <w:color w:val="0000EE"/>
            <w:u w:val="single"/>
          </w:rPr>
          <w:t>https://www.thehindu.com/sci-tech/technology/meta-opens-llama-ai-models-to-us-defence-agencies-expanding-military-applications/article68831299.ece</w:t>
        </w:r>
      </w:hyperlink>
      <w:r>
        <w:t xml:space="preserve"> - Highlights the global AI competition, particularly with China, and Meta's initiative to maintain a competitive edge in the global AI landscape by positioning Llama in defence applications.</w:t>
      </w:r>
      <w:r/>
    </w:p>
    <w:p>
      <w:pPr>
        <w:pStyle w:val="ListNumber"/>
        <w:spacing w:line="240" w:lineRule="auto"/>
        <w:ind w:left="720"/>
      </w:pPr>
      <w:r/>
      <w:hyperlink r:id="rId15">
        <w:r>
          <w:rPr>
            <w:color w:val="0000EE"/>
            <w:u w:val="single"/>
          </w:rPr>
          <w:t>https://www.benzinga.com/markets/equities/24/11/41735903/meta-amazon-microsoft-partner-on-defense-ai-initiative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dtv.com/india-ai/meta-opens-its-ai-models-to-us-defence-agencies-and-contractors-6947330" TargetMode="External"/><Relationship Id="rId11" Type="http://schemas.openxmlformats.org/officeDocument/2006/relationships/hyperlink" Target="https://techcrunch.com/2024/11/04/meta-says-its-making-its-llama-models-available-for-us-national-security-applications/" TargetMode="External"/><Relationship Id="rId12" Type="http://schemas.openxmlformats.org/officeDocument/2006/relationships/hyperlink" Target="https://defensescoop.com/2024/11/04/scale-ai-unveils-defense-llama-large-language-model-llm-national-security-users/" TargetMode="External"/><Relationship Id="rId13" Type="http://schemas.openxmlformats.org/officeDocument/2006/relationships/hyperlink" Target="https://www.lockheedmartin.com/en-us/news/features/2024/Lockheed-Martin-Meta-Collaborate-on-Large-Language-Models-for-National-Security-Applications.html" TargetMode="External"/><Relationship Id="rId14" Type="http://schemas.openxmlformats.org/officeDocument/2006/relationships/hyperlink" Target="https://www.thehindu.com/sci-tech/technology/meta-opens-llama-ai-models-to-us-defence-agencies-expanding-military-applications/article68831299.ece" TargetMode="External"/><Relationship Id="rId15" Type="http://schemas.openxmlformats.org/officeDocument/2006/relationships/hyperlink" Target="https://www.benzinga.com/markets/equities/24/11/41735903/meta-amazon-microsoft-partner-on-defense-ai-initiati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