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introduces AI tool to enhance safety for young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company behind popular social media platforms such as Facebook and Instagram, is making strides to enhance the safety of young users on its platforms. In response to growing concerns about the exposure of children to potentially harmful content on the internet, the company is introducing an artificial intelligence (AI) tool designed to identify users who may have provided false information regarding their age.</w:t>
      </w:r>
      <w:r/>
    </w:p>
    <w:p>
      <w:r/>
      <w:r>
        <w:t>This new AI tool, referred to as the "adult classifier," aims to bolster Meta's existing safety protocols by automatically detecting accounts that belong to users who may be underage. The AI system examines various elements of user profiles, including follower lists and interaction patterns, and identifies age-related content, such as birthday posts, to determine if a user is falsely claiming to be older than they are.</w:t>
      </w:r>
      <w:r/>
    </w:p>
    <w:p>
      <w:r/>
      <w:r>
        <w:t>Once detected, the AI tool will categorise users into two distinct groups: those over 18 and those under 18. Users who are classified as underage, particularly those under 18, will be transitioned to a special Instagram teen account. These accounts are equipped with a range of security and content restrictions meant to safeguard younger users from the dangers of online interactions.</w:t>
      </w:r>
      <w:r/>
    </w:p>
    <w:p>
      <w:r/>
      <w:r>
        <w:t>Advantages for teenagers using these accounts include stricter privacy settings, limited interactions with unknown users, and restrictions on potentially harmful content. Moreover, this system allows teenagers aged 16 or 17 to have control over their own privacy settings. However, for users deemed to be under 16, any changes to these settings will require the involvement of a parent or guardian.</w:t>
      </w:r>
      <w:r/>
    </w:p>
    <w:p>
      <w:r/>
      <w:r>
        <w:t>Despite the potential benefits of this innovative AI tool, Meta has not disclosed the precision of the system in correctly identifying users' ages. The company has, however, made provision for users to appeal against any automatic age categorisation if they believe it to be inaccurate. They can authenticate their age by uploading government-issued identification or via a video selfie through Yoti, a third-party age-verification platform. It is worth noting that Meta previously allowed users to have their ages verified by friends but has since removed this method.</w:t>
      </w:r>
      <w:r/>
    </w:p>
    <w:p>
      <w:r/>
      <w:r>
        <w:t>The implementation of the "adult classifier" comes amidst legal challenges facing Meta. The company is currently embroiled in a lawsuit initiated by 33 state attorneys general in the United States. The lawsuit accuses Meta of utilising design features aimed at engaging minors that could negatively impact their mental and physical well-being. Meta's attempt to have this case dismissed was unsuccessful, indicating a continued scrutiny of its practices concerning minors.</w:t>
      </w:r>
      <w:r/>
    </w:p>
    <w:p>
      <w:r/>
      <w:r>
        <w:t>Meta's new AI-driven initiative marks a significant step in its ongoing efforts to enhance online safety for younger users, addressing both parental concerns and regulatory pressures. This development underscores the increasing importance of technology in managing online safety as social media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https://9meters.com/technology/ai/meta-introduces-ai-tool-to-identify-age-misrepresentation-by-teens-on-instagram</w:t>
        </w:r>
      </w:hyperlink>
      <w:r>
        <w:t xml:space="preserve"> - This article explains the introduction of Meta's AI tool to detect age misrepresentation on Instagram, including how the AI works and the age verification methods.</w:t>
      </w:r>
      <w:r/>
    </w:p>
    <w:p>
      <w:pPr>
        <w:pStyle w:val="ListNumber"/>
        <w:spacing w:line="240" w:lineRule="auto"/>
        <w:ind w:left="720"/>
      </w:pPr>
      <w:r/>
      <w:hyperlink r:id="rId10">
        <w:r>
          <w:rPr>
            <w:color w:val="0000EE"/>
            <w:u w:val="single"/>
          </w:rPr>
          <w:t>https://9meters.com/technology/ai/meta-introduces-ai-tool-to-identify-age-misrepresentation-by-teens-on-instagram</w:t>
        </w:r>
      </w:hyperlink>
      <w:r>
        <w:t xml:space="preserve"> - It details the AI's analysis of various signals such as birthday posts and user feedback to determine age accuracy.</w:t>
      </w:r>
      <w:r/>
    </w:p>
    <w:p>
      <w:pPr>
        <w:pStyle w:val="ListNumber"/>
        <w:spacing w:line="240" w:lineRule="auto"/>
        <w:ind w:left="720"/>
      </w:pPr>
      <w:r/>
      <w:hyperlink r:id="rId11">
        <w:r>
          <w:rPr>
            <w:color w:val="0000EE"/>
            <w:u w:val="single"/>
          </w:rPr>
          <w:t>https://news.bloomberglaw.com/legal-ops-and-tech/instagram-plans-to-use-ai-to-catch-teens-lying-about-age</w:t>
        </w:r>
      </w:hyperlink>
      <w:r>
        <w:t xml:space="preserve"> - This article discusses the 'adult classifier' tool that categorizes users into two age brackets — older or younger than 18 — based on their account data.</w:t>
      </w:r>
      <w:r/>
    </w:p>
    <w:p>
      <w:pPr>
        <w:pStyle w:val="ListNumber"/>
        <w:spacing w:line="240" w:lineRule="auto"/>
        <w:ind w:left="720"/>
      </w:pPr>
      <w:r/>
      <w:hyperlink r:id="rId12">
        <w:r>
          <w:rPr>
            <w:color w:val="0000EE"/>
            <w:u w:val="single"/>
          </w:rPr>
          <w:t>https://www.androidheadlines.com/2024/11/metas-ai-adult-classifier-will-detect-age-falsification-attempts.html</w:t>
        </w:r>
      </w:hyperlink>
      <w:r>
        <w:t xml:space="preserve"> - It explains how the AI tool analyzes multiple parameters, including accounts followed and content interacted with, to detect age falsification.</w:t>
      </w:r>
      <w:r/>
    </w:p>
    <w:p>
      <w:pPr>
        <w:pStyle w:val="ListNumber"/>
        <w:spacing w:line="240" w:lineRule="auto"/>
        <w:ind w:left="720"/>
      </w:pPr>
      <w:r/>
      <w:hyperlink r:id="rId12">
        <w:r>
          <w:rPr>
            <w:color w:val="0000EE"/>
            <w:u w:val="single"/>
          </w:rPr>
          <w:t>https://www.androidheadlines.com/2024/11/metas-ai-adult-classifier-will-detect-age-falsification-attempts.html</w:t>
        </w:r>
      </w:hyperlink>
      <w:r>
        <w:t xml:space="preserve"> - The article also mentions the automatic labeling of accounts suspected of belonging to minors and the restrictions applied to these accounts.</w:t>
      </w:r>
      <w:r/>
    </w:p>
    <w:p>
      <w:pPr>
        <w:pStyle w:val="ListNumber"/>
        <w:spacing w:line="240" w:lineRule="auto"/>
        <w:ind w:left="720"/>
      </w:pPr>
      <w:r/>
      <w:hyperlink r:id="rId10">
        <w:r>
          <w:rPr>
            <w:color w:val="0000EE"/>
            <w:u w:val="single"/>
          </w:rPr>
          <w:t>https://9meters.com/technology/ai/meta-introduces-ai-tool-to-identify-age-misrepresentation-by-teens-on-instagram</w:t>
        </w:r>
      </w:hyperlink>
      <w:r>
        <w:t xml:space="preserve"> - It describes the transition of detected underage users to special Instagram teen accounts with stricter privacy settings and content restrictions.</w:t>
      </w:r>
      <w:r/>
    </w:p>
    <w:p>
      <w:pPr>
        <w:pStyle w:val="ListNumber"/>
        <w:spacing w:line="240" w:lineRule="auto"/>
        <w:ind w:left="720"/>
      </w:pPr>
      <w:r/>
      <w:hyperlink r:id="rId12">
        <w:r>
          <w:rPr>
            <w:color w:val="0000EE"/>
            <w:u w:val="single"/>
          </w:rPr>
          <w:t>https://www.androidheadlines.com/2024/11/metas-ai-adult-classifier-will-detect-age-falsification-attempts.html</w:t>
        </w:r>
      </w:hyperlink>
      <w:r>
        <w:t xml:space="preserve"> - The article explains that users aged 16 or 17 have control over their privacy settings, while those under 16 require parental oversight for changes.</w:t>
      </w:r>
      <w:r/>
    </w:p>
    <w:p>
      <w:pPr>
        <w:pStyle w:val="ListNumber"/>
        <w:spacing w:line="240" w:lineRule="auto"/>
        <w:ind w:left="720"/>
      </w:pPr>
      <w:r/>
      <w:hyperlink r:id="rId10">
        <w:r>
          <w:rPr>
            <w:color w:val="0000EE"/>
            <w:u w:val="single"/>
          </w:rPr>
          <w:t>https://9meters.com/technology/ai/meta-introduces-ai-tool-to-identify-age-misrepresentation-by-teens-on-instagram</w:t>
        </w:r>
      </w:hyperlink>
      <w:r>
        <w:t xml:space="preserve"> - It mentions the provision for users to appeal against automatic age categorization and the methods for age verification, including government-issued IDs and video selfies through Yoti.</w:t>
      </w:r>
      <w:r/>
    </w:p>
    <w:p>
      <w:pPr>
        <w:pStyle w:val="ListNumber"/>
        <w:spacing w:line="240" w:lineRule="auto"/>
        <w:ind w:left="720"/>
      </w:pPr>
      <w:r/>
      <w:hyperlink r:id="rId11">
        <w:r>
          <w:rPr>
            <w:color w:val="0000EE"/>
            <w:u w:val="single"/>
          </w:rPr>
          <w:t>https://news.bloomberglaw.com/legal-ops-and-tech/instagram-plans-to-use-ai-to-catch-teens-lying-about-age</w:t>
        </w:r>
      </w:hyperlink>
      <w:r>
        <w:t xml:space="preserve"> - The article touches on the legal challenges facing Meta, including a lawsuit by 33 state attorneys general regarding the company's practices concerning minors.</w:t>
      </w:r>
      <w:r/>
    </w:p>
    <w:p>
      <w:pPr>
        <w:pStyle w:val="ListNumber"/>
        <w:spacing w:line="240" w:lineRule="auto"/>
        <w:ind w:left="720"/>
      </w:pPr>
      <w:r/>
      <w:hyperlink r:id="rId12">
        <w:r>
          <w:rPr>
            <w:color w:val="0000EE"/>
            <w:u w:val="single"/>
          </w:rPr>
          <w:t>https://www.androidheadlines.com/2024/11/metas-ai-adult-classifier-will-detect-age-falsification-attempts.html</w:t>
        </w:r>
      </w:hyperlink>
      <w:r>
        <w:t xml:space="preserve"> - It highlights Meta's ongoing efforts to enhance online safety for younger users in response to parental concerns and regulatory pressures.</w:t>
      </w:r>
      <w:r/>
    </w:p>
    <w:p>
      <w:pPr>
        <w:pStyle w:val="ListNumber"/>
        <w:spacing w:line="240" w:lineRule="auto"/>
        <w:ind w:left="720"/>
      </w:pPr>
      <w:r/>
      <w:hyperlink r:id="rId13">
        <w:r>
          <w:rPr>
            <w:color w:val="0000EE"/>
            <w:u w:val="single"/>
          </w:rPr>
          <w:t>https://www.medianama.com/2024/11/223-instagram-to-use-ai-to-detect-underage-users/</w:t>
        </w:r>
      </w:hyperlink>
      <w:r>
        <w:t xml:space="preserve"> - This article provides additional context on Instagram's use of AI to detect underage users and the importance of technology in managing online safety.</w:t>
      </w:r>
      <w:r/>
    </w:p>
    <w:p>
      <w:pPr>
        <w:pStyle w:val="ListNumber"/>
        <w:spacing w:line="240" w:lineRule="auto"/>
        <w:ind w:left="720"/>
      </w:pPr>
      <w:r/>
      <w:hyperlink r:id="rId14">
        <w:r>
          <w:rPr>
            <w:color w:val="0000EE"/>
            <w:u w:val="single"/>
          </w:rPr>
          <w:t>https://uk.pcmag.com/ai/155174/meta-to-use-ai-to-find-kids-lying-about-their-ages-on-instagram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meters.com/technology/ai/meta-introduces-ai-tool-to-identify-age-misrepresentation-by-teens-on-instagram" TargetMode="External"/><Relationship Id="rId11" Type="http://schemas.openxmlformats.org/officeDocument/2006/relationships/hyperlink" Target="https://news.bloomberglaw.com/legal-ops-and-tech/instagram-plans-to-use-ai-to-catch-teens-lying-about-age" TargetMode="External"/><Relationship Id="rId12" Type="http://schemas.openxmlformats.org/officeDocument/2006/relationships/hyperlink" Target="https://www.androidheadlines.com/2024/11/metas-ai-adult-classifier-will-detect-age-falsification-attempts.html" TargetMode="External"/><Relationship Id="rId13" Type="http://schemas.openxmlformats.org/officeDocument/2006/relationships/hyperlink" Target="https://www.medianama.com/2024/11/223-instagram-to-use-ai-to-detect-underage-users/" TargetMode="External"/><Relationship Id="rId14" Type="http://schemas.openxmlformats.org/officeDocument/2006/relationships/hyperlink" Target="https://uk.pcmag.com/ai/155174/meta-to-use-ai-to-find-kids-lying-about-their-ages-on-instagr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