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nuclear-powered AI data centre plan hindered by rare bee discovery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Platforms, Inc., widely known for its leading social media and technology services, has encountered an unexpected obstacle in its endeavour to establish a nuclear-powered artificial intelligence (AI) data centre in the United States. The project has been disrupted by the discovery of a rare bee species on the proposed development site, raising concerns around environmental stewardship and regulatory compliance.</w:t>
      </w:r>
      <w:r/>
    </w:p>
    <w:p>
      <w:r/>
      <w:r>
        <w:t>Chief Executive Officer Mark Zuckerberg had spearheaded the ambitious plan, intending to partner with an existing nuclear power plant operator to ensure a supply of emissions-free electricity. This move was in line with the broader tech industry's push towards sustainable energy solutions amid the burgeoning demand for electricity due to the rapid expansion of AI technologies.</w:t>
      </w:r>
      <w:r/>
    </w:p>
    <w:p>
      <w:r/>
      <w:r>
        <w:t>The project, however, faced multiple challenges from the outset. Environmental and regulatory issues emerged as significant obstacles, as reported by the Financial Times. Citing sources close to the developments, it was revealed that the presence of the rare bee species posed additional complications, potentially impacting the timeline and scope of the project. The revelation was made during a recent company-wide meeting led by Zuckerberg.</w:t>
      </w:r>
      <w:r/>
    </w:p>
    <w:p>
      <w:r/>
      <w:r>
        <w:t>Despite these setbacks, Meta remains committed to exploring carbon-free energy alternatives. The company continues to investigate the feasibility of nuclear energy, alongside other renewable energy sources, to meet its sustainability goals.</w:t>
      </w:r>
      <w:r/>
    </w:p>
    <w:p>
      <w:r/>
      <w:r>
        <w:t>This development underscores the tech industry's increasing reliance on nuclear power as it seeks to meet the energy needs of its expansive data centres. Major industry players, including Amazon, Alphabet’s Google, and Microsoft, have already forged partnerships with nuclear power plant operators. In a recent series of moves, Microsoft announced the reactivation of a dormant nuclear facility at Three Mile Island in Pennsylvania, while Amazon committed $650 million towards establishing a data centre adjacent to the Susquehanna Steam Electric nuclear plant, also in Pennsylvania. In a similar vein, Google has declared its plans to purchase power from Kairos Power, a developer of small modular reactors.</w:t>
      </w:r>
      <w:r/>
    </w:p>
    <w:p>
      <w:r/>
      <w:r>
        <w:t>At this stage, Meta has not provided official comments on the situation. The potential ecological impact of the rare bee species and the path forward for the company's energy procurement strategy remain focal points of interest for both environmentalists and industry observers. As the tech giant deliberates on its next steps, the outcome of these deliberations may significantly influence the trajectory of energy sourcing within the tech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https://www.firstpost.com/tech/how-bees-thwarted-metas-plan-for-a-nuclear-powered-ai-data-centre-13832087.html</w:t>
        </w:r>
      </w:hyperlink>
      <w:r>
        <w:t xml:space="preserve"> - Corroborates the discovery of a rare bee species disrupting Meta's plan for a nuclear-powered AI data centre.</w:t>
      </w:r>
      <w:r/>
    </w:p>
    <w:p>
      <w:pPr>
        <w:pStyle w:val="ListNumber"/>
        <w:spacing w:line="240" w:lineRule="auto"/>
        <w:ind w:left="720"/>
      </w:pPr>
      <w:r/>
      <w:hyperlink r:id="rId11">
        <w:r>
          <w:rPr>
            <w:color w:val="0000EE"/>
            <w:u w:val="single"/>
          </w:rPr>
          <w:t>https://tech.slashdot.org/story/24/11/04/1356218/metas-plan-for-nuclear-powered-ai-data-centre-thwarted-by-rare-bees</w:t>
        </w:r>
      </w:hyperlink>
      <w:r>
        <w:t xml:space="preserve"> - Details the complications faced by Meta's project, including the discovery of a rare bee species and environmental/regulatory challenges.</w:t>
      </w:r>
      <w:r/>
    </w:p>
    <w:p>
      <w:pPr>
        <w:pStyle w:val="ListNumber"/>
        <w:spacing w:line="240" w:lineRule="auto"/>
        <w:ind w:left="720"/>
      </w:pPr>
      <w:r/>
      <w:hyperlink r:id="rId12">
        <w:r>
          <w:rPr>
            <w:color w:val="0000EE"/>
            <w:u w:val="single"/>
          </w:rPr>
          <w:t>https://www.cityam.com/nimbees-rare-bees-foil-metas-position-in-data-centre-arms-race/</w:t>
        </w:r>
      </w:hyperlink>
      <w:r>
        <w:t xml:space="preserve"> - Explains how the rare bee species affected Meta's plans and the broader context of the data centre arms race.</w:t>
      </w:r>
      <w:r/>
    </w:p>
    <w:p>
      <w:pPr>
        <w:pStyle w:val="ListNumber"/>
        <w:spacing w:line="240" w:lineRule="auto"/>
        <w:ind w:left="720"/>
      </w:pPr>
      <w:r/>
      <w:hyperlink r:id="rId13">
        <w:r>
          <w:rPr>
            <w:color w:val="0000EE"/>
            <w:u w:val="single"/>
          </w:rPr>
          <w:t>https://www.datacenterdynamics.com/en/news/meta-nuclear-powered-ai-data-center-scuppered-by-discovery-of-rare-bee-species/</w:t>
        </w:r>
      </w:hyperlink>
      <w:r>
        <w:t xml:space="preserve"> - Provides information on the rare bee species and its impact on Meta's nuclear-powered AI data centre project.</w:t>
      </w:r>
      <w:r/>
    </w:p>
    <w:p>
      <w:pPr>
        <w:pStyle w:val="ListNumber"/>
        <w:spacing w:line="240" w:lineRule="auto"/>
        <w:ind w:left="720"/>
      </w:pPr>
      <w:r/>
      <w:hyperlink r:id="rId14">
        <w:r>
          <w:rPr>
            <w:color w:val="0000EE"/>
            <w:u w:val="single"/>
          </w:rPr>
          <w:t>https://timesofindia.indiatimes.com/technology/tech-news/how-a-rare-bee-species-became-a-sting-in-facebook-parent-metas-nuclear-powered-ai-data-centre-plan/articleshow/114952256.cms</w:t>
        </w:r>
      </w:hyperlink>
      <w:r>
        <w:t xml:space="preserve"> - Details Mark Zuckerberg's plan to use nuclear power and the complications posed by the rare bee species.</w:t>
      </w:r>
      <w:r/>
    </w:p>
    <w:p>
      <w:pPr>
        <w:pStyle w:val="ListNumber"/>
        <w:spacing w:line="240" w:lineRule="auto"/>
        <w:ind w:left="720"/>
      </w:pPr>
      <w:r/>
      <w:hyperlink r:id="rId11">
        <w:r>
          <w:rPr>
            <w:color w:val="0000EE"/>
            <w:u w:val="single"/>
          </w:rPr>
          <w:t>https://tech.slashdot.org/story/24/11/04/1356218/metas-plan-for-nuclear-powered-ai-data-centre-thwarted-by-rare-bees</w:t>
        </w:r>
      </w:hyperlink>
      <w:r>
        <w:t xml:space="preserve"> - Mentions Mark Zuckerberg's intention to partner with an existing nuclear power plant operator for emissions-free electricity.</w:t>
      </w:r>
      <w:r/>
    </w:p>
    <w:p>
      <w:pPr>
        <w:pStyle w:val="ListNumber"/>
        <w:spacing w:line="240" w:lineRule="auto"/>
        <w:ind w:left="720"/>
      </w:pPr>
      <w:r/>
      <w:hyperlink r:id="rId12">
        <w:r>
          <w:rPr>
            <w:color w:val="0000EE"/>
            <w:u w:val="single"/>
          </w:rPr>
          <w:t>https://www.cityam.com/nimbees-rare-bees-foil-metas-position-in-data-centre-arms-race/</w:t>
        </w:r>
      </w:hyperlink>
      <w:r>
        <w:t xml:space="preserve"> - Highlights the broader tech industry's push towards sustainable energy solutions, including nuclear power.</w:t>
      </w:r>
      <w:r/>
    </w:p>
    <w:p>
      <w:pPr>
        <w:pStyle w:val="ListNumber"/>
        <w:spacing w:line="240" w:lineRule="auto"/>
        <w:ind w:left="720"/>
      </w:pPr>
      <w:r/>
      <w:hyperlink r:id="rId13">
        <w:r>
          <w:rPr>
            <w:color w:val="0000EE"/>
            <w:u w:val="single"/>
          </w:rPr>
          <w:t>https://www.datacenterdynamics.com/en/news/meta-nuclear-powered-ai-data-center-scuppered-by-discovery-of-rare-bee-species/</w:t>
        </w:r>
      </w:hyperlink>
      <w:r>
        <w:t xml:space="preserve"> - Discusses the environmental and regulatory issues that emerged as obstacles for the project.</w:t>
      </w:r>
      <w:r/>
    </w:p>
    <w:p>
      <w:pPr>
        <w:pStyle w:val="ListNumber"/>
        <w:spacing w:line="240" w:lineRule="auto"/>
        <w:ind w:left="720"/>
      </w:pPr>
      <w:r/>
      <w:hyperlink r:id="rId14">
        <w:r>
          <w:rPr>
            <w:color w:val="0000EE"/>
            <w:u w:val="single"/>
          </w:rPr>
          <w:t>https://timesofindia.indiatimes.com/technology/tech-news/how-a-rare-bee-species-became-a-sting-in-facebook-parent-metas-nuclear-powered-ai-data-centre-plan/articleshow/114952256.cms</w:t>
        </w:r>
      </w:hyperlink>
      <w:r>
        <w:t xml:space="preserve"> - Details Meta's commitment to exploring carbon-free energy alternatives despite the setbacks.</w:t>
      </w:r>
      <w:r/>
    </w:p>
    <w:p>
      <w:pPr>
        <w:pStyle w:val="ListNumber"/>
        <w:spacing w:line="240" w:lineRule="auto"/>
        <w:ind w:left="720"/>
      </w:pPr>
      <w:r/>
      <w:hyperlink r:id="rId12">
        <w:r>
          <w:rPr>
            <w:color w:val="0000EE"/>
            <w:u w:val="single"/>
          </w:rPr>
          <w:t>https://www.cityam.com/nimbees-rare-bees-foil-metas-position-in-data-centre-arms-race/</w:t>
        </w:r>
      </w:hyperlink>
      <w:r>
        <w:t xml:space="preserve"> - Mentions other tech companies' partnerships with nuclear power plant operators, such as Microsoft, Amazon, and Google.</w:t>
      </w:r>
      <w:r/>
    </w:p>
    <w:p>
      <w:pPr>
        <w:pStyle w:val="ListNumber"/>
        <w:spacing w:line="240" w:lineRule="auto"/>
        <w:ind w:left="720"/>
      </w:pPr>
      <w:r/>
      <w:hyperlink r:id="rId14">
        <w:r>
          <w:rPr>
            <w:color w:val="0000EE"/>
            <w:u w:val="single"/>
          </w:rPr>
          <w:t>https://timesofindia.indiatimes.com/technology/tech-news/how-a-rare-bee-species-became-a-sting-in-facebook-parent-metas-nuclear-powered-ai-data-centre-plan/articleshow/114952256.cms</w:t>
        </w:r>
      </w:hyperlink>
      <w:r>
        <w:t xml:space="preserve"> - Provides examples of recent moves by Microsoft, Amazon, and Google in securing nuclear power for their data centres.</w:t>
      </w:r>
      <w:r/>
    </w:p>
    <w:p>
      <w:pPr>
        <w:pStyle w:val="ListNumber"/>
        <w:spacing w:line="240" w:lineRule="auto"/>
        <w:ind w:left="720"/>
      </w:pPr>
      <w:r/>
      <w:hyperlink r:id="rId15">
        <w:r>
          <w:rPr>
            <w:color w:val="0000EE"/>
            <w:u w:val="single"/>
          </w:rPr>
          <w:t>https://www.benzinga.com/news/24/11/41734318/mark-zuckerbergs-nuclear-powered-ai-ambitions-at-meta-stung-by-rare-bees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rstpost.com/tech/how-bees-thwarted-metas-plan-for-a-nuclear-powered-ai-data-centre-13832087.html" TargetMode="External"/><Relationship Id="rId11" Type="http://schemas.openxmlformats.org/officeDocument/2006/relationships/hyperlink" Target="https://tech.slashdot.org/story/24/11/04/1356218/metas-plan-for-nuclear-powered-ai-data-centre-thwarted-by-rare-bees" TargetMode="External"/><Relationship Id="rId12" Type="http://schemas.openxmlformats.org/officeDocument/2006/relationships/hyperlink" Target="https://www.cityam.com/nimbees-rare-bees-foil-metas-position-in-data-centre-arms-race/" TargetMode="External"/><Relationship Id="rId13" Type="http://schemas.openxmlformats.org/officeDocument/2006/relationships/hyperlink" Target="https://www.datacenterdynamics.com/en/news/meta-nuclear-powered-ai-data-center-scuppered-by-discovery-of-rare-bee-species/" TargetMode="External"/><Relationship Id="rId14" Type="http://schemas.openxmlformats.org/officeDocument/2006/relationships/hyperlink" Target="https://timesofindia.indiatimes.com/technology/tech-news/how-a-rare-bee-species-became-a-sting-in-facebook-parent-metas-nuclear-powered-ai-data-centre-plan/articleshow/114952256.cms" TargetMode="External"/><Relationship Id="rId15" Type="http://schemas.openxmlformats.org/officeDocument/2006/relationships/hyperlink" Target="https://www.benzinga.com/news/24/11/41734318/mark-zuckerbergs-nuclear-powered-ai-ambitions-at-meta-stung-by-rare-be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