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begins testing AI-powered chatbot for Xbox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in the gaming support arena, Microsoft has begun testing an AI-powered chatbot designed specifically for Xbox users. This new tool, named the "Xbox Support Virtual Agent," aims to streamline and enhance the support experience for gamers facing issues with their Xbox consoles and games.</w:t>
      </w:r>
      <w:r/>
    </w:p>
    <w:p>
      <w:r/>
      <w:r>
        <w:t xml:space="preserve">As of now, members of the Xbox Insiders programme in the United States have the exclusive opportunity to trial this cutting-edge support system. These users can access the chatbot via support.xbox.com, where it is tasked with addressing queries related to both the Xbox console and game support. </w:t>
      </w:r>
      <w:r/>
    </w:p>
    <w:p>
      <w:r/>
      <w:r>
        <w:t>Megha Dudani, the Senior Product Manager Lead at Xbox, has emphasised the importance of feedback from these early users, as it will play a crucial role in refining and improving the functionality of the Support Virtual Agent. Dudani stated, "We value the feedback from Xbox Insiders for this preview experience and any feedback received will be used to improve the Support Virtual Agent."</w:t>
      </w:r>
      <w:r/>
    </w:p>
    <w:p>
      <w:r/>
      <w:r>
        <w:t>The chatbot is designed to offer a dynamic and engaging support experience. It can manifest either as an animated AI character or a vibrant Xbox-themed orb, making the interaction visually appealing. This development is part of a broader initiative by Microsoft to integrate AI capabilities across its Xbox platform and services. This strategic move is likely in preparation for the introduction of more AI-powered features that are set to enhance Xbox consoles in the near future.</w:t>
      </w:r>
      <w:r/>
    </w:p>
    <w:p>
      <w:r/>
      <w:r>
        <w:t>Despite an overarching directive from CEO Satya Nadella to incorporate AI across Microsoft's various business segments, Xbox has traditionally exercised caution in implementing AI features. Up to now, Microsoft has primarily concentrated its AI efforts on tools for developers. The introduction of the Xbox Support Virtual Agent marks a shift in this strategy, indicating a more consumer-facing application of AI within the Xbox ecosystem.</w:t>
      </w:r>
      <w:r/>
    </w:p>
    <w:p>
      <w:r/>
      <w:r>
        <w:t>This test phase represents a significant step for Microsoft in harnessing AI technology to improve customer support, while also providing a glimpse into the company’s broader AI ambitions within the gaming sector. As feedback rolls in from Xbox Insiders, further developments and refinements of this chatbot are expected, ultimately shaping the future of support for Xbox users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https://support.xbox.com/en-US/</w:t>
        </w:r>
      </w:hyperlink>
      <w:r>
        <w:t xml:space="preserve"> - This link provides access to the Xbox Support website, where the Xbox Support Virtual Agent can be accessed by Xbox Insiders.</w:t>
      </w:r>
      <w:r/>
    </w:p>
    <w:p>
      <w:pPr>
        <w:pStyle w:val="ListNumber"/>
        <w:spacing w:line="240" w:lineRule="auto"/>
        <w:ind w:left="720"/>
      </w:pPr>
      <w:r/>
      <w:hyperlink r:id="rId11">
        <w:r>
          <w:rPr>
            <w:color w:val="0000EE"/>
            <w:u w:val="single"/>
          </w:rPr>
          <w:t>https://answers.microsoft.com/en-us/xbox/forum/all/how-do-i-talk-to-an-agent-with-xbox-live-support/70e0fa16-e0b2-44ee-92c4-95916f63fa81</w:t>
        </w:r>
      </w:hyperlink>
      <w:r>
        <w:t xml:space="preserve"> - This link explains how users can interact with support agents, which is relevant to the context of the new AI-powered chatbot for support.</w:t>
      </w:r>
      <w:r/>
    </w:p>
    <w:p>
      <w:pPr>
        <w:pStyle w:val="ListNumber"/>
        <w:spacing w:line="240" w:lineRule="auto"/>
        <w:ind w:left="720"/>
      </w:pPr>
      <w:r/>
      <w:hyperlink r:id="rId12">
        <w:r>
          <w:rPr>
            <w:color w:val="0000EE"/>
            <w:u w:val="single"/>
          </w:rPr>
          <w:t>https://support.xbox.com/help/hardware-network/browse</w:t>
        </w:r>
      </w:hyperlink>
      <w:r>
        <w:t xml:space="preserve"> - This link provides information on Xbox consoles and system requirements, which is part of the support scope that the new AI chatbot will address.</w:t>
      </w:r>
      <w:r/>
    </w:p>
    <w:p>
      <w:pPr>
        <w:pStyle w:val="ListNumber"/>
        <w:spacing w:line="240" w:lineRule="auto"/>
        <w:ind w:left="720"/>
      </w:pPr>
      <w:r/>
      <w:hyperlink r:id="rId13">
        <w:r>
          <w:rPr>
            <w:color w:val="0000EE"/>
            <w:u w:val="single"/>
          </w:rPr>
          <w:t>https://www.isitdownrightnow.com/support.xbox.com.html</w:t>
        </w:r>
      </w:hyperlink>
      <w:r>
        <w:t xml:space="preserve"> - This link helps users check if the Xbox Support website is down, which could affect access to the new AI-powered chatbot.</w:t>
      </w:r>
      <w:r/>
    </w:p>
    <w:p>
      <w:pPr>
        <w:pStyle w:val="ListNumber"/>
        <w:spacing w:line="240" w:lineRule="auto"/>
        <w:ind w:left="720"/>
      </w:pPr>
      <w:r/>
      <w:hyperlink r:id="rId14">
        <w:r>
          <w:rPr>
            <w:color w:val="0000EE"/>
            <w:u w:val="single"/>
          </w:rPr>
          <w:t>https://answers.microsoft.com/en-us/xbox/forum/all/cannot-connect-to-supportxboxcom/ff91eb88-c1eb-4b3b-b082-3e3f9de7742e</w:t>
        </w:r>
      </w:hyperlink>
      <w:r>
        <w:t xml:space="preserve"> - This link discusses common issues users face when trying to access the Xbox Support website, which is relevant to ensuring the AI chatbot is accessible.</w:t>
      </w:r>
      <w:r/>
    </w:p>
    <w:p>
      <w:pPr>
        <w:pStyle w:val="ListNumber"/>
        <w:spacing w:line="240" w:lineRule="auto"/>
        <w:ind w:left="720"/>
      </w:pPr>
      <w:r/>
      <w:hyperlink r:id="rId10">
        <w:r>
          <w:rPr>
            <w:color w:val="0000EE"/>
            <w:u w:val="single"/>
          </w:rPr>
          <w:t>https://support.xbox.com/en-US/</w:t>
        </w:r>
      </w:hyperlink>
      <w:r>
        <w:t xml:space="preserve"> - This link is the main portal for Xbox Support, where users can find various support resources, including the new AI-powered chatbot.</w:t>
      </w:r>
      <w:r/>
    </w:p>
    <w:p>
      <w:pPr>
        <w:pStyle w:val="ListNumber"/>
        <w:spacing w:line="240" w:lineRule="auto"/>
        <w:ind w:left="720"/>
      </w:pPr>
      <w:r/>
      <w:hyperlink r:id="rId9">
        <w:r>
          <w:rPr>
            <w:color w:val="0000EE"/>
            <w:u w:val="single"/>
          </w:rPr>
          <w:t>https://www.noahwire.com</w:t>
        </w:r>
      </w:hyperlink>
      <w:r>
        <w:t xml:space="preserve"> - This is the source of the original article discussing the introduction of the Xbox Support Virtual Agent and Microsoft's AI initiatives.</w:t>
      </w:r>
      <w:r/>
    </w:p>
    <w:p>
      <w:pPr>
        <w:pStyle w:val="ListNumber"/>
        <w:spacing w:line="240" w:lineRule="auto"/>
        <w:ind w:left="720"/>
      </w:pPr>
      <w:r/>
      <w:hyperlink r:id="rId12">
        <w:r>
          <w:rPr>
            <w:color w:val="0000EE"/>
            <w:u w:val="single"/>
          </w:rPr>
          <w:t>https://support.xbox.com/help/hardware-network/browse</w:t>
        </w:r>
      </w:hyperlink>
      <w:r>
        <w:t xml:space="preserve"> - This link provides detailed information on hardware and networking issues that the AI chatbot will help address.</w:t>
      </w:r>
      <w:r/>
    </w:p>
    <w:p>
      <w:pPr>
        <w:pStyle w:val="ListNumber"/>
        <w:spacing w:line="240" w:lineRule="auto"/>
        <w:ind w:left="720"/>
      </w:pPr>
      <w:r/>
      <w:hyperlink r:id="rId11">
        <w:r>
          <w:rPr>
            <w:color w:val="0000EE"/>
            <w:u w:val="single"/>
          </w:rPr>
          <w:t>https://answers.microsoft.com/en-us/xbox/forum/all/how-do-i-talk-to-an-agent-with-xbox-live-support/70e0fa16-e0b2-44ee-92c4-95916f63fa81</w:t>
        </w:r>
      </w:hyperlink>
      <w:r>
        <w:t xml:space="preserve"> - This link highlights the transition from traditional support methods to the new AI-powered chatbot for enhanced user experience.</w:t>
      </w:r>
      <w:r/>
    </w:p>
    <w:p>
      <w:pPr>
        <w:pStyle w:val="ListNumber"/>
        <w:spacing w:line="240" w:lineRule="auto"/>
        <w:ind w:left="720"/>
      </w:pPr>
      <w:r/>
      <w:hyperlink r:id="rId13">
        <w:r>
          <w:rPr>
            <w:color w:val="0000EE"/>
            <w:u w:val="single"/>
          </w:rPr>
          <w:t>https://www.isitdownrightnow.com/support.xbox.com.html</w:t>
        </w:r>
      </w:hyperlink>
      <w:r>
        <w:t xml:space="preserve"> - This link helps in monitoring the status of the Xbox Support website, ensuring that the AI chatbot is available and functioning.</w:t>
      </w:r>
      <w:r/>
    </w:p>
    <w:p>
      <w:pPr>
        <w:pStyle w:val="ListNumber"/>
        <w:spacing w:line="240" w:lineRule="auto"/>
        <w:ind w:left="720"/>
      </w:pPr>
      <w:r/>
      <w:hyperlink r:id="rId10">
        <w:r>
          <w:rPr>
            <w:color w:val="0000EE"/>
            <w:u w:val="single"/>
          </w:rPr>
          <w:t>https://support.xbox.com/en-US/</w:t>
        </w:r>
      </w:hyperlink>
      <w:r>
        <w:t xml:space="preserve"> - This link is crucial for accessing the support resources, including the AI chatbot, which is part of Microsoft's broader AI integration strategy.</w:t>
      </w:r>
      <w:r/>
    </w:p>
    <w:p>
      <w:pPr>
        <w:pStyle w:val="ListNumber"/>
        <w:spacing w:line="240" w:lineRule="auto"/>
        <w:ind w:left="720"/>
      </w:pPr>
      <w:r/>
      <w:hyperlink r:id="rId15">
        <w:r>
          <w:rPr>
            <w:color w:val="0000EE"/>
            <w:u w:val="single"/>
          </w:rPr>
          <w:t>https://www.theverge.com/2024/11/4/24288066/microsoft-xbox-chatbot-ai-support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upport.xbox.com/en-US/" TargetMode="External"/><Relationship Id="rId11" Type="http://schemas.openxmlformats.org/officeDocument/2006/relationships/hyperlink" Target="https://answers.microsoft.com/en-us/xbox/forum/all/how-do-i-talk-to-an-agent-with-xbox-live-support/70e0fa16-e0b2-44ee-92c4-95916f63fa81" TargetMode="External"/><Relationship Id="rId12" Type="http://schemas.openxmlformats.org/officeDocument/2006/relationships/hyperlink" Target="https://support.xbox.com/help/hardware-network/browse" TargetMode="External"/><Relationship Id="rId13" Type="http://schemas.openxmlformats.org/officeDocument/2006/relationships/hyperlink" Target="https://www.isitdownrightnow.com/support.xbox.com.html" TargetMode="External"/><Relationship Id="rId14" Type="http://schemas.openxmlformats.org/officeDocument/2006/relationships/hyperlink" Target="https://answers.microsoft.com/en-us/xbox/forum/all/cannot-connect-to-supportxboxcom/ff91eb88-c1eb-4b3b-b082-3e3f9de7742e" TargetMode="External"/><Relationship Id="rId15" Type="http://schemas.openxmlformats.org/officeDocument/2006/relationships/hyperlink" Target="https://www.theverge.com/2024/11/4/24288066/microsoft-xbox-chatbot-ai-sup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