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Mixed reviews for Amazon's AI shopping assistant Rufus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evaluations of Amazon's AI shopping assistant, known as Rufus, users have reported mixed experiences regarding the effectiveness of product recommendations. Rufus, which is designed to aid users in finding suitable products based on their queries, has been particularly scrutinised for its recommendations in the smartwatch and smartphone categories.</w:t>
      </w:r>
      <w:r/>
    </w:p>
    <w:p>
      <w:r/>
      <w:r>
        <w:t>During tests aimed at assessing Rufus’s ability to suggest smartwatches with extended battery life, users frequently encountered a recurring recommendation of the OnePlus Watch. Despite being a viable option, the assistant's suggestions often lacked specificity. Feedback from users indicated that Rufus sometimes failed to provide recommendations for the latest models, which could be more fitting for consumers seeking cutting-edge technology.</w:t>
      </w:r>
      <w:r/>
    </w:p>
    <w:p>
      <w:r/>
      <w:r>
        <w:t>Similarly, when tasked with locating an affordable foldable smartphone, Rufus frequently proposed the OnePlus Open. While this suggestion falls in line with criteria for affordability and innovation, users noted an occasional tendency of Rufus to suggest older smartphones. Models such as the Asus Zenfone 9 and the Realme 9 Pro+ were among those recommended despite not being the most current offerings on the market.</w:t>
      </w:r>
      <w:r/>
    </w:p>
    <w:p>
      <w:r/>
      <w:r>
        <w:t>This pattern of recommendation has led to a degree of dissatisfaction among users, many of whom have reported a preference for directly searching on Amazon’s website for better and more relevant product suggestions. The direct platform search seems to provide a more up-to-date and comprehensive list of options compared to the AI's selections.</w:t>
      </w:r>
      <w:r/>
    </w:p>
    <w:p>
      <w:r/>
      <w:r>
        <w:t>These findings have emerged as part of the ongoing efforts to improve artificial intelligence capabilities in online retail environments, highlighting the challenges that accompany the development and deployment of AI technologies for personalised shopping experiences. Amazon has yet to comment on potential updates or improvements to the Rufus system following these user feedback reports.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https://pacvue.com/blog/amazon-rufus-ai-what-the-new-amazon-ai-shopping-assistant-means-for-your-brand/</w:t>
        </w:r>
      </w:hyperlink>
      <w:r>
        <w:t xml:space="preserve"> - This article discusses the launch of Amazon's Rufus AI, its use of generative AI, and how it provides product recommendations, comparisons, and answers to various shopping-related questions. It also mentions mixed user feedback, including issues with personalization and relevance of recommendations.</w:t>
      </w:r>
      <w:r/>
    </w:p>
    <w:p>
      <w:pPr>
        <w:pStyle w:val="ListNumber"/>
        <w:spacing w:line="240" w:lineRule="auto"/>
        <w:ind w:left="720"/>
      </w:pPr>
      <w:r/>
      <w:hyperlink r:id="rId11">
        <w:r>
          <w:rPr>
            <w:color w:val="0000EE"/>
            <w:u w:val="single"/>
          </w:rPr>
          <w:t>https://www.aboutamazon.eu/news/retail/amazon-announces-the-launch-of-rufus-a-new-generative-ai-powered-conversational-shopping-assistant-in-beta-across-europe</w:t>
        </w:r>
      </w:hyperlink>
      <w:r>
        <w:t xml:space="preserve"> - This source details Rufus's capabilities, such as answering customer questions, making comparisons, and providing recommendations. It also mentions the beta launch in several European countries and the use of generative AI to improve shopping experiences.</w:t>
      </w:r>
      <w:r/>
    </w:p>
    <w:p>
      <w:pPr>
        <w:pStyle w:val="ListNumber"/>
        <w:spacing w:line="240" w:lineRule="auto"/>
        <w:ind w:left="720"/>
      </w:pPr>
      <w:r/>
      <w:hyperlink r:id="rId12">
        <w:r>
          <w:rPr>
            <w:color w:val="0000EE"/>
            <w:u w:val="single"/>
          </w:rPr>
          <w:t>https://searchengineland.com/amazon-rufus-live-444097</w:t>
        </w:r>
      </w:hyperlink>
      <w:r>
        <w:t xml:space="preserve"> - This article explains how Rufus works, including its training on Amazon's product catalog and web data, and its ability to provide personalized product recommendations and shopping insights. It also notes early tests showing mixed accuracy in recommendations.</w:t>
      </w:r>
      <w:r/>
    </w:p>
    <w:p>
      <w:pPr>
        <w:pStyle w:val="ListNumber"/>
        <w:spacing w:line="240" w:lineRule="auto"/>
        <w:ind w:left="720"/>
      </w:pPr>
      <w:r/>
      <w:hyperlink r:id="rId13">
        <w:r>
          <w:rPr>
            <w:color w:val="0000EE"/>
            <w:u w:val="single"/>
          </w:rPr>
          <w:t>https://www.locate2u.com/technology/how-amazon-rufus-ai-shopping-assistant-works/</w:t>
        </w:r>
      </w:hyperlink>
      <w:r>
        <w:t xml:space="preserve"> - This source provides an in-depth look at Rufus's functionality, including its ability to understand product details, compare options, and provide updates on trends. It also mentions customer feedback and the continuous learning process of the AI.</w:t>
      </w:r>
      <w:r/>
    </w:p>
    <w:p>
      <w:pPr>
        <w:pStyle w:val="ListNumber"/>
        <w:spacing w:line="240" w:lineRule="auto"/>
        <w:ind w:left="720"/>
      </w:pPr>
      <w:r/>
      <w:hyperlink r:id="rId10">
        <w:r>
          <w:rPr>
            <w:color w:val="0000EE"/>
            <w:u w:val="single"/>
          </w:rPr>
          <w:t>https://pacvue.com/blog/amazon-rufus-ai-what-the-new-amazon-ai-shopping-assistant-means-for-your-brand/</w:t>
        </w:r>
      </w:hyperlink>
      <w:r>
        <w:t xml:space="preserve"> - This article highlights the importance of content quality and Share of Voice (SOV) for brands to influence Rufus's recommendations, which can impact user satisfaction with the AI's suggestions.</w:t>
      </w:r>
      <w:r/>
    </w:p>
    <w:p>
      <w:pPr>
        <w:pStyle w:val="ListNumber"/>
        <w:spacing w:line="240" w:lineRule="auto"/>
        <w:ind w:left="720"/>
      </w:pPr>
      <w:r/>
      <w:hyperlink r:id="rId12">
        <w:r>
          <w:rPr>
            <w:color w:val="0000EE"/>
            <w:u w:val="single"/>
          </w:rPr>
          <w:t>https://searchengineland.com/amazon-rufus-live-444097</w:t>
        </w:r>
      </w:hyperlink>
      <w:r>
        <w:t xml:space="preserve"> - This source mentions that early tests of Rufus showed it doesn't always provide accurate information and its recommendations are limited to Amazon’s catalog, which aligns with user dissatisfaction reported in the evaluations.</w:t>
      </w:r>
      <w:r/>
    </w:p>
    <w:p>
      <w:pPr>
        <w:pStyle w:val="ListNumber"/>
        <w:spacing w:line="240" w:lineRule="auto"/>
        <w:ind w:left="720"/>
      </w:pPr>
      <w:r/>
      <w:hyperlink r:id="rId13">
        <w:r>
          <w:rPr>
            <w:color w:val="0000EE"/>
            <w:u w:val="single"/>
          </w:rPr>
          <w:t>https://www.locate2u.com/technology/how-amazon-rufus-ai-shopping-assistant-works/</w:t>
        </w:r>
      </w:hyperlink>
      <w:r>
        <w:t xml:space="preserve"> - This article explains how Rufus can answer a wide range of questions, including those not directly related to shopping, but may not always provide the most current or relevant product suggestions, leading to user dissatisfaction.</w:t>
      </w:r>
      <w:r/>
    </w:p>
    <w:p>
      <w:pPr>
        <w:pStyle w:val="ListNumber"/>
        <w:spacing w:line="240" w:lineRule="auto"/>
        <w:ind w:left="720"/>
      </w:pPr>
      <w:r/>
      <w:hyperlink r:id="rId10">
        <w:r>
          <w:rPr>
            <w:color w:val="0000EE"/>
            <w:u w:val="single"/>
          </w:rPr>
          <w:t>https://pacvue.com/blog/amazon-rufus-ai-what-the-new-amazon-ai-shopping-assistant-means-for-your-brand/</w:t>
        </w:r>
      </w:hyperlink>
      <w:r>
        <w:t xml:space="preserve"> - This source discusses the ongoing evolution of Rufus and the need for continuous improvement based on customer feedback to enhance its performance and relevance in product recommendations.</w:t>
      </w:r>
      <w:r/>
    </w:p>
    <w:p>
      <w:pPr>
        <w:pStyle w:val="ListNumber"/>
        <w:spacing w:line="240" w:lineRule="auto"/>
        <w:ind w:left="720"/>
      </w:pPr>
      <w:r/>
      <w:hyperlink r:id="rId11">
        <w:r>
          <w:rPr>
            <w:color w:val="0000EE"/>
            <w:u w:val="single"/>
          </w:rPr>
          <w:t>https://www.aboutamazon.eu/news/retail/amazon-announces-the-launch-of-rufus-a-new-generative-ai-powered-conversational-shopping-assistant-in-beta-across-europe</w:t>
        </w:r>
      </w:hyperlink>
      <w:r>
        <w:t xml:space="preserve"> - This article mentions the broader context of Amazon's use of AI and the introduction of Rufus as part of enhancing customer experiences, which includes addressing the challenges and feedback from users.</w:t>
      </w:r>
      <w:r/>
    </w:p>
    <w:p>
      <w:pPr>
        <w:pStyle w:val="ListNumber"/>
        <w:spacing w:line="240" w:lineRule="auto"/>
        <w:ind w:left="720"/>
      </w:pPr>
      <w:r/>
      <w:hyperlink r:id="rId12">
        <w:r>
          <w:rPr>
            <w:color w:val="0000EE"/>
            <w:u w:val="single"/>
          </w:rPr>
          <w:t>https://searchengineland.com/amazon-rufus-live-444097</w:t>
        </w:r>
      </w:hyperlink>
      <w:r>
        <w:t xml:space="preserve"> - This source highlights the potential impact of Rufus on the customer journey and how it may alter how shoppers discover and research products, which is relevant to the ongoing efforts to improve AI in online retail.</w:t>
      </w:r>
      <w:r/>
    </w:p>
    <w:p>
      <w:pPr>
        <w:pStyle w:val="ListNumber"/>
        <w:spacing w:line="240" w:lineRule="auto"/>
        <w:ind w:left="720"/>
      </w:pPr>
      <w:r/>
      <w:hyperlink r:id="rId14">
        <w:r>
          <w:rPr>
            <w:color w:val="0000EE"/>
            <w:u w:val="single"/>
          </w:rPr>
          <w:t>https://www.analyticsinsight.net/news/amazons-rufus-your-personal-shopping-ai-assistant-now-in-india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acvue.com/blog/amazon-rufus-ai-what-the-new-amazon-ai-shopping-assistant-means-for-your-brand/" TargetMode="External"/><Relationship Id="rId11" Type="http://schemas.openxmlformats.org/officeDocument/2006/relationships/hyperlink" Target="https://www.aboutamazon.eu/news/retail/amazon-announces-the-launch-of-rufus-a-new-generative-ai-powered-conversational-shopping-assistant-in-beta-across-europe" TargetMode="External"/><Relationship Id="rId12" Type="http://schemas.openxmlformats.org/officeDocument/2006/relationships/hyperlink" Target="https://searchengineland.com/amazon-rufus-live-444097" TargetMode="External"/><Relationship Id="rId13" Type="http://schemas.openxmlformats.org/officeDocument/2006/relationships/hyperlink" Target="https://www.locate2u.com/technology/how-amazon-rufus-ai-shopping-assistant-works/" TargetMode="External"/><Relationship Id="rId14" Type="http://schemas.openxmlformats.org/officeDocument/2006/relationships/hyperlink" Target="https://www.analyticsinsight.net/news/amazons-rufus-your-personal-shopping-ai-assistant-now-in-in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