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MSI launches new AI-powered laptops to boost productivity and gaming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MSI, a prominent player in the PC industry, has unveiled two cutting-edge laptops that explicitly incorporate artificial intelligence (AI) to enhance productivity and creativity. These new models, the Prestige 13 AI+ Evo and the Stealth A16 AI+, utilise Microsoft's Copilot+ AI assistant alongside high-performance hardware, aiming to transform user experience by adapting to individual preferences and professional demands.</w:t>
      </w:r>
      <w:r/>
    </w:p>
    <w:p>
      <w:r/>
      <w:r>
        <w:t>Designed with the needs of diverse users in mind, the Prestige 13 AI+ Evo is tailored for professionals who require mobility without sacrificing performance. Weighing just 2.15 pounds and measuring a slender 0.67 inches in thickness, this ultra-portable laptop is equipped with a magnesium-aluminum alloy chassis, offering durability against everyday wear. The device uses an Intel Core Ultra 200V series processor and an Intel Arc GPU providing 67 trillion operations per second (TOPS), a specification that makes it highly efficient for demanding AI-driven tasks pertinent to creative professionals, developers, and data scientists. It also boasts a 75 watt-hour battery ensuring long hours of productivity and supports Thunderbolt 4 for fast charging capabilities.</w:t>
      </w:r>
      <w:r/>
    </w:p>
    <w:p>
      <w:r/>
      <w:r>
        <w:t>For content creators and power users, the Stealth A16 AI+ offers a more robust hardware profile. It includes a 12-core AMD Ryzen AI 9 HX 370 Processor and an NVIDIA GeForce RTX 4070 laptop GPU, delivering an impressive capacity of 321 TOPS. This sets the stage for handling intensive workloads, whether for complex AI applications or gaming. With Cooler Boost technology, this model is designed to manage high performance levels with dual fans, five heat pipes, and a phase-change thermal pad, making sure that it runs efficiently during heavy usage without overheating. Weighing 4.39 pounds, the Stealth A16 AI+ also features a 99.9 watt-hour battery, the largest approved for airline travel, providing ample power for extensive use, such as 12 hours of video playback.</w:t>
      </w:r>
      <w:r/>
    </w:p>
    <w:p>
      <w:r/>
      <w:r>
        <w:t>The AI integration in both models is centred around Microsoft's Copilot+, which shifts AI from a mere supportive tool to a core component of the user experience. This AI ecosystem is tailored to learn from user habits, making predictions and recommendations to enhance productivity and streamline creative processes. For instance, professionals who frequently manage multiple tasks can benefit from automated workflow suggestions and meeting scheduling based on their daily routines. Additionally, for content creators, the AI-powered content editor offers practical insights, such as suggesting video edits or photo adjustments aligned with current visual trends.</w:t>
      </w:r>
      <w:r/>
    </w:p>
    <w:p>
      <w:r/>
      <w:r>
        <w:t>Apart from productivity tools, the Stealth A16 AI+ caters to gamers by incorporating predictive AI capabilities which customize gaming settings and optimise resource allocation based on learned user preferences. The system can adapt in real-time to control frame rates and fan speeds, ensuring seamless gaming experiences.</w:t>
      </w:r>
      <w:r/>
    </w:p>
    <w:p>
      <w:r/>
      <w:r>
        <w:t>The two new models will be widely available with competitive pricing. The Stealth A16 AI+ has a starting price of $1,999 and is offered exclusively at Best Buy. Meanwhile, the Prestige 13 AI+ Evo starts from $1,199, available at MSI's U.S. store and various retailers such as Amazon and Costco.</w:t>
      </w:r>
      <w:r/>
    </w:p>
    <w:p>
      <w:r/>
      <w:r>
        <w:t>Through these innovative AI-powered laptops, MSI is propelling forward the boundaries of intelligent computing, fulfilling the intricate requirements of both mobile professionals and intensive content creators, whilst also appealing to gaming enthusiasts. The integration of advanced AI technology with high-performance hardware in these PCs represents a significant step forward in leveraging artificial intelligence to cater to individual customer needs efficiently.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https://www.msi.com/Business-Productivity/Prestige-13-AI-plus-Evo-A2VM</w:t>
        </w:r>
      </w:hyperlink>
      <w:r>
        <w:t xml:space="preserve"> - Corroborates the specifications and features of the Prestige 13 AI+ Evo, including the Intel Core Ultra processor, magnesium-aluminum alloy chassis, and Thunderbolt 4 support.</w:t>
      </w:r>
      <w:r/>
    </w:p>
    <w:p>
      <w:pPr>
        <w:pStyle w:val="ListNumber"/>
        <w:spacing w:line="240" w:lineRule="auto"/>
        <w:ind w:left="720"/>
      </w:pPr>
      <w:r/>
      <w:hyperlink r:id="rId11">
        <w:r>
          <w:rPr>
            <w:color w:val="0000EE"/>
            <w:u w:val="single"/>
          </w:rPr>
          <w:t>https://www.msi.com/blog/maximize-power-efficiency-msis-4-new-ai-laptops-with-Intel-core-ultra-processors-series2</w:t>
        </w:r>
      </w:hyperlink>
      <w:r>
        <w:t xml:space="preserve"> - Provides details on MSI's new AI laptops, including the Prestige 13 AI+ Evo, and their integration with Intel Core Ultra processors.</w:t>
      </w:r>
      <w:r/>
    </w:p>
    <w:p>
      <w:pPr>
        <w:pStyle w:val="ListNumber"/>
        <w:spacing w:line="240" w:lineRule="auto"/>
        <w:ind w:left="720"/>
      </w:pPr>
      <w:r/>
      <w:hyperlink r:id="rId12">
        <w:r>
          <w:rPr>
            <w:color w:val="0000EE"/>
            <w:u w:val="single"/>
          </w:rPr>
          <w:t>https://www.reddit.com/r/laptops/comments/1f6w29l/msi_prestige_13_ai_evo_a1mg_3_month_review/</w:t>
        </w:r>
      </w:hyperlink>
      <w:r>
        <w:t xml:space="preserve"> - Offers a user review of the MSI Prestige 13 AI Evo, detailing its performance, build quality, and battery life.</w:t>
      </w:r>
      <w:r/>
    </w:p>
    <w:p>
      <w:pPr>
        <w:pStyle w:val="ListNumber"/>
        <w:spacing w:line="240" w:lineRule="auto"/>
        <w:ind w:left="720"/>
      </w:pPr>
      <w:r/>
      <w:hyperlink r:id="rId13">
        <w:r>
          <w:rPr>
            <w:color w:val="0000EE"/>
            <w:u w:val="single"/>
          </w:rPr>
          <w:t>https://us.msi.com/Business-Productivity/Prestige-13-AI-plus-Evo-A2VM</w:t>
        </w:r>
      </w:hyperlink>
      <w:r>
        <w:t xml:space="preserve"> - Details the specifications and features of the Prestige 13 AI+ Evo, including the Intel Core Ultra 9 processor and AI capabilities.</w:t>
      </w:r>
      <w:r/>
    </w:p>
    <w:p>
      <w:pPr>
        <w:pStyle w:val="ListNumber"/>
        <w:spacing w:line="240" w:lineRule="auto"/>
        <w:ind w:left="720"/>
      </w:pPr>
      <w:r/>
      <w:hyperlink r:id="rId14">
        <w:r>
          <w:rPr>
            <w:color w:val="0000EE"/>
            <w:u w:val="single"/>
          </w:rPr>
          <w:t>https://www.youtube.com/watch?v=861Ar9D7I1o</w:t>
        </w:r>
      </w:hyperlink>
      <w:r>
        <w:t xml:space="preserve"> - Previews the MSI Prestige 13 and Claw 8 AI+ devices, highlighting their performance and battery life, including the use of Intel Core Ultra 200V series processors.</w:t>
      </w:r>
      <w:r/>
    </w:p>
    <w:p>
      <w:pPr>
        <w:pStyle w:val="ListNumber"/>
        <w:spacing w:line="240" w:lineRule="auto"/>
        <w:ind w:left="720"/>
      </w:pPr>
      <w:r/>
      <w:hyperlink r:id="rId15">
        <w:r>
          <w:rPr>
            <w:color w:val="0000EE"/>
            <w:u w:val="single"/>
          </w:rPr>
          <w:t>https://www.msi.com/Business-Productivity/Prestige-13-AI-plus-Evo-A2VM#Specification</w:t>
        </w:r>
      </w:hyperlink>
      <w:r>
        <w:t xml:space="preserve"> - Provides detailed specifications of the Prestige 13 AI+ Evo, including the battery capacity and charging capabilities.</w:t>
      </w:r>
      <w:r/>
    </w:p>
    <w:p>
      <w:pPr>
        <w:pStyle w:val="ListNumber"/>
        <w:spacing w:line="240" w:lineRule="auto"/>
        <w:ind w:left="720"/>
      </w:pPr>
      <w:r/>
      <w:hyperlink r:id="rId16">
        <w:r>
          <w:rPr>
            <w:color w:val="0000EE"/>
            <w:u w:val="single"/>
          </w:rPr>
          <w:t>https://www.msi.com/blog/maximize-power-efficiency-msis-4-new-ai-laptops-with-Intel-core-ultra-processors-series2#Prestige-13-AI-Evo</w:t>
        </w:r>
      </w:hyperlink>
      <w:r>
        <w:t xml:space="preserve"> - Discusses the power efficiency and AI capabilities of the Prestige 13 AI+ Evo and other MSI laptops with Intel Core Ultra processors.</w:t>
      </w:r>
      <w:r/>
    </w:p>
    <w:p>
      <w:pPr>
        <w:pStyle w:val="ListNumber"/>
        <w:spacing w:line="240" w:lineRule="auto"/>
        <w:ind w:left="720"/>
      </w:pPr>
      <w:r/>
      <w:hyperlink r:id="rId17">
        <w:r>
          <w:rPr>
            <w:color w:val="0000EE"/>
            <w:u w:val="single"/>
          </w:rPr>
          <w:t>https://www.reddit.com/r/laptops/comments/1f6w29l/msi_prestige_13_ai_evo_a1mg_3_month_review/#comments</w:t>
        </w:r>
      </w:hyperlink>
      <w:r>
        <w:t xml:space="preserve"> - Includes user feedback on the performance, battery life, and heat management of the Prestige 13 AI Evo.</w:t>
      </w:r>
      <w:r/>
    </w:p>
    <w:p>
      <w:pPr>
        <w:pStyle w:val="ListNumber"/>
        <w:spacing w:line="240" w:lineRule="auto"/>
        <w:ind w:left="720"/>
      </w:pPr>
      <w:r/>
      <w:hyperlink r:id="rId18">
        <w:r>
          <w:rPr>
            <w:color w:val="0000EE"/>
            <w:u w:val="single"/>
          </w:rPr>
          <w:t>https://us.msi.com/Business-Productivity/Prestige-13-AI-plus-Evo-A2VM#Design</w:t>
        </w:r>
      </w:hyperlink>
      <w:r>
        <w:t xml:space="preserve"> - Describes the design and build quality of the Prestige 13 AI+ Evo, including its magnesium-aluminum alloy chassis and slim profile.</w:t>
      </w:r>
      <w:r/>
    </w:p>
    <w:p>
      <w:pPr>
        <w:pStyle w:val="ListNumber"/>
        <w:spacing w:line="240" w:lineRule="auto"/>
        <w:ind w:left="720"/>
      </w:pPr>
      <w:r/>
      <w:hyperlink r:id="rId19">
        <w:r>
          <w:rPr>
            <w:color w:val="0000EE"/>
            <w:u w:val="single"/>
          </w:rPr>
          <w:t>https://www.msi.com/Business-Productivity/Prestige-13-AI-plus-Evo-A2VM#AI-Capabilities</w:t>
        </w:r>
      </w:hyperlink>
      <w:r>
        <w:t xml:space="preserve"> - Explains the AI integration and capabilities of the Prestige 13 AI+ Evo, including the use of Microsoft's Copilot+ AI assistant.</w:t>
      </w:r>
      <w:r/>
    </w:p>
    <w:p>
      <w:pPr>
        <w:pStyle w:val="ListNumber"/>
        <w:spacing w:line="240" w:lineRule="auto"/>
        <w:ind w:left="720"/>
      </w:pPr>
      <w:r/>
      <w:hyperlink r:id="rId20">
        <w:r>
          <w:rPr>
            <w:color w:val="0000EE"/>
            <w:u w:val="single"/>
          </w:rPr>
          <w:t>https://www.msi.com/blog/maximize-power-efficiency-msis-4-new-ai-laptops-with-Intel-core-ultra-processors-series2#AI-Integration</w:t>
        </w:r>
      </w:hyperlink>
      <w:r>
        <w:t xml:space="preserve"> - Details the AI integration in MSI's new laptops, including how AI enhances productivity and creative processes.</w:t>
      </w:r>
      <w:r/>
    </w:p>
    <w:p>
      <w:pPr>
        <w:pStyle w:val="ListNumber"/>
        <w:spacing w:line="240" w:lineRule="auto"/>
        <w:ind w:left="720"/>
      </w:pPr>
      <w:r/>
      <w:hyperlink r:id="rId21">
        <w:r>
          <w:rPr>
            <w:color w:val="0000EE"/>
            <w:u w:val="single"/>
          </w:rPr>
          <w:t>https://www.cnet.com/paid-content/news/msis-new-ai-pcs-are-an-upgrade-for-professionals-and-power-users/#ftag=CADf328eec</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si.com/Business-Productivity/Prestige-13-AI-plus-Evo-A2VM" TargetMode="External"/><Relationship Id="rId11" Type="http://schemas.openxmlformats.org/officeDocument/2006/relationships/hyperlink" Target="https://www.msi.com/blog/maximize-power-efficiency-msis-4-new-ai-laptops-with-Intel-core-ultra-processors-series2" TargetMode="External"/><Relationship Id="rId12" Type="http://schemas.openxmlformats.org/officeDocument/2006/relationships/hyperlink" Target="https://www.reddit.com/r/laptops/comments/1f6w29l/msi_prestige_13_ai_evo_a1mg_3_month_review/" TargetMode="External"/><Relationship Id="rId13" Type="http://schemas.openxmlformats.org/officeDocument/2006/relationships/hyperlink" Target="https://us.msi.com/Business-Productivity/Prestige-13-AI-plus-Evo-A2VM" TargetMode="External"/><Relationship Id="rId14" Type="http://schemas.openxmlformats.org/officeDocument/2006/relationships/hyperlink" Target="https://www.youtube.com/watch?v=861Ar9D7I1o" TargetMode="External"/><Relationship Id="rId15" Type="http://schemas.openxmlformats.org/officeDocument/2006/relationships/hyperlink" Target="https://www.msi.com/Business-Productivity/Prestige-13-AI-plus-Evo-A2VM#Specification" TargetMode="External"/><Relationship Id="rId16" Type="http://schemas.openxmlformats.org/officeDocument/2006/relationships/hyperlink" Target="https://www.msi.com/blog/maximize-power-efficiency-msis-4-new-ai-laptops-with-Intel-core-ultra-processors-series2#Prestige-13-AI-Evo" TargetMode="External"/><Relationship Id="rId17" Type="http://schemas.openxmlformats.org/officeDocument/2006/relationships/hyperlink" Target="https://www.reddit.com/r/laptops/comments/1f6w29l/msi_prestige_13_ai_evo_a1mg_3_month_review/#comments" TargetMode="External"/><Relationship Id="rId18" Type="http://schemas.openxmlformats.org/officeDocument/2006/relationships/hyperlink" Target="https://us.msi.com/Business-Productivity/Prestige-13-AI-plus-Evo-A2VM#Design" TargetMode="External"/><Relationship Id="rId19" Type="http://schemas.openxmlformats.org/officeDocument/2006/relationships/hyperlink" Target="https://www.msi.com/Business-Productivity/Prestige-13-AI-plus-Evo-A2VM#AI-Capabilities" TargetMode="External"/><Relationship Id="rId20" Type="http://schemas.openxmlformats.org/officeDocument/2006/relationships/hyperlink" Target="https://www.msi.com/blog/maximize-power-efficiency-msis-4-new-ai-laptops-with-Intel-core-ultra-processors-series2#AI-Integration" TargetMode="External"/><Relationship Id="rId21" Type="http://schemas.openxmlformats.org/officeDocument/2006/relationships/hyperlink" Target="https://www.cnet.com/paid-content/news/msis-new-ai-pcs-are-an-upgrade-for-professionals-and-power-users/#ftag=CADf328ee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