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Netflix ventures into generative AI for game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Netflix Ventures into Generative AI for Game Development</w:t>
      </w:r>
      <w:r/>
    </w:p>
    <w:p>
      <w:r/>
      <w:r>
        <w:t>Amidst an evolving landscape in the gaming industry, streaming giant Netflix has taken a significant leap towards incorporating generative AI into its game development processes. This news follows the company's recent decision to close an internal studio dedicated to producing AAA games, marking a strategic shift in its gaming initiatives.</w:t>
      </w:r>
      <w:r/>
    </w:p>
    <w:p>
      <w:r/>
      <w:r>
        <w:t>The announcement came from Mike Verdu, formerly Netflix’s Vice President for Games, who has been appointed as VP of GenAI for Games. Verdu shared this update via LinkedIn, expressing his enthusiasm for spearheading what he describes as a "once in a generation" turning point in both game development and user experience.</w:t>
      </w:r>
      <w:r/>
    </w:p>
    <w:p>
      <w:r/>
      <w:r>
        <w:t>Verdu elaborated that generative AI technology will revolutionise the speed and creativity of game production. He emphasised that while AI is set to play a significant role, the core of game development will still rely heavily on human creativity, with AI acting as both a catalyst and an accelerant. This approach, he argued, will enable larger development teams to work more efficiently, while smaller teams would gain access to potentially expansive capabilities previously unimaginable.</w:t>
      </w:r>
      <w:r/>
    </w:p>
    <w:p>
      <w:r/>
      <w:r>
        <w:t>The application of generative AI in gaming promises to dramatically reduce development timelines, reminiscent of the rapid innovation and frequent release cycles witnessed during the 1990s era of gaming giants Nintendo and Sega. This era was notable for its regular output of groundbreaking games, a pace Verdu envisions can be mirrored today through advanced AI technologies.</w:t>
      </w:r>
      <w:r/>
    </w:p>
    <w:p>
      <w:r/>
      <w:r>
        <w:t>The utilisation of AI in game design could encompass a variety of functions, such as automatically generating game levels and characters, scripting ongoing dialogue for non-playable characters, and even operating a game without the need for conventional coding methods. Major industry players, including Microsoft and EA, are exploring similar applications of AI, while others like Nintendo adopt a cautious stance due to concerns about possible replication of elements from existing games.</w:t>
      </w:r>
      <w:r/>
    </w:p>
    <w:p>
      <w:r/>
      <w:r>
        <w:t>Despite these advancements, questions remain about the entertainment value and appeal of games developed heavily using generative AI technology. It is yet to be determined whether these AI-driven titles will capture the interest and enthusiasm of players globally.</w:t>
      </w:r>
      <w:r/>
    </w:p>
    <w:p>
      <w:r/>
      <w:r>
        <w:t>In addressing concerns about internal changes within Netflix's gaming sector, Verdu was keen to dismiss rumours of instability. He clarified that recent developments were part of a pre-planned transition rather than indicative of any disorder, responding to what he termed as "uninformed speculation" in the media.</w:t>
      </w:r>
      <w:r/>
    </w:p>
    <w:p>
      <w:r/>
      <w:r>
        <w:t>As Netflix pushes forward with integrating AI into its games division, it remains to be seen how this bold move will reshape the gaming landscape and influence both developers and players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https://www.democraticunderground.com/100219653107</w:t>
        </w:r>
      </w:hyperlink>
      <w:r>
        <w:t xml:space="preserve"> - Corroborates the appointment of Mike Verdu as VP of GenAI for Games at Netflix and his excitement about the potential of generative AI in game development.</w:t>
      </w:r>
      <w:r/>
    </w:p>
    <w:p>
      <w:pPr>
        <w:pStyle w:val="ListNumber"/>
        <w:spacing w:line="240" w:lineRule="auto"/>
        <w:ind w:left="720"/>
      </w:pPr>
      <w:r/>
      <w:hyperlink r:id="rId11">
        <w:r>
          <w:rPr>
            <w:color w:val="0000EE"/>
            <w:u w:val="single"/>
          </w:rPr>
          <w:t>https://www.gamespot.com/articles/netflix-executive-promotes-ai-game-development-shortly-after-huge-layoffs/1100-6527567/</w:t>
        </w:r>
      </w:hyperlink>
      <w:r>
        <w:t xml:space="preserve"> - Supports the information about Netflix's shift towards generative AI in game development and the closure of the internal AAA game studio, Team Blue.</w:t>
      </w:r>
      <w:r/>
    </w:p>
    <w:p>
      <w:pPr>
        <w:pStyle w:val="ListNumber"/>
        <w:spacing w:line="240" w:lineRule="auto"/>
        <w:ind w:left="720"/>
      </w:pPr>
      <w:r/>
      <w:hyperlink r:id="rId12">
        <w:r>
          <w:rPr>
            <w:color w:val="0000EE"/>
            <w:u w:val="single"/>
          </w:rPr>
          <w:t>https://www.gamedeveloper.com/production/netflix-games-exec-prepares-bowl-of-word-salad-to-announce-new-role-as-vp-of-genai-for-games</w:t>
        </w:r>
      </w:hyperlink>
      <w:r>
        <w:t xml:space="preserve"> - Confirms Mike Verdu's new role and his vision for using generative AI to create new game experiences.</w:t>
      </w:r>
      <w:r/>
    </w:p>
    <w:p>
      <w:pPr>
        <w:pStyle w:val="ListNumber"/>
        <w:spacing w:line="240" w:lineRule="auto"/>
        <w:ind w:left="720"/>
      </w:pPr>
      <w:r/>
      <w:hyperlink r:id="rId13">
        <w:r>
          <w:rPr>
            <w:color w:val="0000EE"/>
            <w:u w:val="single"/>
          </w:rPr>
          <w:t>https://www.resetera.com/threads/game-developer-netflix-games-exec-prepares-bowl-of-word-salad-to-announce-new-role-as-vp-of-genai-for-games.1026957/</w:t>
        </w:r>
      </w:hyperlink>
      <w:r>
        <w:t xml:space="preserve"> - Provides additional context on Netflix's decision to focus on generative AI after closing its AAA game studio.</w:t>
      </w:r>
      <w:r/>
    </w:p>
    <w:p>
      <w:pPr>
        <w:pStyle w:val="ListNumber"/>
        <w:spacing w:line="240" w:lineRule="auto"/>
        <w:ind w:left="720"/>
      </w:pPr>
      <w:r/>
      <w:hyperlink r:id="rId14">
        <w:r>
          <w:rPr>
            <w:color w:val="0000EE"/>
            <w:u w:val="single"/>
          </w:rPr>
          <w:t>https://venturebeat.com/games/mike-verdu-of-netflix-games-leads-new-generative-ai-initiative/</w:t>
        </w:r>
      </w:hyperlink>
      <w:r>
        <w:t xml:space="preserve"> - Details Mike Verdu's leadership in the new generative AI initiative and its implications for game development.</w:t>
      </w:r>
      <w:r/>
    </w:p>
    <w:p>
      <w:pPr>
        <w:pStyle w:val="ListNumber"/>
        <w:spacing w:line="240" w:lineRule="auto"/>
        <w:ind w:left="720"/>
      </w:pPr>
      <w:r/>
      <w:hyperlink r:id="rId10">
        <w:r>
          <w:rPr>
            <w:color w:val="0000EE"/>
            <w:u w:val="single"/>
          </w:rPr>
          <w:t>https://www.democraticunderground.com/100219653107</w:t>
        </w:r>
      </w:hyperlink>
      <w:r>
        <w:t xml:space="preserve"> - Explains the planned transition within Netflix Games and dismisses speculation about instability.</w:t>
      </w:r>
      <w:r/>
    </w:p>
    <w:p>
      <w:pPr>
        <w:pStyle w:val="ListNumber"/>
        <w:spacing w:line="240" w:lineRule="auto"/>
        <w:ind w:left="720"/>
      </w:pPr>
      <w:r/>
      <w:hyperlink r:id="rId11">
        <w:r>
          <w:rPr>
            <w:color w:val="0000EE"/>
            <w:u w:val="single"/>
          </w:rPr>
          <w:t>https://www.gamespot.com/articles/netflix-executive-promotes-ai-game-development-shortly-after-huge-layoffs/1100-6527567/</w:t>
        </w:r>
      </w:hyperlink>
      <w:r>
        <w:t xml:space="preserve"> - Discusses the potential functions of generative AI in game design, such as generating game levels and characters.</w:t>
      </w:r>
      <w:r/>
    </w:p>
    <w:p>
      <w:pPr>
        <w:pStyle w:val="ListNumber"/>
        <w:spacing w:line="240" w:lineRule="auto"/>
        <w:ind w:left="720"/>
      </w:pPr>
      <w:r/>
      <w:hyperlink r:id="rId12">
        <w:r>
          <w:rPr>
            <w:color w:val="0000EE"/>
            <w:u w:val="single"/>
          </w:rPr>
          <w:t>https://www.gamedeveloper.com/production/netflix-games-exec-prepares-bowl-of-word-salad-to-announce-new-role-as-vp-of-genai-for-games</w:t>
        </w:r>
      </w:hyperlink>
      <w:r>
        <w:t xml:space="preserve"> - Highlights the comparison to the 1990s era of rapid innovation in gaming and the potential for similar advancements with AI.</w:t>
      </w:r>
      <w:r/>
    </w:p>
    <w:p>
      <w:pPr>
        <w:pStyle w:val="ListNumber"/>
        <w:spacing w:line="240" w:lineRule="auto"/>
        <w:ind w:left="720"/>
      </w:pPr>
      <w:r/>
      <w:hyperlink r:id="rId13">
        <w:r>
          <w:rPr>
            <w:color w:val="0000EE"/>
            <w:u w:val="single"/>
          </w:rPr>
          <w:t>https://www.resetera.com/threads/game-developer-netflix-games-exec-prepares-bowl-of-word-salad-to-announce-new-role-as-vp-of-genai-for-games.1026957/</w:t>
        </w:r>
      </w:hyperlink>
      <w:r>
        <w:t xml:space="preserve"> - Mentions the broader industry context, including other companies exploring similar AI applications.</w:t>
      </w:r>
      <w:r/>
    </w:p>
    <w:p>
      <w:pPr>
        <w:pStyle w:val="ListNumber"/>
        <w:spacing w:line="240" w:lineRule="auto"/>
        <w:ind w:left="720"/>
      </w:pPr>
      <w:r/>
      <w:hyperlink r:id="rId14">
        <w:r>
          <w:rPr>
            <w:color w:val="0000EE"/>
            <w:u w:val="single"/>
          </w:rPr>
          <w:t>https://venturebeat.com/games/mike-verdu-of-netflix-games-leads-new-generative-ai-initiative/</w:t>
        </w:r>
      </w:hyperlink>
      <w:r>
        <w:t xml:space="preserve"> - Addresses concerns about the entertainment value and appeal of AI-driven games.</w:t>
      </w:r>
      <w:r/>
    </w:p>
    <w:p>
      <w:pPr>
        <w:pStyle w:val="ListNumber"/>
        <w:spacing w:line="240" w:lineRule="auto"/>
        <w:ind w:left="720"/>
      </w:pPr>
      <w:r/>
      <w:hyperlink r:id="rId11">
        <w:r>
          <w:rPr>
            <w:color w:val="0000EE"/>
            <w:u w:val="single"/>
          </w:rPr>
          <w:t>https://www.gamespot.com/articles/netflix-executive-promotes-ai-game-development-shortly-after-huge-layoffs/1100-6527567/</w:t>
        </w:r>
      </w:hyperlink>
      <w:r>
        <w:t xml:space="preserve"> - Clarifies that Netflix still owns several game studios despite the closure of Team Blue.</w:t>
      </w:r>
      <w:r/>
    </w:p>
    <w:p>
      <w:pPr>
        <w:pStyle w:val="ListNumber"/>
        <w:spacing w:line="240" w:lineRule="auto"/>
        <w:ind w:left="720"/>
      </w:pPr>
      <w:r/>
      <w:hyperlink r:id="rId15">
        <w:r>
          <w:rPr>
            <w:color w:val="0000EE"/>
            <w:u w:val="single"/>
          </w:rPr>
          <w:t>https://uk.pcmag.com/ai/155167/netflix-focuses-on-ai-generated-gaming-after-shutting-down-internal-studio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mocraticunderground.com/100219653107" TargetMode="External"/><Relationship Id="rId11" Type="http://schemas.openxmlformats.org/officeDocument/2006/relationships/hyperlink" Target="https://www.gamespot.com/articles/netflix-executive-promotes-ai-game-development-shortly-after-huge-layoffs/1100-6527567/" TargetMode="External"/><Relationship Id="rId12" Type="http://schemas.openxmlformats.org/officeDocument/2006/relationships/hyperlink" Target="https://www.gamedeveloper.com/production/netflix-games-exec-prepares-bowl-of-word-salad-to-announce-new-role-as-vp-of-genai-for-games" TargetMode="External"/><Relationship Id="rId13" Type="http://schemas.openxmlformats.org/officeDocument/2006/relationships/hyperlink" Target="https://www.resetera.com/threads/game-developer-netflix-games-exec-prepares-bowl-of-word-salad-to-announce-new-role-as-vp-of-genai-for-games.1026957/" TargetMode="External"/><Relationship Id="rId14" Type="http://schemas.openxmlformats.org/officeDocument/2006/relationships/hyperlink" Target="https://venturebeat.com/games/mike-verdu-of-netflix-games-leads-new-generative-ai-initiative/" TargetMode="External"/><Relationship Id="rId15" Type="http://schemas.openxmlformats.org/officeDocument/2006/relationships/hyperlink" Target="https://uk.pcmag.com/ai/155167/netflix-focuses-on-ai-generated-gaming-after-shutting-down-internal-studi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