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Nostalgia meets innovation in latest Linux developments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In the realm of operating systems and desktop environments, nostalgia and innovation are crossing paths with the latest developments in Linux. At the heart of this tech rendezvous are themes and distributions offering a nod to the past, while also embracing the subtle integration of modern technology. Two significant developments that highlight these trends are the release of the Chicago95 theme and the latest iteration of Linux Lite. </w:t>
      </w:r>
      <w:r/>
    </w:p>
    <w:p>
      <w:r/>
      <w:r>
        <w:t xml:space="preserve">The Chicago95 theme is a robust attempt to bring back the aesthetic of Microsoft's Windows 95 to modern Linux environments. This nostalgic theme, created by a developer known as grassmunk on GitHub, offers users a chance to experience the familiar look and feel of the iconic Windows 95 interface. It includes classic elements such as the start menu, taskbar, retro window borders, icons, colours, and fonts, supporting desktop environments such as XFCE that utilize GTK. The theme goes beyond mere visual appeal, including add-ons like custom mouse cursors and startup sounds, making the experience as authentic as possible. The latest iteration, Chicago95 3.0, brings several updates, including improvements for high-resolution displays, bug fixes, and enhancements in the Plymouth theme, a bootup splash for Linux systems, further refining this nostalgic offering. </w:t>
      </w:r>
      <w:r/>
    </w:p>
    <w:p>
      <w:r/>
      <w:r>
        <w:t>Simultaneously, Linux Lite is advancing its user-friendly reputation with its latest version 7.2. Known for its lightweight nature and ease of use, Linux Lite 7.2 maintains its tradition of supporting older hardware while functioning smoothly on modern systems. The latest release includes version 4.18 of the XFCE desktop environment, with significant improvements to the Thunar file manager, a new Lite Theme Manager, and updates to user interface customisation options, alongside application updates such as LibreOffice 24.2.6 and VLC 3.0.20, among others.</w:t>
      </w:r>
      <w:r/>
    </w:p>
    <w:p>
      <w:r/>
      <w:r>
        <w:t>Notably, Linux Lite 7.2 introduces an innovative feature with AI integration. However, this integration is carefully contained and manifests as an AI chatbot designed to assist users with Linux Lite-specific issues and queries. Accessible via the default Chrome browser, the chat does not permeate the desktop experience but rather serves as a support feature, thus keeping the integration subtle and focused. This approach reflects a prudent step towards incorporating AI into the Linux community without attempting comprehensive integration across various desktop applications, which could prove challenging given Linux's diverse ecosystem.</w:t>
      </w:r>
      <w:r/>
    </w:p>
    <w:p>
      <w:r/>
      <w:r>
        <w:t>These developments signify a thoughtful blend of the old and new in modern computing, offering users of Linux systems familiar aesthetics as well as subtle conveniences, without overwhelming changes. Both the Chicago95 theme and Linux Lite 7.2 cater to the diverse desires of users, whether they seek a nostalgic trip down memory lane or a straightforward and supportive computing experience. With these releases, Linux continues to attract a broad spectrum of users, from those reviving dated hardware with a lightweight OS, to tech enthusiasts relishing in the classic design of days past.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https://aur.archlinux.org/packages/chicago95-theme-git</w:t>
        </w:r>
      </w:hyperlink>
      <w:r>
        <w:t xml:space="preserve"> - Details about the Chicago95 theme, including its description, dependencies, and installation instructions, corroborating the theme's nostalgic Windows 95 aesthetic and its compatibility with Linux environments.</w:t>
      </w:r>
      <w:r/>
    </w:p>
    <w:p>
      <w:pPr>
        <w:pStyle w:val="ListNumber"/>
        <w:spacing w:line="240" w:lineRule="auto"/>
        <w:ind w:left="720"/>
      </w:pPr>
      <w:r/>
      <w:hyperlink r:id="rId11">
        <w:r>
          <w:rPr>
            <w:color w:val="0000EE"/>
            <w:u w:val="single"/>
          </w:rPr>
          <w:t>https://github.com/grassmunk/Chicago95</w:t>
        </w:r>
      </w:hyperlink>
      <w:r>
        <w:t xml:space="preserve"> - The GitHub repository for the Chicago95 theme, confirming the developer 'grassmunk' and the theme's features such as classic elements, custom mouse cursors, and startup sounds.</w:t>
      </w:r>
      <w:r/>
    </w:p>
    <w:p>
      <w:pPr>
        <w:pStyle w:val="ListNumber"/>
        <w:spacing w:line="240" w:lineRule="auto"/>
        <w:ind w:left="720"/>
      </w:pPr>
      <w:r/>
      <w:hyperlink r:id="rId12">
        <w:r>
          <w:rPr>
            <w:color w:val="0000EE"/>
            <w:u w:val="single"/>
          </w:rPr>
          <w:t>https://aur.archlinux.org/packages/chicago95-icon-theme-git</w:t>
        </w:r>
      </w:hyperlink>
      <w:r>
        <w:t xml:space="preserve"> - Information about the Chicago95 icon theme, supporting the inclusion of icons, cursors, and other visual elements in the theme.</w:t>
      </w:r>
      <w:r/>
    </w:p>
    <w:p>
      <w:pPr>
        <w:pStyle w:val="ListNumber"/>
        <w:spacing w:line="240" w:lineRule="auto"/>
        <w:ind w:left="720"/>
      </w:pPr>
      <w:r/>
      <w:hyperlink r:id="rId13">
        <w:r>
          <w:rPr>
            <w:color w:val="0000EE"/>
            <w:u w:val="single"/>
          </w:rPr>
          <w:t>https://github.com/grassmunk/Chicago95/blob/master/INSTALL.md</w:t>
        </w:r>
      </w:hyperlink>
      <w:r>
        <w:t xml:space="preserve"> - Installation instructions for the Chicago95 theme, detailing how to enable the GTK theme, icon theme, and other configurations, which aligns with the theme's integration with XFCE and GTK.</w:t>
      </w:r>
      <w:r/>
    </w:p>
    <w:p>
      <w:pPr>
        <w:pStyle w:val="ListNumber"/>
        <w:spacing w:line="240" w:lineRule="auto"/>
        <w:ind w:left="720"/>
      </w:pPr>
      <w:r/>
      <w:hyperlink r:id="rId14">
        <w:r>
          <w:rPr>
            <w:color w:val="0000EE"/>
            <w:u w:val="single"/>
          </w:rPr>
          <w:t>https://github.com/grassmunk/Chicago95/blob/master/Plus/README.MD</w:t>
        </w:r>
      </w:hyperlink>
      <w:r>
        <w:t xml:space="preserve"> - Details about the Chicago95 Plus tool, which allows users to convert and install Microsoft Plus themes, enhancing the nostalgic experience with additional theme options.</w:t>
      </w:r>
      <w:r/>
    </w:p>
    <w:p>
      <w:pPr>
        <w:pStyle w:val="ListNumber"/>
        <w:spacing w:line="240" w:lineRule="auto"/>
        <w:ind w:left="720"/>
      </w:pPr>
      <w:r/>
      <w:hyperlink r:id="rId15">
        <w:r>
          <w:rPr>
            <w:color w:val="0000EE"/>
            <w:u w:val="single"/>
          </w:rPr>
          <w:t>https://winclassic.net/thread/596/chicago95-theme-linux-updated-installers</w:t>
        </w:r>
      </w:hyperlink>
      <w:r>
        <w:t xml:space="preserve"> - Discussion on the updates and improvements in the Chicago95 theme, including GUI installers and support for various Linux distributions, reinforcing its modern updates and compatibility.</w:t>
      </w:r>
      <w:r/>
    </w:p>
    <w:p>
      <w:pPr>
        <w:pStyle w:val="ListNumber"/>
        <w:spacing w:line="240" w:lineRule="auto"/>
        <w:ind w:left="720"/>
      </w:pPr>
      <w:r/>
      <w:hyperlink r:id="rId16">
        <w:r>
          <w:rPr>
            <w:color w:val="0000EE"/>
            <w:u w:val="single"/>
          </w:rPr>
          <w:t>https://www.linuxliteos.com/</w:t>
        </w:r>
      </w:hyperlink>
      <w:r>
        <w:t xml:space="preserve"> - Official website of Linux Lite, providing information on its latest version 7.2, its user-friendly nature, and the updates to XFCE, Thunar, and other applications, though not directly linked here, it is the primary source for Linux Lite details.</w:t>
      </w:r>
      <w:r/>
    </w:p>
    <w:p>
      <w:pPr>
        <w:pStyle w:val="ListNumber"/>
        <w:spacing w:line="240" w:lineRule="auto"/>
        <w:ind w:left="720"/>
      </w:pPr>
      <w:r/>
      <w:hyperlink r:id="rId17">
        <w:r>
          <w:rPr>
            <w:color w:val="0000EE"/>
            <w:u w:val="single"/>
          </w:rPr>
          <w:t>https://www.linuxliteos.com/forums/index.php?topic=5634.0</w:t>
        </w:r>
      </w:hyperlink>
      <w:r>
        <w:t xml:space="preserve"> - Forum discussion on Linux Lite 7.2, detailing its new features such as the Lite Theme Manager, AI chatbot support, and application updates, which corroborates the advancements in Linux Lite.</w:t>
      </w:r>
      <w:r/>
    </w:p>
    <w:p>
      <w:pPr>
        <w:pStyle w:val="ListNumber"/>
        <w:spacing w:line="240" w:lineRule="auto"/>
        <w:ind w:left="720"/>
      </w:pPr>
      <w:r/>
      <w:hyperlink r:id="rId18">
        <w:r>
          <w:rPr>
            <w:color w:val="0000EE"/>
            <w:u w:val="single"/>
          </w:rPr>
          <w:t>https://www.linuxliteos.com/releases.php</w:t>
        </w:r>
      </w:hyperlink>
      <w:r>
        <w:t xml:space="preserve"> - Release notes for Linux Lite, including version 7.2, which highlights the improvements and new features such as AI integration and user interface customisation options.</w:t>
      </w:r>
      <w:r/>
    </w:p>
    <w:p>
      <w:pPr>
        <w:pStyle w:val="ListNumber"/>
        <w:spacing w:line="240" w:lineRule="auto"/>
        <w:ind w:left="720"/>
      </w:pPr>
      <w:r/>
      <w:hyperlink r:id="rId19">
        <w:r>
          <w:rPr>
            <w:color w:val="0000EE"/>
            <w:u w:val="single"/>
          </w:rPr>
          <w:t>https://www.linuxliteos.com/manual/index.html</w:t>
        </w:r>
      </w:hyperlink>
      <w:r>
        <w:t xml:space="preserve"> - User manual for Linux Lite, providing detailed instructions on using the OS, including the new AI chatbot feature and other updates, aligning with the article's description of Linux Lite's user-friendly and supportive nature.</w:t>
      </w:r>
      <w:r/>
    </w:p>
    <w:p>
      <w:pPr>
        <w:pStyle w:val="ListNumber"/>
        <w:spacing w:line="240" w:lineRule="auto"/>
        <w:ind w:left="720"/>
      </w:pPr>
      <w:r/>
      <w:hyperlink r:id="rId20">
        <w:r>
          <w:rPr>
            <w:color w:val="0000EE"/>
            <w:u w:val="single"/>
          </w:rPr>
          <w:t>https://www.linuxliteos.com/forums/index.php?topic=5635.0</w:t>
        </w:r>
      </w:hyperlink>
      <w:r>
        <w:t xml:space="preserve"> - Community feedback and discussions on Linux Lite 7.2, reflecting the user experience and the blend of old and new features in the OS.</w:t>
      </w:r>
      <w:r/>
    </w:p>
    <w:p>
      <w:pPr>
        <w:pStyle w:val="ListNumber"/>
        <w:spacing w:line="240" w:lineRule="auto"/>
        <w:ind w:left="720"/>
      </w:pPr>
      <w:r/>
      <w:hyperlink r:id="rId21">
        <w:r>
          <w:rPr>
            <w:color w:val="0000EE"/>
            <w:u w:val="single"/>
          </w:rPr>
          <w:t>https://betanews.com/2024/11/04/transform-linux-into-windows-95-with-chicago95-3-0-bringing-old-school-cool-to-modern-machines/</w:t>
        </w:r>
      </w:hyperlink>
      <w:r>
        <w:t xml:space="preserve"> - Please view link - unable to able to access data</w:t>
      </w:r>
      <w:r/>
    </w:p>
    <w:p>
      <w:pPr>
        <w:pStyle w:val="ListNumber"/>
        <w:spacing w:line="240" w:lineRule="auto"/>
        <w:ind w:left="720"/>
      </w:pPr>
      <w:r/>
      <w:hyperlink r:id="rId22">
        <w:r>
          <w:rPr>
            <w:color w:val="0000EE"/>
            <w:u w:val="single"/>
          </w:rPr>
          <w:t>https://www.zdnet.com/article/linux-lite-just-got-a-useful-ai-feature-for-desktop-and-its-more-subtle-than-you-think/</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ur.archlinux.org/packages/chicago95-theme-git" TargetMode="External"/><Relationship Id="rId11" Type="http://schemas.openxmlformats.org/officeDocument/2006/relationships/hyperlink" Target="https://github.com/grassmunk/Chicago95" TargetMode="External"/><Relationship Id="rId12" Type="http://schemas.openxmlformats.org/officeDocument/2006/relationships/hyperlink" Target="https://aur.archlinux.org/packages/chicago95-icon-theme-git" TargetMode="External"/><Relationship Id="rId13" Type="http://schemas.openxmlformats.org/officeDocument/2006/relationships/hyperlink" Target="https://github.com/grassmunk/Chicago95/blob/master/INSTALL.md" TargetMode="External"/><Relationship Id="rId14" Type="http://schemas.openxmlformats.org/officeDocument/2006/relationships/hyperlink" Target="https://github.com/grassmunk/Chicago95/blob/master/Plus/README.MD" TargetMode="External"/><Relationship Id="rId15" Type="http://schemas.openxmlformats.org/officeDocument/2006/relationships/hyperlink" Target="https://winclassic.net/thread/596/chicago95-theme-linux-updated-installers" TargetMode="External"/><Relationship Id="rId16" Type="http://schemas.openxmlformats.org/officeDocument/2006/relationships/hyperlink" Target="https://www.linuxliteos.com/" TargetMode="External"/><Relationship Id="rId17" Type="http://schemas.openxmlformats.org/officeDocument/2006/relationships/hyperlink" Target="https://www.linuxliteos.com/forums/index.php?topic=5634.0" TargetMode="External"/><Relationship Id="rId18" Type="http://schemas.openxmlformats.org/officeDocument/2006/relationships/hyperlink" Target="https://www.linuxliteos.com/releases.php" TargetMode="External"/><Relationship Id="rId19" Type="http://schemas.openxmlformats.org/officeDocument/2006/relationships/hyperlink" Target="https://www.linuxliteos.com/manual/index.html" TargetMode="External"/><Relationship Id="rId20" Type="http://schemas.openxmlformats.org/officeDocument/2006/relationships/hyperlink" Target="https://www.linuxliteos.com/forums/index.php?topic=5635.0" TargetMode="External"/><Relationship Id="rId21" Type="http://schemas.openxmlformats.org/officeDocument/2006/relationships/hyperlink" Target="https://betanews.com/2024/11/04/transform-linux-into-windows-95-with-chicago95-3-0-bringing-old-school-cool-to-modern-machines/" TargetMode="External"/><Relationship Id="rId22" Type="http://schemas.openxmlformats.org/officeDocument/2006/relationships/hyperlink" Target="https://www.zdnet.com/article/linux-lite-just-got-a-useful-ai-feature-for-desktop-and-its-more-subtle-than-you-thin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