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OneXFly F1 Pro debuts with advanced AMD chipset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New Gaming Handheld OneXFly F1 Pro Debuts with Advanced AMD Chipset</w:t>
      </w:r>
      <w:r/>
    </w:p>
    <w:p>
      <w:r/>
      <w:r>
        <w:t>Next-generation gaming handhelds are rapidly evolving, and the latest addition to the market is the OneXFly F1 Pro, featuring AMD's cutting-edge Strix Point chip. The device is generating buzz ahead of its official launch, notably for its impressive performance benchmarks in the demanding AAA game, Black Myth: Wukong.</w:t>
      </w:r>
      <w:r/>
    </w:p>
    <w:p>
      <w:r/>
      <w:r>
        <w:rPr>
          <w:b/>
        </w:rPr>
        <w:t>Specifications and Features</w:t>
      </w:r>
      <w:r/>
    </w:p>
    <w:p>
      <w:r/>
      <w:r>
        <w:t>The standout aspect of the OneXFly F1 Pro is its integration of the Ryzen AI HX 370 chip. This robust APU features an architecture comprising 12 cores—split between four Zen 5 cores and eight Zen 5c cores—and a total of 24 threads. The Zen 5 cores can reach a maximum boost clock speed of 5.1GHz, while the Zen 5c variants reach up to 3.3GHz.</w:t>
      </w:r>
      <w:r/>
    </w:p>
    <w:p>
      <w:r/>
      <w:r>
        <w:t>A signature feature of this chip is its adaptable thermal design power (TDP), which can be configured between 15 watts and 54 watts, with a default setting of 28 watts. For graphics processing, the device is equipped with the AMD Radeon 890M, further emphasising its potent gaming capabilities.</w:t>
      </w:r>
      <w:r/>
    </w:p>
    <w:p>
      <w:r/>
      <w:r>
        <w:t>The handheld unit comes with a 7-inch OLED screen, offering a refresh rate of 144Hz, which is expected to enhance the overall visual experience for gamers.</w:t>
      </w:r>
      <w:r/>
    </w:p>
    <w:p>
      <w:r/>
      <w:r>
        <w:rPr>
          <w:b/>
        </w:rPr>
        <w:t>Performance Insights</w:t>
      </w:r>
      <w:r/>
    </w:p>
    <w:p>
      <w:r/>
      <w:r>
        <w:t>In performance tests, the OneXFly F1 Pro has shown promising results, particularly when running Black Myth: Wukong. During a recent demonstration captured in a video from the manufacturer and initially highlighted by VideoCardz, the device managed an average of 58 frames per second at a TDP of 15 watts. However, some dips as low as 40 fps were recorded.</w:t>
      </w:r>
      <w:r/>
    </w:p>
    <w:p>
      <w:r/>
      <w:r>
        <w:t>Despite running AAA titles smoothly, this level of performance comes with trade-offs. While the game plays at a 1080p resolution, the effective output due to 65% resolution scaling translates closer to 700p. Furthermore, AMD's FSR technology is utilised, enhancing the visual output, and the game settings are tuned to low to balance the power and performance efficiency.</w:t>
      </w:r>
      <w:r/>
    </w:p>
    <w:p>
      <w:r/>
      <w:r>
        <w:rPr>
          <w:b/>
        </w:rPr>
        <w:t>Market Position and Future Prospects</w:t>
      </w:r>
      <w:r/>
    </w:p>
    <w:p>
      <w:r/>
      <w:r>
        <w:t>The OneXFly F1 Pro's debut marks the first gaming handheld to utilise AMD's latest Strix Point chip, previously only seen in a GPD mini PC, a non-gaming device. However, exact details concerning the release date and pricing of the OneXFly F1 Pro remain under wraps.</w:t>
      </w:r>
      <w:r/>
    </w:p>
    <w:p>
      <w:r/>
      <w:r>
        <w:t>AMD continues to be a dominant force in the gaming handheld sector. Observers anticipate the unveiling of the next-gen Z2 Extreme chip at CES 2025, marking further innovation in this arena. As the capabilities of devices like the OneXFly F1 Pro evolve, the gaming experience on handheld platforms is set to enter a new era of enhanced performance and visual fidelity.</w:t>
      </w:r>
      <w:r/>
    </w:p>
    <w:p>
      <w:r/>
      <w:r>
        <w:t>As the gaming industry eagerly awaits these developments, the competition for dominance in the handheld market is poised to intensify, promising exciting advancements for gaming enthusiasts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https://www.tomshardware.com/video-games/handheld-gaming/amd-powered-oled-handheld-aims-to-rival-the-steam-deck-oled-ryzen-9-ai-hx-370-runs-black-myth-wukong-at-50-60-fps-with-1080p-low-settings</w:t>
        </w:r>
      </w:hyperlink>
      <w:r>
        <w:t xml:space="preserve"> - Corroborates the integration of the Ryzen AI HX 370 chip, its core architecture, and the device's performance in running Black Myth: Wukong.</w:t>
      </w:r>
      <w:r/>
    </w:p>
    <w:p>
      <w:pPr>
        <w:pStyle w:val="ListNumber"/>
        <w:spacing w:line="240" w:lineRule="auto"/>
        <w:ind w:left="720"/>
      </w:pPr>
      <w:r/>
      <w:hyperlink r:id="rId10">
        <w:r>
          <w:rPr>
            <w:color w:val="0000EE"/>
            <w:u w:val="single"/>
          </w:rPr>
          <w:t>https://www.tomshardware.com/video-games/handheld-gaming/amd-powered-oled-handheld-aims-to-rival-the-steam-deck-oled-ryzen-9-ai-hx-370-runs-black-myth-wukong-at-50-60-fps-with-1080p-low-settings</w:t>
        </w:r>
      </w:hyperlink>
      <w:r>
        <w:t xml:space="preserve"> - Details the 7-inch OLED screen with a 144Hz refresh rate and the device's weight and audio features.</w:t>
      </w:r>
      <w:r/>
    </w:p>
    <w:p>
      <w:pPr>
        <w:pStyle w:val="ListNumber"/>
        <w:spacing w:line="240" w:lineRule="auto"/>
        <w:ind w:left="720"/>
      </w:pPr>
      <w:r/>
      <w:hyperlink r:id="rId11">
        <w:r>
          <w:rPr>
            <w:color w:val="0000EE"/>
            <w:u w:val="single"/>
          </w:rPr>
          <w:t>https://www.techpowerup.com/forums/threads/onexfly-f1-pro-gaming-handheld-powered-by-ryzen-ai-hx-370-clocks-58-fps-in-black-myth-wukong.328439/</w:t>
        </w:r>
      </w:hyperlink>
      <w:r>
        <w:t xml:space="preserve"> - Confirms the performance benchmark of 58 FPS in Black Myth: Wukong at low settings and 15W TDP.</w:t>
      </w:r>
      <w:r/>
    </w:p>
    <w:p>
      <w:pPr>
        <w:pStyle w:val="ListNumber"/>
        <w:spacing w:line="240" w:lineRule="auto"/>
        <w:ind w:left="720"/>
      </w:pPr>
      <w:r/>
      <w:hyperlink r:id="rId10">
        <w:r>
          <w:rPr>
            <w:color w:val="0000EE"/>
            <w:u w:val="single"/>
          </w:rPr>
          <w:t>https://www.tomshardware.com/video-games/handheld-gaming/amd-powered-oled-handheld-aims-to-rival-the-steam-deck-oled-ryzen-9-ai-hx-370-runs-black-myth-wukong-at-50-60-fps-with-1080p-low-settings</w:t>
        </w:r>
      </w:hyperlink>
      <w:r>
        <w:t xml:space="preserve"> - Explains the adaptable TDP of the Ryzen AI HX 370 chip and its graphics processing capabilities with the AMD Radeon 890M.</w:t>
      </w:r>
      <w:r/>
    </w:p>
    <w:p>
      <w:pPr>
        <w:pStyle w:val="ListNumber"/>
        <w:spacing w:line="240" w:lineRule="auto"/>
        <w:ind w:left="720"/>
      </w:pPr>
      <w:r/>
      <w:hyperlink r:id="rId12">
        <w:r>
          <w:rPr>
            <w:color w:val="0000EE"/>
            <w:u w:val="single"/>
          </w:rPr>
          <w:t>https://www.tweaktown.com/news/101503/onexfly-f1-pro-gaming-handheld-with-ryzen-ai-370-apu-tested-black-myth-wukong/index.html</w:t>
        </w:r>
      </w:hyperlink>
      <w:r>
        <w:t xml:space="preserve"> - Supports the performance tests and the use of AMD's FSR technology to enhance visual output.</w:t>
      </w:r>
      <w:r/>
    </w:p>
    <w:p>
      <w:pPr>
        <w:pStyle w:val="ListNumber"/>
        <w:spacing w:line="240" w:lineRule="auto"/>
        <w:ind w:left="720"/>
      </w:pPr>
      <w:r/>
      <w:hyperlink r:id="rId10">
        <w:r>
          <w:rPr>
            <w:color w:val="0000EE"/>
            <w:u w:val="single"/>
          </w:rPr>
          <w:t>https://www.tomshardware.com/video-games/handheld-gaming/amd-powered-oled-handheld-aims-to-rival-the-steam-deck-oled-ryzen-9-ai-hx-370-runs-black-myth-wukong-at-50-60-fps-with-1080p-low-settings</w:t>
        </w:r>
      </w:hyperlink>
      <w:r>
        <w:t xml:space="preserve"> - Mentions the effective output resolution due to resolution scaling and the low game settings used for balance.</w:t>
      </w:r>
      <w:r/>
    </w:p>
    <w:p>
      <w:pPr>
        <w:pStyle w:val="ListNumber"/>
        <w:spacing w:line="240" w:lineRule="auto"/>
        <w:ind w:left="720"/>
      </w:pPr>
      <w:r/>
      <w:hyperlink r:id="rId13">
        <w:r>
          <w:rPr>
            <w:color w:val="0000EE"/>
            <w:u w:val="single"/>
          </w:rPr>
          <w:t>https://www.techpowerup.com/328439/onexfly-f1-pro-gaming-handheld-powered-by-ryzen-ai-hx-370-clocks-58-fps-in-black-myth-wukong</w:t>
        </w:r>
      </w:hyperlink>
      <w:r>
        <w:t xml:space="preserve"> - Confirms the device's first use of AMD's latest Strix Point chip in a gaming handheld and its comparison to other devices.</w:t>
      </w:r>
      <w:r/>
    </w:p>
    <w:p>
      <w:pPr>
        <w:pStyle w:val="ListNumber"/>
        <w:spacing w:line="240" w:lineRule="auto"/>
        <w:ind w:left="720"/>
      </w:pPr>
      <w:r/>
      <w:hyperlink r:id="rId10">
        <w:r>
          <w:rPr>
            <w:color w:val="0000EE"/>
            <w:u w:val="single"/>
          </w:rPr>
          <w:t>https://www.tomshardware.com/video-games/handheld-gaming/amd-powered-oled-handheld-aims-to-rival-the-steam-deck-oled-ryzen-9-ai-hx-370-runs-black-myth-wukong-at-50-60-fps-with-1080p-low-settings</w:t>
        </w:r>
      </w:hyperlink>
      <w:r>
        <w:t xml:space="preserve"> - Discusses the market position and future prospects, including the anticipation of next-gen Z2 Extreme chip at CES 2025.</w:t>
      </w:r>
      <w:r/>
    </w:p>
    <w:p>
      <w:pPr>
        <w:pStyle w:val="ListNumber"/>
        <w:spacing w:line="240" w:lineRule="auto"/>
        <w:ind w:left="720"/>
      </w:pPr>
      <w:r/>
      <w:hyperlink r:id="rId14">
        <w:r>
          <w:rPr>
            <w:color w:val="0000EE"/>
            <w:u w:val="single"/>
          </w:rPr>
          <w:t>https://www.reddit.com/r/Handhelds/comments/1gflsm0/new_onexfly_f1_pro_announced_mentions_the_ai_9_hx/</w:t>
        </w:r>
      </w:hyperlink>
      <w:r>
        <w:t xml:space="preserve"> - Mentions the announcement and the expectation of the device being more pricey than mainstream devices.</w:t>
      </w:r>
      <w:r/>
    </w:p>
    <w:p>
      <w:pPr>
        <w:pStyle w:val="ListNumber"/>
        <w:spacing w:line="240" w:lineRule="auto"/>
        <w:ind w:left="720"/>
      </w:pPr>
      <w:r/>
      <w:hyperlink r:id="rId10">
        <w:r>
          <w:rPr>
            <w:color w:val="0000EE"/>
            <w:u w:val="single"/>
          </w:rPr>
          <w:t>https://www.tomshardware.com/video-games/handheld-gaming/amd-powered-oled-handheld-aims-to-rival-the-steam-deck-oled-ryzen-9-ai-hx-370-runs-black-myth-wukong-at-50-60-fps-with-1080p-low-settings</w:t>
        </w:r>
      </w:hyperlink>
      <w:r>
        <w:t xml:space="preserve"> - Highlights the competition in the handheld market and the evolving gaming experience on handheld platforms.</w:t>
      </w:r>
      <w:r/>
    </w:p>
    <w:p>
      <w:pPr>
        <w:pStyle w:val="ListNumber"/>
        <w:spacing w:line="240" w:lineRule="auto"/>
        <w:ind w:left="720"/>
      </w:pPr>
      <w:r/>
      <w:hyperlink r:id="rId13">
        <w:r>
          <w:rPr>
            <w:color w:val="0000EE"/>
            <w:u w:val="single"/>
          </w:rPr>
          <w:t>https://www.techpowerup.com/328439/onexfly-f1-pro-gaming-handheld-powered-by-ryzen-ai-hx-370-clocks-58-fps-in-black-myth-wukong</w:t>
        </w:r>
      </w:hyperlink>
      <w:r>
        <w:t xml:space="preserve"> - Provides additional details on the device's performance and its comparison to other handheld gaming devices.</w:t>
      </w:r>
      <w:r/>
    </w:p>
    <w:p>
      <w:pPr>
        <w:pStyle w:val="ListNumber"/>
        <w:spacing w:line="240" w:lineRule="auto"/>
        <w:ind w:left="720"/>
      </w:pPr>
      <w:r/>
      <w:hyperlink r:id="rId15">
        <w:r>
          <w:rPr>
            <w:color w:val="0000EE"/>
            <w:u w:val="single"/>
          </w:rPr>
          <w:t>https://www.digitaltrends.com/computing/onexfly-f1-pro-amd-ryzen-ai-hx-370/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hardware.com/video-games/handheld-gaming/amd-powered-oled-handheld-aims-to-rival-the-steam-deck-oled-ryzen-9-ai-hx-370-runs-black-myth-wukong-at-50-60-fps-with-1080p-low-settings" TargetMode="External"/><Relationship Id="rId11" Type="http://schemas.openxmlformats.org/officeDocument/2006/relationships/hyperlink" Target="https://www.techpowerup.com/forums/threads/onexfly-f1-pro-gaming-handheld-powered-by-ryzen-ai-hx-370-clocks-58-fps-in-black-myth-wukong.328439/" TargetMode="External"/><Relationship Id="rId12" Type="http://schemas.openxmlformats.org/officeDocument/2006/relationships/hyperlink" Target="https://www.tweaktown.com/news/101503/onexfly-f1-pro-gaming-handheld-with-ryzen-ai-370-apu-tested-black-myth-wukong/index.html" TargetMode="External"/><Relationship Id="rId13" Type="http://schemas.openxmlformats.org/officeDocument/2006/relationships/hyperlink" Target="https://www.techpowerup.com/328439/onexfly-f1-pro-gaming-handheld-powered-by-ryzen-ai-hx-370-clocks-58-fps-in-black-myth-wukong" TargetMode="External"/><Relationship Id="rId14" Type="http://schemas.openxmlformats.org/officeDocument/2006/relationships/hyperlink" Target="https://www.reddit.com/r/Handhelds/comments/1gflsm0/new_onexfly_f1_pro_announced_mentions_the_ai_9_hx/" TargetMode="External"/><Relationship Id="rId15" Type="http://schemas.openxmlformats.org/officeDocument/2006/relationships/hyperlink" Target="https://www.digitaltrends.com/computing/onexfly-f1-pro-amd-ryzen-ai-hx-3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