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Plato secures $6.5 million to revolutionise wholesale distribution with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Berlin’s tech landscape has been marked by a significant development as Plato, an AI-driven enterprise resource planning (ERP) automation platform focusing on wholesale distributors, has secured $6.5 million in pre-seed funding. The company, founded by Benedikt Nolte, Matthias Heinrich, and Oliver Birch, emerged out of a pressing need to salvage Nolte's family-owned wholesale business, which was threatened by fierce competition, outdated ERP systems, and inefficient sales practices.</w:t>
      </w:r>
      <w:r/>
    </w:p>
    <w:p>
      <w:r/>
      <w:r>
        <w:t>Plato aims to be a game-changer in the wholesale industry, which is currently grappling with multifaceted challenges such as labour shortages, increasing competition, and the urgent necessity for digital transformation. In response to these challenges, Plato utilises artificial intelligence to consolidate and future-proof the operations of wholesalers, offering them a strategic edge in navigating the current economic turmoil.</w:t>
      </w:r>
      <w:r/>
    </w:p>
    <w:p>
      <w:r/>
      <w:r>
        <w:t>The platform is designed to integrate seamlessly with existing ERP systems, providing a suite of AI-enhanced features. These include sales intelligence, offering data-driven insights for cross-selling and up-selling, as well as workflow automation to manage routine tasks such as quote and order creation. Such capabilities allow sales teams to function more efficiently, reportedly saving sellers up to 20% of their operational time. This efficiency gain translates into a 65% increase in customer-facing activities, enabling existing staff to manage more with less and speeding up the onboarding process for new employees.</w:t>
      </w:r>
      <w:r/>
    </w:p>
    <w:p>
      <w:r/>
      <w:r>
        <w:t>CEO Benedikt Nolte describes Plato as an "all-in-one platform where distribution sellers thrive," highlighting its ability to revolutionise data engagement and process automation in the industry, ultimately boosting client profitability.</w:t>
      </w:r>
      <w:r/>
    </w:p>
    <w:p>
      <w:r/>
      <w:r>
        <w:t>The pre-seed funding round was led by Cherry Ventures and received support from the German government, alongside investments from high-level executives from technology leaders such as Microsoft, SAP, NVIDIA, Celonis, Personio, Sennder, and Forto.</w:t>
      </w:r>
      <w:r/>
    </w:p>
    <w:p>
      <w:r/>
      <w:r>
        <w:t>Jasper Masemann, Partner at Cherry Ventures, expressed confidence in Plato's potential, stating, "Plato's product aligns perfectly with Cherry's core AI thesis of augmenting the modern workforce." Masemann noted that the team’s blend of industry expertise and technical prowess stood out among competitors, envisioning Plato as a pivotal player poised to reshape the wholesaler market.</w:t>
      </w:r>
      <w:r/>
    </w:p>
    <w:p>
      <w:r/>
      <w:r>
        <w:t>In the past year, Plato has demonstrated substantial growth, having tripled its client base and onboarded several of Germany’s major distributors. Companies like Layer Grosshandel, early adopters of Plato, have reported notable advancements in their sales processes and reductions in manual tasks, underscoring the platform's efficacy and transformative potential.</w:t>
      </w:r>
      <w:r/>
    </w:p>
    <w:p>
      <w:r/>
      <w:r>
        <w:t>The infusion of new capital is expected to accelerate Plato’s growth trajectory, facilitating the expansion of its team and the scaling of its product to accommodate larger customers with extensive sales operations.</w:t>
      </w:r>
      <w:r/>
    </w:p>
    <w:p>
      <w:r/>
      <w:r>
        <w:t>The development of Plato marks a significant innovation in the technological evolution of the wholesale industry, promising to enhance competitiveness and operational efficiency across the sector.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https://www.eu-startups.com/2024/11/berlin-based-plato-secures-e6-million-aiming-to-transform-the-wholesale-industry-with-ai/</w:t>
        </w:r>
      </w:hyperlink>
      <w:r>
        <w:t xml:space="preserve"> - Corroborates Plato securing $6.5 million in pre-seed funding and the founders' backgrounds.</w:t>
      </w:r>
      <w:r/>
    </w:p>
    <w:p>
      <w:pPr>
        <w:pStyle w:val="ListNumber"/>
        <w:spacing w:line="240" w:lineRule="auto"/>
        <w:ind w:left="720"/>
      </w:pPr>
      <w:r/>
      <w:hyperlink r:id="rId11">
        <w:r>
          <w:rPr>
            <w:color w:val="0000EE"/>
            <w:u w:val="single"/>
          </w:rPr>
          <w:t>https://retailtechinnovationhub.com/home/2024/11/4/plato-lands-65-million-in-pre-seed-funding-as-german-firm-looks-to-transform-53-trillion-wholesale-industry</w:t>
        </w:r>
      </w:hyperlink>
      <w:r>
        <w:t xml:space="preserve"> - Supports the amount of funding and the challenges faced by the wholesale industry.</w:t>
      </w:r>
      <w:r/>
    </w:p>
    <w:p>
      <w:pPr>
        <w:pStyle w:val="ListNumber"/>
        <w:spacing w:line="240" w:lineRule="auto"/>
        <w:ind w:left="720"/>
      </w:pPr>
      <w:r/>
      <w:hyperlink r:id="rId12">
        <w:r>
          <w:rPr>
            <w:color w:val="0000EE"/>
            <w:u w:val="single"/>
          </w:rPr>
          <w:t>https://www.platoapp.ai/en</w:t>
        </w:r>
      </w:hyperlink>
      <w:r>
        <w:t xml:space="preserve"> - Details Plato's features, including sales intelligence and workflow automation, and its integration with ERP systems.</w:t>
      </w:r>
      <w:r/>
    </w:p>
    <w:p>
      <w:pPr>
        <w:pStyle w:val="ListNumber"/>
        <w:spacing w:line="240" w:lineRule="auto"/>
        <w:ind w:left="720"/>
      </w:pPr>
      <w:r/>
      <w:hyperlink r:id="rId13">
        <w:r>
          <w:rPr>
            <w:color w:val="0000EE"/>
            <w:u w:val="single"/>
          </w:rPr>
          <w:t>https://tech.eu/2024/11/04/plato-raises-65m-for-ai-based-erp-automation-platform/</w:t>
        </w:r>
      </w:hyperlink>
      <w:r>
        <w:t xml:space="preserve"> - Confirms the founding of Plato and its mission to transform the wholesale industry using AI.</w:t>
      </w:r>
      <w:r/>
    </w:p>
    <w:p>
      <w:pPr>
        <w:pStyle w:val="ListNumber"/>
        <w:spacing w:line="240" w:lineRule="auto"/>
        <w:ind w:left="720"/>
      </w:pPr>
      <w:r/>
      <w:hyperlink r:id="rId14">
        <w:r>
          <w:rPr>
            <w:color w:val="0000EE"/>
            <w:u w:val="single"/>
          </w:rPr>
          <w:t>https://techfundingnews.com/plato-secures-6-5m-to-transform-wholesale-industry-with-ai-based-erp-automation-platform/</w:t>
        </w:r>
      </w:hyperlink>
      <w:r>
        <w:t xml:space="preserve"> - Provides information on the funding round led by Cherry Ventures and supported by various tech giants and the German government.</w:t>
      </w:r>
      <w:r/>
    </w:p>
    <w:p>
      <w:pPr>
        <w:pStyle w:val="ListNumber"/>
        <w:spacing w:line="240" w:lineRule="auto"/>
        <w:ind w:left="720"/>
      </w:pPr>
      <w:r/>
      <w:hyperlink r:id="rId10">
        <w:r>
          <w:rPr>
            <w:color w:val="0000EE"/>
            <w:u w:val="single"/>
          </w:rPr>
          <w:t>https://www.eu-startups.com/2024/11/berlin-based-plato-secures-e6-million-aiming-to-transform-the-wholesale-industry-with-ai/</w:t>
        </w:r>
      </w:hyperlink>
      <w:r>
        <w:t xml:space="preserve"> - Explains how Plato's platform enhances sales efficiency and automates routine tasks, saving sellers' time and increasing customer-facing activities.</w:t>
      </w:r>
      <w:r/>
    </w:p>
    <w:p>
      <w:pPr>
        <w:pStyle w:val="ListNumber"/>
        <w:spacing w:line="240" w:lineRule="auto"/>
        <w:ind w:left="720"/>
      </w:pPr>
      <w:r/>
      <w:hyperlink r:id="rId11">
        <w:r>
          <w:rPr>
            <w:color w:val="0000EE"/>
            <w:u w:val="single"/>
          </w:rPr>
          <w:t>https://retailtechinnovationhub.com/home/2024/11/4/plato-lands-65-million-in-pre-seed-funding-as-german-firm-looks-to-transform-53-trillion-wholesale-industry</w:t>
        </w:r>
      </w:hyperlink>
      <w:r>
        <w:t xml:space="preserve"> - Quotes Benedikt Nolte on Plato being an 'all-in-one platform' and its impact on client profitability.</w:t>
      </w:r>
      <w:r/>
    </w:p>
    <w:p>
      <w:pPr>
        <w:pStyle w:val="ListNumber"/>
        <w:spacing w:line="240" w:lineRule="auto"/>
        <w:ind w:left="720"/>
      </w:pPr>
      <w:r/>
      <w:hyperlink r:id="rId13">
        <w:r>
          <w:rPr>
            <w:color w:val="0000EE"/>
            <w:u w:val="single"/>
          </w:rPr>
          <w:t>https://tech.eu/2024/11/04/plato-raises-65m-for-ai-based-erp-automation-platform/</w:t>
        </w:r>
      </w:hyperlink>
      <w:r>
        <w:t xml:space="preserve"> - Details the support from high-level executives from technology leaders and the German government.</w:t>
      </w:r>
      <w:r/>
    </w:p>
    <w:p>
      <w:pPr>
        <w:pStyle w:val="ListNumber"/>
        <w:spacing w:line="240" w:lineRule="auto"/>
        <w:ind w:left="720"/>
      </w:pPr>
      <w:r/>
      <w:hyperlink r:id="rId14">
        <w:r>
          <w:rPr>
            <w:color w:val="0000EE"/>
            <w:u w:val="single"/>
          </w:rPr>
          <w:t>https://techfundingnews.com/plato-secures-6-5m-to-transform-wholesale-industry-with-ai-based-erp-automation-platform/</w:t>
        </w:r>
      </w:hyperlink>
      <w:r>
        <w:t xml:space="preserve"> - Jasper Masemann's statement on Plato's alignment with Cherry Ventures' AI thesis and Plato's potential to reshape the wholesaler market.</w:t>
      </w:r>
      <w:r/>
    </w:p>
    <w:p>
      <w:pPr>
        <w:pStyle w:val="ListNumber"/>
        <w:spacing w:line="240" w:lineRule="auto"/>
        <w:ind w:left="720"/>
      </w:pPr>
      <w:r/>
      <w:hyperlink r:id="rId10">
        <w:r>
          <w:rPr>
            <w:color w:val="0000EE"/>
            <w:u w:val="single"/>
          </w:rPr>
          <w:t>https://www.eu-startups.com/2024/11/berlin-based-plato-secures-e6-million-aiming-to-transform-the-wholesale-industry-with-ai/</w:t>
        </w:r>
      </w:hyperlink>
      <w:r>
        <w:t xml:space="preserve"> - Reports on Plato's growth, including tripling its client base and onboarding major German distributors.</w:t>
      </w:r>
      <w:r/>
    </w:p>
    <w:p>
      <w:pPr>
        <w:pStyle w:val="ListNumber"/>
        <w:spacing w:line="240" w:lineRule="auto"/>
        <w:ind w:left="720"/>
      </w:pPr>
      <w:r/>
      <w:hyperlink r:id="rId11">
        <w:r>
          <w:rPr>
            <w:color w:val="0000EE"/>
            <w:u w:val="single"/>
          </w:rPr>
          <w:t>https://retailtechinnovationhub.com/home/2024/11/4/plato-lands-65-million-in-pre-seed-funding-as-german-firm-looks-to-transform-53-trillion-wholesale-industry</w:t>
        </w:r>
      </w:hyperlink>
      <w:r>
        <w:t xml:space="preserve"> - Mentions the positive feedback from early adopters like Layer Grosshandel and the expected use of new capital to accelerate Plato’s growth.</w:t>
      </w:r>
      <w:r/>
    </w:p>
    <w:p>
      <w:pPr>
        <w:pStyle w:val="ListNumber"/>
        <w:spacing w:line="240" w:lineRule="auto"/>
        <w:ind w:left="720"/>
      </w:pPr>
      <w:r/>
      <w:hyperlink r:id="rId15">
        <w:r>
          <w:rPr>
            <w:color w:val="0000EE"/>
            <w:u w:val="single"/>
          </w:rPr>
          <w:t>https://news.google.com/rss/articles/CBMiiAFBVV95cUxQMXlnRUEyT0pab3d5MUdSR25BX0RJRFdpUHdWNkl6NzNRaFhCYV9uWVV3WmNiTTdHWG10dWRpSTlCSkVEa1J1SzAtZlhHLXp3SFBxZmo5eUVHdlFDOUlEVVZVY3lKMEN4ak1ZRFZtQkR3UjBhOG94cV9EZ1kyOFJkN2ZMbWhRb1BZ?oc=5&amp;hl=en-US&amp;gl=US&amp;ceid=US:en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u-startups.com/2024/11/berlin-based-plato-secures-e6-million-aiming-to-transform-the-wholesale-industry-with-ai/" TargetMode="External"/><Relationship Id="rId11" Type="http://schemas.openxmlformats.org/officeDocument/2006/relationships/hyperlink" Target="https://retailtechinnovationhub.com/home/2024/11/4/plato-lands-65-million-in-pre-seed-funding-as-german-firm-looks-to-transform-53-trillion-wholesale-industry" TargetMode="External"/><Relationship Id="rId12" Type="http://schemas.openxmlformats.org/officeDocument/2006/relationships/hyperlink" Target="https://www.platoapp.ai/en" TargetMode="External"/><Relationship Id="rId13" Type="http://schemas.openxmlformats.org/officeDocument/2006/relationships/hyperlink" Target="https://tech.eu/2024/11/04/plato-raises-65m-for-ai-based-erp-automation-platform/" TargetMode="External"/><Relationship Id="rId14" Type="http://schemas.openxmlformats.org/officeDocument/2006/relationships/hyperlink" Target="https://techfundingnews.com/plato-secures-6-5m-to-transform-wholesale-industry-with-ai-based-erp-automation-platform/" TargetMode="External"/><Relationship Id="rId15" Type="http://schemas.openxmlformats.org/officeDocument/2006/relationships/hyperlink" Target="https://news.google.com/rss/articles/CBMiiAFBVV95cUxQMXlnRUEyT0pab3d5MUdSR25BX0RJRFdpUHdWNkl6NzNRaFhCYV9uWVV3WmNiTTdHWG10dWRpSTlCSkVEa1J1SzAtZlhHLXp3SFBxZmo5eUVHdlFDOUlEVVZVY3lKMEN4ak1ZRFZtQkR3UjBhOG94cV9EZ1kyOFJkN2ZMbWhRb1BZ?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