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unveils Snapdragon 8 Elite: a leap in mobile processing power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Qualcomm Unveils Snapdragon 8 Elite: A Leap in Mobile Processing Power</w:t>
      </w:r>
      <w:r/>
    </w:p>
    <w:p>
      <w:r/>
      <w:r>
        <w:t>Last week, Qualcomm introduced its latest flagship processors at the Snapdragon Summit 2024, capturing significant attention with the debut of the Snapdragon 8 Elite chipset. This cutting-edge processor is positioned as a considerable advancement in mobile technology, building upon its predecessors with enhanced performance capabilities.</w:t>
      </w:r>
      <w:r/>
    </w:p>
    <w:p>
      <w:r/>
      <w:r>
        <w:t>The Snapdragon 8 Elite boasts what Qualcomm refers to as the "Holy Trinity" of computing power, comprising the Oryon CPU, Adreno GPU, and Hexagon NPU. This combination is designed to offer substantial enhancements in on-device artificial intelligence (AI), enabling the processor to efficiently handle varied tasks and deliver impressive performance improvements.</w:t>
      </w:r>
      <w:r/>
    </w:p>
    <w:p>
      <w:r/>
      <w:r>
        <w:t>Among the standout features of the Snapdragon 8 Elite are its enhanced mobile gaming experiences, superior camera functions aided by an integrated AI image signal processor, and connectivity advances, including AI-driven 5G and Wi-Fi 7 capabilities. Prominent smartphone manufacturers such as ASUS, with its ROG Phone 9, and Xiaomi, with the 15 Pro model, have already confirmed that their latest devices will be powered by this new processor.</w:t>
      </w:r>
      <w:r/>
    </w:p>
    <w:p>
      <w:r/>
      <w:r>
        <w:rPr>
          <w:b/>
        </w:rPr>
        <w:t>Nintendo Launches Music Streaming with 'Nintendo Music' App</w:t>
      </w:r>
      <w:r/>
    </w:p>
    <w:p>
      <w:r/>
      <w:r>
        <w:t>In a notable expansion of its digital entertainment offerings, Nintendo has launched the 'Nintendo Music' app. While reminiscent of popular music streaming services, the app distinguishes itself by focusing exclusively on original soundtracks from its diverse array of games. This new service enables fans to stream the iconic tunes associated with game franchises like "Mario," "The Legend of Zelda," and "Animal Crossing."</w:t>
      </w:r>
      <w:r/>
    </w:p>
    <w:p>
      <w:r/>
      <w:r>
        <w:t>The app is available as a complimentary addition for subscribers of Nintendo Switch Online, thereby integrating seamlessly into users’ existing subscriptions without necessitating any additional fees. By doing so, Nintendo aims to deepen the engagement of its community, providing a unique musical experience tied to its beloved gaming heritage.</w:t>
      </w:r>
      <w:r/>
    </w:p>
    <w:p>
      <w:r/>
      <w:r>
        <w:rPr>
          <w:b/>
        </w:rPr>
        <w:t>Microsoft Alerts to Russian Hacker Phishing Campaigns</w:t>
      </w:r>
      <w:r/>
    </w:p>
    <w:p>
      <w:r/>
      <w:r>
        <w:t>Microsoft has issued a critical cybersecurity alert concerning a global phishing campaign orchestrated by Russian state-affiliated hackers known as "Midnight Blizzard," also referred to as "Cozy Bear" or "APT29." This high-stakes cyber espionage, which began on October 22, has been identified by authorities in both the United States and the United Kingdom.</w:t>
      </w:r>
      <w:r/>
    </w:p>
    <w:p>
      <w:r/>
      <w:r>
        <w:t>The campaign primarily targets government agencies, IT service providers, and other significant entities across multiple regions, including Australia, Europe, Japan, and the US. The perpetrators have reportedly dispatched over 10,000 spear-phishing emails, employing sophisticated techniques to gain unauthorised access to sensitive information. These emails often masquerade as communications from legitimate services like Amazon Web Services or Microsoft, enticing recipients to interact with a signed Remote Desktop Protocol attachment, which ultimately redirects them to servers controlled by the attackers.</w:t>
      </w:r>
      <w:r/>
    </w:p>
    <w:p>
      <w:r/>
      <w:r>
        <w:t>This series of attacks underscores the persistent cybersecurity challenges faced by global institutions and the need for heightened vigilance in the face of sophisticated digital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https://www.qualcomm.com/products/mobile/snapdragon/smartphones/snapdragon-8-series-mobile-platforms/snapdragon-8-elite-mobile-platform</w:t>
        </w:r>
      </w:hyperlink>
      <w:r>
        <w:t xml:space="preserve"> - Details the introduction of the Snapdragon 8 Elite Mobile Platform and its enhanced performance capabilities.</w:t>
      </w:r>
      <w:r/>
    </w:p>
    <w:p>
      <w:pPr>
        <w:pStyle w:val="ListNumber"/>
        <w:spacing w:line="240" w:lineRule="auto"/>
        <w:ind w:left="720"/>
      </w:pPr>
      <w:r/>
      <w:hyperlink r:id="rId11">
        <w:r>
          <w:rPr>
            <w:color w:val="0000EE"/>
            <w:u w:val="single"/>
          </w:rPr>
          <w:t>https://www.cnet.com/tech/mobile/qualcomms-snapdragon-8-elite-chip-will-make-your-phone-less-annoying/</w:t>
        </w:r>
      </w:hyperlink>
      <w:r>
        <w:t xml:space="preserve"> - Explains the improvements in web browsing, app switching, and AI features brought by the Snapdragon 8 Elite chip.</w:t>
      </w:r>
      <w:r/>
    </w:p>
    <w:p>
      <w:pPr>
        <w:pStyle w:val="ListNumber"/>
        <w:spacing w:line="240" w:lineRule="auto"/>
        <w:ind w:left="720"/>
      </w:pPr>
      <w:r/>
      <w:hyperlink r:id="rId12">
        <w:r>
          <w:rPr>
            <w:color w:val="0000EE"/>
            <w:u w:val="single"/>
          </w:rPr>
          <w:t>https://www.techradar.com/vehicle-tech/believe-the-hype-qualcomms-snapdragon-8-elite-will-change-everything-about-smartphones</w:t>
        </w:r>
      </w:hyperlink>
      <w:r>
        <w:t xml:space="preserve"> - Discusses the significant performance and battery life improvements of the Snapdragon 8 Elite, including comparisons with other devices.</w:t>
      </w:r>
      <w:r/>
    </w:p>
    <w:p>
      <w:pPr>
        <w:pStyle w:val="ListNumber"/>
        <w:spacing w:line="240" w:lineRule="auto"/>
        <w:ind w:left="720"/>
      </w:pPr>
      <w:r/>
      <w:hyperlink r:id="rId13">
        <w:r>
          <w:rPr>
            <w:color w:val="0000EE"/>
            <w:u w:val="single"/>
          </w:rPr>
          <w:t>https://www.tomsguide.com/phones/android-phones/snapdragon-8-elite</w:t>
        </w:r>
      </w:hyperlink>
      <w:r>
        <w:t xml:space="preserve"> - Provides details on the performance enhancements, AI capabilities, and gaming improvements of the Snapdragon 8 Elite.</w:t>
      </w:r>
      <w:r/>
    </w:p>
    <w:p>
      <w:pPr>
        <w:pStyle w:val="ListNumber"/>
        <w:spacing w:line="240" w:lineRule="auto"/>
        <w:ind w:left="720"/>
      </w:pPr>
      <w:r/>
      <w:hyperlink r:id="rId14">
        <w:r>
          <w:rPr>
            <w:color w:val="0000EE"/>
            <w:u w:val="single"/>
          </w:rPr>
          <w:t>https://www.pcmag.com/news/qualcomm-steps-snapdragon-8-up-to-elite-status-with-custom-cores-and-powerful</w:t>
        </w:r>
      </w:hyperlink>
      <w:r>
        <w:t xml:space="preserve"> - Describes the custom cores, Oryon CPU, Adreno GPU, and Hexagon NPU of the Snapdragon 8 Elite, highlighting its power and efficiency.</w:t>
      </w:r>
      <w:r/>
    </w:p>
    <w:p>
      <w:pPr>
        <w:pStyle w:val="ListNumber"/>
        <w:spacing w:line="240" w:lineRule="auto"/>
        <w:ind w:left="720"/>
      </w:pPr>
      <w:r/>
      <w:hyperlink r:id="rId10">
        <w:r>
          <w:rPr>
            <w:color w:val="0000EE"/>
            <w:u w:val="single"/>
          </w:rPr>
          <w:t>https://www.qualcomm.com/products/mobile/snapdragon/smartphones/snapdragon-8-series-mobile-platforms/snapdragon-8-elite-mobile-platform</w:t>
        </w:r>
      </w:hyperlink>
      <w:r>
        <w:t xml:space="preserve"> - Mentions the integration of AI-driven 5G and Wi-Fi 7 capabilities in the Snapdragon 8 Elite.</w:t>
      </w:r>
      <w:r/>
    </w:p>
    <w:p>
      <w:pPr>
        <w:pStyle w:val="ListNumber"/>
        <w:spacing w:line="240" w:lineRule="auto"/>
        <w:ind w:left="720"/>
      </w:pPr>
      <w:r/>
      <w:hyperlink r:id="rId11">
        <w:r>
          <w:rPr>
            <w:color w:val="0000EE"/>
            <w:u w:val="single"/>
          </w:rPr>
          <w:t>https://www.cnet.com/tech/mobile/qualcomms-snapdragon-8-elite-chip-will-make-your-phone-less-annoying/</w:t>
        </w:r>
      </w:hyperlink>
      <w:r>
        <w:t xml:space="preserve"> - Highlights the enhanced camera functions and AI image signal processor in the Snapdragon 8 Elite.</w:t>
      </w:r>
      <w:r/>
    </w:p>
    <w:p>
      <w:pPr>
        <w:pStyle w:val="ListNumber"/>
        <w:spacing w:line="240" w:lineRule="auto"/>
        <w:ind w:left="720"/>
      </w:pPr>
      <w:r/>
      <w:hyperlink r:id="rId13">
        <w:r>
          <w:rPr>
            <w:color w:val="0000EE"/>
            <w:u w:val="single"/>
          </w:rPr>
          <w:t>https://www.tomsguide.com/phones/android-phones/snapdragon-8-elite</w:t>
        </w:r>
      </w:hyperlink>
      <w:r>
        <w:t xml:space="preserve"> - Confirms that prominent smartphone manufacturers like ASUS and Xiaomi will use the Snapdragon 8 Elite in their latest devices.</w:t>
      </w:r>
      <w:r/>
    </w:p>
    <w:p>
      <w:pPr>
        <w:pStyle w:val="ListNumber"/>
        <w:spacing w:line="240" w:lineRule="auto"/>
        <w:ind w:left="720"/>
      </w:pPr>
      <w:r/>
      <w:hyperlink r:id="rId14">
        <w:r>
          <w:rPr>
            <w:color w:val="0000EE"/>
            <w:u w:val="single"/>
          </w:rPr>
          <w:t>https://www.pcmag.com/news/qualcomm-steps-snapdragon-8-up-to-elite-status-with-custom-cores-and-powerful</w:t>
        </w:r>
      </w:hyperlink>
      <w:r>
        <w:t xml:space="preserve"> - Details the connectivity advances, including support for high-quality displays and external displays with the Snapdragon 8 Elite.</w:t>
      </w:r>
      <w:r/>
    </w:p>
    <w:p>
      <w:pPr>
        <w:pStyle w:val="ListNumber"/>
        <w:spacing w:line="240" w:lineRule="auto"/>
        <w:ind w:left="720"/>
      </w:pPr>
      <w:r/>
      <w:hyperlink r:id="rId12">
        <w:r>
          <w:rPr>
            <w:color w:val="0000EE"/>
            <w:u w:val="single"/>
          </w:rPr>
          <w:t>https://www.techradar.com/vehicle-tech/believe-the-hype-qualcomms-snapdragon-8-elite-will-change-everything-about-smartphones</w:t>
        </w:r>
      </w:hyperlink>
      <w:r>
        <w:t xml:space="preserve"> - Discusses the potential for the Snapdragon 8 Elite to enable phones to function as PC replacements with the right accessories.</w:t>
      </w:r>
      <w:r/>
    </w:p>
    <w:p>
      <w:pPr>
        <w:pStyle w:val="ListNumber"/>
        <w:spacing w:line="240" w:lineRule="auto"/>
        <w:ind w:left="720"/>
      </w:pPr>
      <w:r/>
      <w:hyperlink r:id="rId13">
        <w:r>
          <w:rPr>
            <w:color w:val="0000EE"/>
            <w:u w:val="single"/>
          </w:rPr>
          <w:t>https://www.tomsguide.com/phones/android-phones/snapdragon-8-elite</w:t>
        </w:r>
      </w:hyperlink>
      <w:r>
        <w:t xml:space="preserve"> - Explains the security features, including IP protection for AI models and Truepic with C2PA, in the Snapdragon 8 Elite.</w:t>
      </w:r>
      <w:r/>
    </w:p>
    <w:p>
      <w:pPr>
        <w:pStyle w:val="ListNumber"/>
        <w:spacing w:line="240" w:lineRule="auto"/>
        <w:ind w:left="720"/>
      </w:pPr>
      <w:r/>
      <w:hyperlink r:id="rId15">
        <w:r>
          <w:rPr>
            <w:color w:val="0000EE"/>
            <w:u w:val="single"/>
          </w:rPr>
          <w:t>https://www.techtimes.com/articles/308122/20241104/tech-times-weekly-wrap-snapdragon-8-elite-nintendo-music-russia-phishing-attack.htm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ualcomm.com/products/mobile/snapdragon/smartphones/snapdragon-8-series-mobile-platforms/snapdragon-8-elite-mobile-platform" TargetMode="External"/><Relationship Id="rId11" Type="http://schemas.openxmlformats.org/officeDocument/2006/relationships/hyperlink" Target="https://www.cnet.com/tech/mobile/qualcomms-snapdragon-8-elite-chip-will-make-your-phone-less-annoying/" TargetMode="External"/><Relationship Id="rId12" Type="http://schemas.openxmlformats.org/officeDocument/2006/relationships/hyperlink" Target="https://www.techradar.com/vehicle-tech/believe-the-hype-qualcomms-snapdragon-8-elite-will-change-everything-about-smartphones" TargetMode="External"/><Relationship Id="rId13" Type="http://schemas.openxmlformats.org/officeDocument/2006/relationships/hyperlink" Target="https://www.tomsguide.com/phones/android-phones/snapdragon-8-elite" TargetMode="External"/><Relationship Id="rId14" Type="http://schemas.openxmlformats.org/officeDocument/2006/relationships/hyperlink" Target="https://www.pcmag.com/news/qualcomm-steps-snapdragon-8-up-to-elite-status-with-custom-cores-and-powerful" TargetMode="External"/><Relationship Id="rId15" Type="http://schemas.openxmlformats.org/officeDocument/2006/relationships/hyperlink" Target="https://www.techtimes.com/articles/308122/20241104/tech-times-weekly-wrap-snapdragon-8-elite-nintendo-music-russia-phishing-attack.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