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Rise of automated job description tools revolutionises recruitment process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Rise of Automated Job Description Tools Revolutionises Recruitment Process</w:t>
      </w:r>
      <w:r/>
    </w:p>
    <w:p>
      <w:r/>
      <w:r>
        <w:t>In the fast-paced world of recruitment, efficiency and accuracy are of paramount importance. With companies often requiring upwards of 500 job descriptions (JDs) each month, the demand for tools that can automate this aspect of hiring is rising significantly. Enter job description (JD) generators, a burgeoning technology designed to streamline and enhance the recruitment process.</w:t>
      </w:r>
      <w:r/>
    </w:p>
    <w:p>
      <w:r/>
      <w:r>
        <w:t>Job description generators are a type of software that automatically creates tailored job descriptions for any position a company may need to fill. These tools analyse various job roles and compile descriptions by incorporating industry-specific terminology and requisite experience and skills. Organisations leveraging this technology can redirect their focus to critical recruitment areas, such as candidate evaluation and selection, while the generators take care of crafting detailed and precise JDs.</w:t>
      </w:r>
      <w:r/>
    </w:p>
    <w:p>
      <w:r/>
      <w:r>
        <w:t>Currently, there are multiple job description generators available on the market, each offering unique features and specialities to cater to different organisational needs. Some of these tools are offered as paid solutions, while others present free versions; this flexibility allows companies to choose software that aligns best with their budget and requirements.</w:t>
      </w:r>
      <w:r/>
    </w:p>
    <w:p>
      <w:r/>
      <w:r>
        <w:t>With such technological advancement, the recruitment landscape is witnessing a significant transformation. As job description generators continue to evolve, they promise to refine how companies approach the early stages of the hiring process, enabling them to attract more suitable candidates efficiently.</w:t>
      </w:r>
      <w:r/>
    </w:p>
    <w:p>
      <w:r/>
      <w:r>
        <w:t>Employers and HR professionals are encouraged to explore these tools to determine which generator might best fit their specific needs, taking into consideration factors such as the scope of job roles they typically hire for and the level of customisation they require in job descriptions.</w:t>
      </w:r>
      <w:r/>
    </w:p>
    <w:p>
      <w:r/>
      <w:r>
        <w:t>With automation becoming increasingly embedded in organisational operations, job description generators represent a significant shift towards more streamlined and strategic recruitment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https://www.herohunt.ai/blog/7-best-ai-job-description-writing-tools</w:t>
        </w:r>
      </w:hyperlink>
      <w:r>
        <w:t xml:space="preserve"> - This article lists several AI job description writing tools, such as Datapeople, GoHire, Workable, HighPerformr, and Easy-Peasy.AI, highlighting their unique features and how they streamline the recruitment process.</w:t>
      </w:r>
      <w:r/>
    </w:p>
    <w:p>
      <w:pPr>
        <w:pStyle w:val="ListNumber"/>
        <w:spacing w:line="240" w:lineRule="auto"/>
        <w:ind w:left="720"/>
      </w:pPr>
      <w:r/>
      <w:hyperlink r:id="rId11">
        <w:r>
          <w:rPr>
            <w:color w:val="0000EE"/>
            <w:u w:val="single"/>
          </w:rPr>
          <w:t>https://beam.ai/tools/job-description</w:t>
        </w:r>
      </w:hyperlink>
      <w:r>
        <w:t xml:space="preserve"> - This source describes Beam.ai's Job Description tool, which automates the drafting process, ensures clarity and conciseness, and integrates with HR management systems to enhance recruitment efficiency.</w:t>
      </w:r>
      <w:r/>
    </w:p>
    <w:p>
      <w:pPr>
        <w:pStyle w:val="ListNumber"/>
        <w:spacing w:line="240" w:lineRule="auto"/>
        <w:ind w:left="720"/>
      </w:pPr>
      <w:r/>
      <w:hyperlink r:id="rId12">
        <w:r>
          <w:rPr>
            <w:color w:val="0000EE"/>
            <w:u w:val="single"/>
          </w:rPr>
          <w:t>https://blog.ongig.com/job-descriptions/automated-job-description-builder/</w:t>
        </w:r>
      </w:hyperlink>
      <w:r>
        <w:t xml:space="preserve"> - Ongig's automated job description builder is discussed here, detailing how it creates, updates, and manages job descriptions to ensure inclusivity, consistency, and compliance with regulations.</w:t>
      </w:r>
      <w:r/>
    </w:p>
    <w:p>
      <w:pPr>
        <w:pStyle w:val="ListNumber"/>
        <w:spacing w:line="240" w:lineRule="auto"/>
        <w:ind w:left="720"/>
      </w:pPr>
      <w:r/>
      <w:hyperlink r:id="rId13">
        <w:r>
          <w:rPr>
            <w:color w:val="0000EE"/>
            <w:u w:val="single"/>
          </w:rPr>
          <w:t>https://www.nurturebox.ai/blog/10-best-job-description-generator-tools-to-streamline-your-hiring</w:t>
        </w:r>
      </w:hyperlink>
      <w:r>
        <w:t xml:space="preserve"> - This blog post reviews various job description generator tools, including CraftmyJD, Ongig, and Textio, emphasizing their ability to create customized and inclusive job descriptions using AI algorithms.</w:t>
      </w:r>
      <w:r/>
    </w:p>
    <w:p>
      <w:pPr>
        <w:pStyle w:val="ListNumber"/>
        <w:spacing w:line="240" w:lineRule="auto"/>
        <w:ind w:left="720"/>
      </w:pPr>
      <w:r/>
      <w:hyperlink r:id="rId14">
        <w:r>
          <w:rPr>
            <w:color w:val="0000EE"/>
            <w:u w:val="single"/>
          </w:rPr>
          <w:t>https://jdxpert.com</w:t>
        </w:r>
      </w:hyperlink>
      <w:r>
        <w:t xml:space="preserve"> - JDXpert's job description software is highlighted here, showing how it simplifies job description management, ensures accuracy, and integrates with other HR systems to support recruitment, talent management, and compliance.</w:t>
      </w:r>
      <w:r/>
    </w:p>
    <w:p>
      <w:pPr>
        <w:pStyle w:val="ListNumber"/>
        <w:spacing w:line="240" w:lineRule="auto"/>
        <w:ind w:left="720"/>
      </w:pPr>
      <w:r/>
      <w:hyperlink r:id="rId10">
        <w:r>
          <w:rPr>
            <w:color w:val="0000EE"/>
            <w:u w:val="single"/>
          </w:rPr>
          <w:t>https://www.herohunt.ai/blog/7-best-ai-job-description-writing-tools</w:t>
        </w:r>
      </w:hyperlink>
      <w:r>
        <w:t xml:space="preserve"> - This article explains how AI tools like Datapeople and HighPerformr help in creating unique and compelling job descriptions, reducing the workload on recruiters and hiring managers.</w:t>
      </w:r>
      <w:r/>
    </w:p>
    <w:p>
      <w:pPr>
        <w:pStyle w:val="ListNumber"/>
        <w:spacing w:line="240" w:lineRule="auto"/>
        <w:ind w:left="720"/>
      </w:pPr>
      <w:r/>
      <w:hyperlink r:id="rId11">
        <w:r>
          <w:rPr>
            <w:color w:val="0000EE"/>
            <w:u w:val="single"/>
          </w:rPr>
          <w:t>https://beam.ai/tools/job-description</w:t>
        </w:r>
      </w:hyperlink>
      <w:r>
        <w:t xml:space="preserve"> - Beam.ai's tool is described as integrating with larger workflows, enhancing efficiency and effectiveness in the recruitment process by standardizing job descriptions and ensuring compliance.</w:t>
      </w:r>
      <w:r/>
    </w:p>
    <w:p>
      <w:pPr>
        <w:pStyle w:val="ListNumber"/>
        <w:spacing w:line="240" w:lineRule="auto"/>
        <w:ind w:left="720"/>
      </w:pPr>
      <w:r/>
      <w:hyperlink r:id="rId12">
        <w:r>
          <w:rPr>
            <w:color w:val="0000EE"/>
            <w:u w:val="single"/>
          </w:rPr>
          <w:t>https://blog.ongig.com/job-descriptions/automated-job-description-builder/</w:t>
        </w:r>
      </w:hyperlink>
      <w:r>
        <w:t xml:space="preserve"> - Ongig's Text Analyzer is discussed here, showing how it helps in updating existing job descriptions, reducing biases, and improving conversion rates from prospective employees.</w:t>
      </w:r>
      <w:r/>
    </w:p>
    <w:p>
      <w:pPr>
        <w:pStyle w:val="ListNumber"/>
        <w:spacing w:line="240" w:lineRule="auto"/>
        <w:ind w:left="720"/>
      </w:pPr>
      <w:r/>
      <w:hyperlink r:id="rId13">
        <w:r>
          <w:rPr>
            <w:color w:val="0000EE"/>
            <w:u w:val="single"/>
          </w:rPr>
          <w:t>https://www.nurturebox.ai/blog/10-best-job-description-generator-tools-to-streamline-your-hiring</w:t>
        </w:r>
      </w:hyperlink>
      <w:r>
        <w:t xml:space="preserve"> - This source mentions the importance of customization and integration with sourcing automation tools, such as CraftmyJD, to streamline the hiring process and attract top talent.</w:t>
      </w:r>
      <w:r/>
    </w:p>
    <w:p>
      <w:pPr>
        <w:pStyle w:val="ListNumber"/>
        <w:spacing w:line="240" w:lineRule="auto"/>
        <w:ind w:left="720"/>
      </w:pPr>
      <w:r/>
      <w:hyperlink r:id="rId14">
        <w:r>
          <w:rPr>
            <w:color w:val="0000EE"/>
            <w:u w:val="single"/>
          </w:rPr>
          <w:t>https://jdxpert.com</w:t>
        </w:r>
      </w:hyperlink>
      <w:r>
        <w:t xml:space="preserve"> - JDXpert's platform is highlighted for its ability to create and maintain accurate job descriptions, collaborate with stakeholders, and ensure compliance with various HR systems.</w:t>
      </w:r>
      <w:r/>
    </w:p>
    <w:p>
      <w:pPr>
        <w:pStyle w:val="ListNumber"/>
        <w:spacing w:line="240" w:lineRule="auto"/>
        <w:ind w:left="720"/>
      </w:pPr>
      <w:r/>
      <w:hyperlink r:id="rId11">
        <w:r>
          <w:rPr>
            <w:color w:val="0000EE"/>
            <w:u w:val="single"/>
          </w:rPr>
          <w:t>https://beam.ai/tools/job-description</w:t>
        </w:r>
      </w:hyperlink>
      <w:r>
        <w:t xml:space="preserve"> - Beam.ai's tool is noted for its ability to generate clear and engaging job descriptions, avoiding jargon and discriminatory language, and integrating with HR management systems.</w:t>
      </w:r>
      <w:r/>
    </w:p>
    <w:p>
      <w:pPr>
        <w:pStyle w:val="ListNumber"/>
        <w:spacing w:line="240" w:lineRule="auto"/>
        <w:ind w:left="720"/>
      </w:pPr>
      <w:r/>
      <w:hyperlink r:id="rId15">
        <w:r>
          <w:rPr>
            <w:color w:val="0000EE"/>
            <w:u w:val="single"/>
          </w:rPr>
          <w:t>https://recruitingheadlines.com/10-top-job-description-generators-in-2024-ai-included/?utm_source=rss&amp;utm_medium=rss&amp;utm_campaign=10-top-job-description-generators-in-2024-ai-included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erohunt.ai/blog/7-best-ai-job-description-writing-tools" TargetMode="External"/><Relationship Id="rId11" Type="http://schemas.openxmlformats.org/officeDocument/2006/relationships/hyperlink" Target="https://beam.ai/tools/job-description" TargetMode="External"/><Relationship Id="rId12" Type="http://schemas.openxmlformats.org/officeDocument/2006/relationships/hyperlink" Target="https://blog.ongig.com/job-descriptions/automated-job-description-builder/" TargetMode="External"/><Relationship Id="rId13" Type="http://schemas.openxmlformats.org/officeDocument/2006/relationships/hyperlink" Target="https://www.nurturebox.ai/blog/10-best-job-description-generator-tools-to-streamline-your-hiring" TargetMode="External"/><Relationship Id="rId14" Type="http://schemas.openxmlformats.org/officeDocument/2006/relationships/hyperlink" Target="https://jdxpert.com" TargetMode="External"/><Relationship Id="rId15" Type="http://schemas.openxmlformats.org/officeDocument/2006/relationships/hyperlink" Target="https://recruitingheadlines.com/10-top-job-description-generators-in-2024-ai-included/?utm_source=rss&amp;utm_medium=rss&amp;utm_campaign=10-top-job-description-generators-in-2024-ai-includ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