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Riverbed appoints Kris Luhrsen as new Chief Revenue Officer</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Riverbed, a prominent figure in the realm of AI-driven observability and digital experience management, has announced the appointment of Kris Luhrsen as its new Chief Revenue Officer. This strategic move comes as the company seeks to further solidify its standing and expansion within the rapidly growing field of observability solutions.</w:t>
      </w:r>
      <w:r/>
    </w:p>
    <w:p>
      <w:r/>
      <w:r>
        <w:t>Kris Luhrsen, an industry veteran with extensive experience in scaling revenue for technology firms, is set to drive Riverbed's sales strategies on a global scale. His responsibilities will extend to managing global sales, customer success, professional services, and maintaining strategic alliances. Luhrsen's appointment aligns with Riverbed's ambitious plans to enhance its AI observability and acceleration platform, particularly following the introduction of several cutting-edge solutions that bolster network observability and mobile optimization tools. This indicates Riverbed's intent to harness the rising demand for digital experience enhancements.</w:t>
      </w:r>
      <w:r/>
    </w:p>
    <w:p>
      <w:r/>
      <w:r>
        <w:t>Dave Donatelli, CEO of Riverbed, expressed optimism about Luhrsen’s arrival, stating, "We are thrilled to welcome Kris Luhrsen to our team as Chief Revenue Officer. Kris’ profound knowledge of the tech landscape and proven ability to boost revenue while leading high-performance teams make him the perfect fit to advance our sales operations and amplify growth across our Observability and Acceleration solutions."</w:t>
      </w:r>
      <w:r/>
    </w:p>
    <w:p>
      <w:r/>
      <w:r>
        <w:t>Luhrsen joins Riverbed bringing with him a wealth of experience from major tech corporations such as VMware and Cisco. His most recent role was as Chief Revenue Officer at the cybersecurity firm Venafi, where he was instrumental in positioning it for a successful acquisition by CyberArk. At Riverbed, Luhrsen will focus not only on driving new sales but also on enhancing customer success strategies which have become a hallmark of Riverbed’s service offerings in the observability sector. Additionally, he will lead the expansion of Riverbed's consulting and professional services, which is vital as more businesses seek to optimize digital experiences and boost operational efficiency.</w:t>
      </w:r>
      <w:r/>
    </w:p>
    <w:p>
      <w:r/>
      <w:r>
        <w:t>Upon his appointment, Luhrsen remarked, "I’m excited to join Riverbed to serve as CRO at a time when there’s significant market momentum around Riverbed’s AI-Powered Platform and industry-leading solutions. I look forward to supporting the thousands of customers who rely on Riverbed every day to optimize digital experiences, improve IT operations, and drive measurable results."</w:t>
      </w:r>
      <w:r/>
    </w:p>
    <w:p>
      <w:r/>
      <w:r>
        <w:t>This leadership change at Riverbed is part of a broader strategy to meet the burgeoning demand for AI-enhanced observability. The company has unveiled several new offerings, including Aternity Mobile for mobile device observability, the NPM+ tool designed to tackle network blind spots, and Riverbed IQ 2.0 for detailed insights into digital operations. Moreover, Riverbed has expanded its ecosystem by introducing the first third-party module for the Riverbed Unified Agent, a tool developed with Aternity for Intel Thunderbolt and Wi-Fi applications.</w:t>
      </w:r>
      <w:r/>
    </w:p>
    <w:p>
      <w:r/>
      <w:r>
        <w:t>In addition to these developments, Riverbed’s progress has been acknowledged in various industry assessments, with the company being named a Leader in the Gartner Magic Quadrant for Digital Employee Experience Management Tools and the GigaOm Radar Report for Network Observability. Furthermore, it was recognised as an Outperformer in the GigaOm AIOps report, underscoring its competitive edge and industry leadership.</w:t>
      </w:r>
      <w:r/>
    </w:p>
    <w:p>
      <w:r/>
      <w:r>
        <w:t>Riverbed’s strategic appointments and innovative solutions highlight its commitment to leading the industry in digital experience optimization and operational efficiency, positioning it strongly for future growth in the fast-evolving technology landscape.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https://www.riverbed.com/press-releases/riverbed-appoints-kris-luhrsen-as-chief-revenue-officer/</w:t>
        </w:r>
      </w:hyperlink>
      <w:r>
        <w:t xml:space="preserve"> - Corroborates the appointment of Kris Luhrsen as Riverbed's new Chief Revenue Officer and his responsibilities.</w:t>
      </w:r>
      <w:r/>
    </w:p>
    <w:p>
      <w:pPr>
        <w:pStyle w:val="ListNumber"/>
        <w:spacing w:line="240" w:lineRule="auto"/>
        <w:ind w:left="720"/>
      </w:pPr>
      <w:r/>
      <w:hyperlink r:id="rId11">
        <w:r>
          <w:rPr>
            <w:color w:val="0000EE"/>
            <w:u w:val="single"/>
          </w:rPr>
          <w:t>https://www.riverbed.com/about/leadership/</w:t>
        </w:r>
      </w:hyperlink>
      <w:r>
        <w:t xml:space="preserve"> - Provides details on Kris Luhrsen's role, responsibilities, and background as Chief Revenue Officer at Riverbed.</w:t>
      </w:r>
      <w:r/>
    </w:p>
    <w:p>
      <w:pPr>
        <w:pStyle w:val="ListNumber"/>
        <w:spacing w:line="240" w:lineRule="auto"/>
        <w:ind w:left="720"/>
      </w:pPr>
      <w:r/>
      <w:hyperlink r:id="rId11">
        <w:r>
          <w:rPr>
            <w:color w:val="0000EE"/>
            <w:u w:val="single"/>
          </w:rPr>
          <w:t>https://www.riverbed.com/about/leadership/</w:t>
        </w:r>
      </w:hyperlink>
      <w:r>
        <w:t xml:space="preserve"> - Outlines Luhrsen's experience at major tech corporations such as VMware and Cisco, and his previous role at Venafi.</w:t>
      </w:r>
      <w:r/>
    </w:p>
    <w:p>
      <w:pPr>
        <w:pStyle w:val="ListNumber"/>
        <w:spacing w:line="240" w:lineRule="auto"/>
        <w:ind w:left="720"/>
      </w:pPr>
      <w:r/>
      <w:hyperlink r:id="rId11">
        <w:r>
          <w:rPr>
            <w:color w:val="0000EE"/>
            <w:u w:val="single"/>
          </w:rPr>
          <w:t>https://www.riverbed.com/about/leadership/</w:t>
        </w:r>
      </w:hyperlink>
      <w:r>
        <w:t xml:space="preserve"> - Details Luhrsen's focus on driving new sales, enhancing customer success strategies, and leading the expansion of consulting and professional services at Riverbed.</w:t>
      </w:r>
      <w:r/>
    </w:p>
    <w:p>
      <w:pPr>
        <w:pStyle w:val="ListNumber"/>
        <w:spacing w:line="240" w:lineRule="auto"/>
        <w:ind w:left="720"/>
      </w:pPr>
      <w:r/>
      <w:hyperlink r:id="rId10">
        <w:r>
          <w:rPr>
            <w:color w:val="0000EE"/>
            <w:u w:val="single"/>
          </w:rPr>
          <w:t>https://www.riverbed.com/press-releases/riverbed-appoints-kris-luhrsen-as-chief-revenue-officer/</w:t>
        </w:r>
      </w:hyperlink>
      <w:r>
        <w:t xml:space="preserve"> - Includes Dave Donatelli's statement on Luhrsen’s appointment and his expectations for Luhrsen’s role.</w:t>
      </w:r>
      <w:r/>
    </w:p>
    <w:p>
      <w:pPr>
        <w:pStyle w:val="ListNumber"/>
        <w:spacing w:line="240" w:lineRule="auto"/>
        <w:ind w:left="720"/>
      </w:pPr>
      <w:r/>
      <w:hyperlink r:id="rId11">
        <w:r>
          <w:rPr>
            <w:color w:val="0000EE"/>
            <w:u w:val="single"/>
          </w:rPr>
          <w:t>https://www.riverbed.com/about/leadership/</w:t>
        </w:r>
      </w:hyperlink>
      <w:r>
        <w:t xml:space="preserve"> - Mentions Luhrsen’s excitement about joining Riverbed and his commitment to supporting customers and optimizing digital experiences.</w:t>
      </w:r>
      <w:r/>
    </w:p>
    <w:p>
      <w:pPr>
        <w:pStyle w:val="ListNumber"/>
        <w:spacing w:line="240" w:lineRule="auto"/>
        <w:ind w:left="720"/>
      </w:pPr>
      <w:r/>
      <w:hyperlink r:id="rId11">
        <w:r>
          <w:rPr>
            <w:color w:val="0000EE"/>
            <w:u w:val="single"/>
          </w:rPr>
          <w:t>https://www.riverbed.com/about/leadership/</w:t>
        </w:r>
      </w:hyperlink>
      <w:r>
        <w:t xml:space="preserve"> - Discusses Riverbed’s new offerings such as Aternity Mobile, NPM+, and Riverbed IQ 2.0, and the expansion of its ecosystem.</w:t>
      </w:r>
      <w:r/>
    </w:p>
    <w:p>
      <w:pPr>
        <w:pStyle w:val="ListNumber"/>
        <w:spacing w:line="240" w:lineRule="auto"/>
        <w:ind w:left="720"/>
      </w:pPr>
      <w:r/>
      <w:hyperlink r:id="rId11">
        <w:r>
          <w:rPr>
            <w:color w:val="0000EE"/>
            <w:u w:val="single"/>
          </w:rPr>
          <w:t>https://www.riverbed.com/about/leadership/</w:t>
        </w:r>
      </w:hyperlink>
      <w:r>
        <w:t xml:space="preserve"> - Acknowledges Riverbed’s recognition in industry assessments like the Gartner Magic Quadrant and GigaOm Radar Report.</w:t>
      </w:r>
      <w:r/>
    </w:p>
    <w:p>
      <w:pPr>
        <w:pStyle w:val="ListNumber"/>
        <w:spacing w:line="240" w:lineRule="auto"/>
        <w:ind w:left="720"/>
      </w:pPr>
      <w:r/>
      <w:hyperlink r:id="rId12">
        <w:r>
          <w:rPr>
            <w:color w:val="0000EE"/>
            <w:u w:val="single"/>
          </w:rPr>
          <w:t>https://www.linkedin.com/in/krisluhrsen</w:t>
        </w:r>
      </w:hyperlink>
      <w:r>
        <w:t xml:space="preserve"> - Provides additional background information on Kris Luhrsen’s experience and education.</w:t>
      </w:r>
      <w:r/>
    </w:p>
    <w:p>
      <w:pPr>
        <w:pStyle w:val="ListNumber"/>
        <w:spacing w:line="240" w:lineRule="auto"/>
        <w:ind w:left="720"/>
      </w:pPr>
      <w:r/>
      <w:hyperlink r:id="rId11">
        <w:r>
          <w:rPr>
            <w:color w:val="0000EE"/>
            <w:u w:val="single"/>
          </w:rPr>
          <w:t>https://www.riverbed.com/about/leadership/</w:t>
        </w:r>
      </w:hyperlink>
      <w:r>
        <w:t xml:space="preserve"> - Highlights Riverbed’s strategic appointments and innovative solutions as part of its commitment to leading the industry.</w:t>
      </w:r>
      <w:r/>
    </w:p>
    <w:p>
      <w:pPr>
        <w:pStyle w:val="ListNumber"/>
        <w:spacing w:line="240" w:lineRule="auto"/>
        <w:ind w:left="720"/>
      </w:pPr>
      <w:r/>
      <w:hyperlink r:id="rId10">
        <w:r>
          <w:rPr>
            <w:color w:val="0000EE"/>
            <w:u w:val="single"/>
          </w:rPr>
          <w:t>https://www.riverbed.com/press-releases/riverbed-appoints-kris-luhrsen-as-chief-revenue-officer/</w:t>
        </w:r>
      </w:hyperlink>
      <w:r>
        <w:t xml:space="preserve"> - Corroborates the overall strategy and future growth plans of Riverbed in the technology landscape.</w:t>
      </w:r>
      <w:r/>
    </w:p>
    <w:p>
      <w:pPr>
        <w:pStyle w:val="ListNumber"/>
        <w:spacing w:line="240" w:lineRule="auto"/>
        <w:ind w:left="720"/>
      </w:pPr>
      <w:r/>
      <w:hyperlink r:id="rId13">
        <w:r>
          <w:rPr>
            <w:color w:val="0000EE"/>
            <w:u w:val="single"/>
          </w:rPr>
          <w:t>https://www.enterprisesecuritytech.com/post/riverbed-appoints-kris-luhrsen-as-chief-revenue-officer-amid-rapid-growth-in-ai-observability</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riverbed.com/press-releases/riverbed-appoints-kris-luhrsen-as-chief-revenue-officer/" TargetMode="External"/><Relationship Id="rId11" Type="http://schemas.openxmlformats.org/officeDocument/2006/relationships/hyperlink" Target="https://www.riverbed.com/about/leadership/" TargetMode="External"/><Relationship Id="rId12" Type="http://schemas.openxmlformats.org/officeDocument/2006/relationships/hyperlink" Target="https://www.linkedin.com/in/krisluhrsen" TargetMode="External"/><Relationship Id="rId13" Type="http://schemas.openxmlformats.org/officeDocument/2006/relationships/hyperlink" Target="https://www.enterprisesecuritytech.com/post/riverbed-appoints-kris-luhrsen-as-chief-revenue-officer-amid-rapid-growth-in-ai-observability"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